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F26D0" w14:textId="13F3AE71" w:rsidR="00E70AA0" w:rsidRDefault="00E70AA0">
      <w:pPr>
        <w:jc w:val="center"/>
      </w:pPr>
    </w:p>
    <w:p w14:paraId="3F90EF5A"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3954"/>
        <w:gridCol w:w="6120"/>
      </w:tblGrid>
      <w:tr w:rsidR="00E70AA0" w14:paraId="193FB03F" w14:textId="77777777" w:rsidTr="008752CD">
        <w:trPr>
          <w:jc w:val="center"/>
        </w:trPr>
        <w:tc>
          <w:tcPr>
            <w:tcW w:w="3954" w:type="dxa"/>
            <w:tcMar>
              <w:top w:w="70" w:type="dxa"/>
              <w:left w:w="80" w:type="dxa"/>
              <w:bottom w:w="70" w:type="dxa"/>
              <w:right w:w="80" w:type="dxa"/>
            </w:tcMar>
            <w:vAlign w:val="center"/>
          </w:tcPr>
          <w:p w14:paraId="363B17DA" w14:textId="77777777" w:rsidR="00E70AA0" w:rsidRDefault="003A7D38">
            <w:r>
              <w:rPr>
                <w:b/>
                <w:color w:val="000000"/>
              </w:rPr>
              <w:t>Job title:</w:t>
            </w:r>
          </w:p>
        </w:tc>
        <w:tc>
          <w:tcPr>
            <w:tcW w:w="6120" w:type="dxa"/>
            <w:tcMar>
              <w:top w:w="70" w:type="dxa"/>
              <w:left w:w="80" w:type="dxa"/>
              <w:bottom w:w="70" w:type="dxa"/>
              <w:right w:w="80" w:type="dxa"/>
            </w:tcMar>
            <w:vAlign w:val="center"/>
          </w:tcPr>
          <w:p w14:paraId="140EDCF7" w14:textId="2A1719FD" w:rsidR="00E70AA0" w:rsidRDefault="00D179F1">
            <w:r>
              <w:t>Communications Lead</w:t>
            </w:r>
          </w:p>
        </w:tc>
      </w:tr>
      <w:tr w:rsidR="00E70AA0" w14:paraId="4A7A56EB" w14:textId="77777777" w:rsidTr="008752CD">
        <w:trPr>
          <w:jc w:val="center"/>
        </w:trPr>
        <w:tc>
          <w:tcPr>
            <w:tcW w:w="3954" w:type="dxa"/>
            <w:tcMar>
              <w:top w:w="70" w:type="dxa"/>
              <w:left w:w="80" w:type="dxa"/>
              <w:bottom w:w="70" w:type="dxa"/>
              <w:right w:w="80" w:type="dxa"/>
            </w:tcMar>
            <w:vAlign w:val="center"/>
          </w:tcPr>
          <w:p w14:paraId="3B59236C" w14:textId="77777777" w:rsidR="00E70AA0" w:rsidRPr="008752CD" w:rsidRDefault="003A7D38">
            <w:r w:rsidRPr="008752CD">
              <w:rPr>
                <w:b/>
              </w:rPr>
              <w:t>Reference number:</w:t>
            </w:r>
          </w:p>
        </w:tc>
        <w:tc>
          <w:tcPr>
            <w:tcW w:w="6120" w:type="dxa"/>
            <w:tcMar>
              <w:top w:w="70" w:type="dxa"/>
              <w:left w:w="80" w:type="dxa"/>
              <w:bottom w:w="70" w:type="dxa"/>
              <w:right w:w="80" w:type="dxa"/>
            </w:tcMar>
            <w:vAlign w:val="center"/>
          </w:tcPr>
          <w:p w14:paraId="65B0CB76" w14:textId="4E8B03AE" w:rsidR="00E70AA0" w:rsidRDefault="004367D7">
            <w:r>
              <w:t>REN_</w:t>
            </w:r>
            <w:r w:rsidR="00B367EA">
              <w:t>CL</w:t>
            </w:r>
            <w:r>
              <w:t>_001</w:t>
            </w:r>
          </w:p>
        </w:tc>
      </w:tr>
      <w:tr w:rsidR="00E70AA0" w14:paraId="0648A34D" w14:textId="77777777" w:rsidTr="008752CD">
        <w:trPr>
          <w:jc w:val="center"/>
        </w:trPr>
        <w:tc>
          <w:tcPr>
            <w:tcW w:w="3954" w:type="dxa"/>
            <w:tcMar>
              <w:top w:w="70" w:type="dxa"/>
              <w:left w:w="80" w:type="dxa"/>
              <w:bottom w:w="70" w:type="dxa"/>
              <w:right w:w="80" w:type="dxa"/>
            </w:tcMar>
            <w:vAlign w:val="center"/>
          </w:tcPr>
          <w:p w14:paraId="5265422C" w14:textId="35377AE5" w:rsidR="00E70AA0" w:rsidRPr="008752CD" w:rsidRDefault="003A7D38">
            <w:r w:rsidRPr="008752CD">
              <w:rPr>
                <w:b/>
              </w:rPr>
              <w:t>Closing date:</w:t>
            </w:r>
          </w:p>
        </w:tc>
        <w:tc>
          <w:tcPr>
            <w:tcW w:w="6120" w:type="dxa"/>
            <w:tcMar>
              <w:top w:w="70" w:type="dxa"/>
              <w:left w:w="80" w:type="dxa"/>
              <w:bottom w:w="70" w:type="dxa"/>
              <w:right w:w="80" w:type="dxa"/>
            </w:tcMar>
            <w:vAlign w:val="center"/>
          </w:tcPr>
          <w:p w14:paraId="11A872CB" w14:textId="47F438D2" w:rsidR="00E70AA0" w:rsidRDefault="00A74B7D">
            <w:r>
              <w:t>25</w:t>
            </w:r>
            <w:r w:rsidR="002702EA">
              <w:t xml:space="preserve"> September 2026</w:t>
            </w:r>
          </w:p>
        </w:tc>
      </w:tr>
      <w:tr w:rsidR="00E70AA0" w14:paraId="62847846" w14:textId="77777777" w:rsidTr="008752CD">
        <w:trPr>
          <w:jc w:val="center"/>
        </w:trPr>
        <w:tc>
          <w:tcPr>
            <w:tcW w:w="3954" w:type="dxa"/>
            <w:tcMar>
              <w:top w:w="70" w:type="dxa"/>
              <w:left w:w="80" w:type="dxa"/>
              <w:bottom w:w="70" w:type="dxa"/>
              <w:right w:w="80" w:type="dxa"/>
            </w:tcMar>
            <w:vAlign w:val="center"/>
          </w:tcPr>
          <w:p w14:paraId="2BAD7460" w14:textId="77777777" w:rsidR="00E70AA0" w:rsidRPr="008752CD" w:rsidRDefault="003A7D38">
            <w:r w:rsidRPr="008752CD">
              <w:rPr>
                <w:b/>
              </w:rPr>
              <w:t>Return by email to:</w:t>
            </w:r>
          </w:p>
        </w:tc>
        <w:tc>
          <w:tcPr>
            <w:tcW w:w="6120" w:type="dxa"/>
            <w:tcMar>
              <w:top w:w="70" w:type="dxa"/>
              <w:left w:w="80" w:type="dxa"/>
              <w:bottom w:w="70" w:type="dxa"/>
              <w:right w:w="80" w:type="dxa"/>
            </w:tcMar>
            <w:vAlign w:val="center"/>
          </w:tcPr>
          <w:p w14:paraId="38565194" w14:textId="21ED270F" w:rsidR="00E70AA0" w:rsidRDefault="002702EA">
            <w:r>
              <w:t>connect@bhip.org.uk</w:t>
            </w:r>
          </w:p>
        </w:tc>
      </w:tr>
    </w:tbl>
    <w:p w14:paraId="0F0709A6" w14:textId="77777777" w:rsidR="00E70AA0" w:rsidRDefault="00E70AA0"/>
    <w:tbl>
      <w:tblPr>
        <w:tblStyle w:val="TableGrid"/>
        <w:tblW w:w="0" w:type="auto"/>
        <w:jc w:val="center"/>
        <w:tblLook w:val="04A0" w:firstRow="1" w:lastRow="0" w:firstColumn="1" w:lastColumn="0" w:noHBand="0" w:noVBand="1"/>
      </w:tblPr>
      <w:tblGrid>
        <w:gridCol w:w="10646"/>
      </w:tblGrid>
      <w:tr w:rsidR="00E70AA0" w14:paraId="3F38F490" w14:textId="77777777">
        <w:trPr>
          <w:jc w:val="center"/>
        </w:trPr>
        <w:tc>
          <w:tcPr>
            <w:tcW w:w="10656" w:type="dxa"/>
            <w:shd w:val="clear" w:color="auto" w:fill="DDEBF7"/>
            <w:tcMar>
              <w:top w:w="60" w:type="dxa"/>
              <w:left w:w="80" w:type="dxa"/>
              <w:bottom w:w="60" w:type="dxa"/>
              <w:right w:w="80" w:type="dxa"/>
            </w:tcMar>
          </w:tcPr>
          <w:p w14:paraId="1C09CE38" w14:textId="77777777" w:rsidR="00E70AA0" w:rsidRDefault="003A7D38">
            <w:r w:rsidRPr="008752CD">
              <w:rPr>
                <w:b/>
                <w:sz w:val="22"/>
              </w:rPr>
              <w:t>Before completing this form</w:t>
            </w:r>
          </w:p>
        </w:tc>
      </w:tr>
    </w:tbl>
    <w:p w14:paraId="070B1753" w14:textId="77777777" w:rsidR="00E70AA0" w:rsidRPr="008752CD" w:rsidRDefault="003A7D38">
      <w:r w:rsidRPr="008752CD">
        <w:t>REN is an anti-racist, equal opportunities employer. We welcome applications from people of all backgrounds and particularly encourage applications from communities that are under-represented in our workforce, where lawful positive action applies. Selection will be based only on the published criteria.</w:t>
      </w:r>
    </w:p>
    <w:p w14:paraId="4F8A8AEA" w14:textId="1D359210" w:rsidR="00E70AA0" w:rsidRPr="008752CD" w:rsidRDefault="003A7D38">
      <w:r w:rsidRPr="008752CD">
        <w:t xml:space="preserve">Please read the Job Description and Person Specification. Use clear examples showing the context, what you did and the outcome or learning. </w:t>
      </w:r>
    </w:p>
    <w:p w14:paraId="110022F4" w14:textId="77777777" w:rsidR="00E70AA0" w:rsidRPr="008752CD" w:rsidRDefault="003A7D38">
      <w:r w:rsidRPr="008752CD">
        <w:t>You may use assistive technology, translation support or AI tools to help structure or proofread your application. The information and examples must remain accurate, genuinely yours and capable of discussion at interview. REN will not use automated decision-making to shortlist applicants.</w:t>
      </w:r>
    </w:p>
    <w:p w14:paraId="4D49AC5A" w14:textId="77777777" w:rsidR="00E70AA0" w:rsidRPr="008752CD" w:rsidRDefault="003A7D38">
      <w:r w:rsidRPr="008752CD">
        <w:t>Please do not send a CV unless the advert specifically asks for one. Alternative formats and support are available. Contact info@raceequalitynetwork.org.uk if you need this form in another format, help to complete it, or a reasonable adjustment.</w:t>
      </w:r>
    </w:p>
    <w:p w14:paraId="1E65DE00" w14:textId="77777777" w:rsidR="00E70AA0" w:rsidRPr="008752CD" w:rsidRDefault="003A7D38">
      <w:r w:rsidRPr="008752CD">
        <w:t>Personal details and equality monitoring information will be separated from the section used by the shortlisting panel wherever practicable.</w:t>
      </w:r>
    </w:p>
    <w:tbl>
      <w:tblPr>
        <w:tblStyle w:val="TableGrid"/>
        <w:tblW w:w="0" w:type="auto"/>
        <w:jc w:val="center"/>
        <w:tblLook w:val="04A0" w:firstRow="1" w:lastRow="0" w:firstColumn="1" w:lastColumn="0" w:noHBand="0" w:noVBand="1"/>
      </w:tblPr>
      <w:tblGrid>
        <w:gridCol w:w="3238"/>
        <w:gridCol w:w="7408"/>
      </w:tblGrid>
      <w:tr w:rsidR="00E70AA0" w:rsidRPr="008752CD" w14:paraId="098248B7" w14:textId="77777777">
        <w:trPr>
          <w:jc w:val="center"/>
        </w:trPr>
        <w:tc>
          <w:tcPr>
            <w:tcW w:w="10656" w:type="dxa"/>
            <w:gridSpan w:val="2"/>
            <w:shd w:val="clear" w:color="auto" w:fill="DDEBF7"/>
            <w:tcMar>
              <w:top w:w="60" w:type="dxa"/>
              <w:left w:w="80" w:type="dxa"/>
              <w:bottom w:w="60" w:type="dxa"/>
              <w:right w:w="80" w:type="dxa"/>
            </w:tcMar>
          </w:tcPr>
          <w:p w14:paraId="45026FA8" w14:textId="77777777" w:rsidR="00E70AA0" w:rsidRPr="008752CD" w:rsidRDefault="003A7D38">
            <w:r w:rsidRPr="008752CD">
              <w:rPr>
                <w:b/>
                <w:sz w:val="22"/>
              </w:rPr>
              <w:t>Part A — Personal and contact details (not used for shortlisting)</w:t>
            </w:r>
          </w:p>
        </w:tc>
      </w:tr>
      <w:tr w:rsidR="00E70AA0" w14:paraId="6F787685" w14:textId="77777777">
        <w:trPr>
          <w:jc w:val="center"/>
        </w:trPr>
        <w:tc>
          <w:tcPr>
            <w:tcW w:w="3240" w:type="dxa"/>
            <w:tcMar>
              <w:top w:w="70" w:type="dxa"/>
              <w:left w:w="80" w:type="dxa"/>
              <w:bottom w:w="70" w:type="dxa"/>
              <w:right w:w="80" w:type="dxa"/>
            </w:tcMar>
            <w:vAlign w:val="center"/>
          </w:tcPr>
          <w:p w14:paraId="662C4F4C" w14:textId="77777777" w:rsidR="00E70AA0" w:rsidRPr="008752CD" w:rsidRDefault="003A7D38">
            <w:r w:rsidRPr="008752CD">
              <w:rPr>
                <w:b/>
              </w:rPr>
              <w:t>Full name:</w:t>
            </w:r>
          </w:p>
        </w:tc>
        <w:tc>
          <w:tcPr>
            <w:tcW w:w="6120" w:type="dxa"/>
            <w:tcMar>
              <w:top w:w="70" w:type="dxa"/>
              <w:left w:w="80" w:type="dxa"/>
              <w:bottom w:w="70" w:type="dxa"/>
              <w:right w:w="80" w:type="dxa"/>
            </w:tcMar>
            <w:vAlign w:val="center"/>
          </w:tcPr>
          <w:p w14:paraId="4CEB0700" w14:textId="77777777" w:rsidR="00E70AA0" w:rsidRDefault="00E70AA0"/>
        </w:tc>
      </w:tr>
      <w:tr w:rsidR="00E70AA0" w14:paraId="4DE3DB78" w14:textId="77777777">
        <w:trPr>
          <w:jc w:val="center"/>
        </w:trPr>
        <w:tc>
          <w:tcPr>
            <w:tcW w:w="3240" w:type="dxa"/>
            <w:tcMar>
              <w:top w:w="70" w:type="dxa"/>
              <w:left w:w="80" w:type="dxa"/>
              <w:bottom w:w="70" w:type="dxa"/>
              <w:right w:w="80" w:type="dxa"/>
            </w:tcMar>
            <w:vAlign w:val="center"/>
          </w:tcPr>
          <w:p w14:paraId="7B67BF41" w14:textId="77777777" w:rsidR="00E70AA0" w:rsidRPr="008752CD" w:rsidRDefault="003A7D38">
            <w:r w:rsidRPr="008752CD">
              <w:rPr>
                <w:b/>
              </w:rPr>
              <w:t>Name you wish us to use:</w:t>
            </w:r>
          </w:p>
        </w:tc>
        <w:tc>
          <w:tcPr>
            <w:tcW w:w="6120" w:type="dxa"/>
            <w:tcMar>
              <w:top w:w="70" w:type="dxa"/>
              <w:left w:w="80" w:type="dxa"/>
              <w:bottom w:w="70" w:type="dxa"/>
              <w:right w:w="80" w:type="dxa"/>
            </w:tcMar>
            <w:vAlign w:val="center"/>
          </w:tcPr>
          <w:p w14:paraId="56211307" w14:textId="77777777" w:rsidR="00E70AA0" w:rsidRDefault="00E70AA0"/>
        </w:tc>
      </w:tr>
      <w:tr w:rsidR="00E70AA0" w14:paraId="1FE5B4A3" w14:textId="77777777">
        <w:trPr>
          <w:jc w:val="center"/>
        </w:trPr>
        <w:tc>
          <w:tcPr>
            <w:tcW w:w="3240" w:type="dxa"/>
            <w:tcMar>
              <w:top w:w="70" w:type="dxa"/>
              <w:left w:w="80" w:type="dxa"/>
              <w:bottom w:w="70" w:type="dxa"/>
              <w:right w:w="80" w:type="dxa"/>
            </w:tcMar>
            <w:vAlign w:val="center"/>
          </w:tcPr>
          <w:p w14:paraId="396761F6" w14:textId="77777777" w:rsidR="00E70AA0" w:rsidRPr="008752CD" w:rsidRDefault="003A7D38">
            <w:r w:rsidRPr="008752CD">
              <w:rPr>
                <w:b/>
              </w:rPr>
              <w:t>Pronouns (optional):</w:t>
            </w:r>
          </w:p>
        </w:tc>
        <w:tc>
          <w:tcPr>
            <w:tcW w:w="6120" w:type="dxa"/>
            <w:tcMar>
              <w:top w:w="70" w:type="dxa"/>
              <w:left w:w="80" w:type="dxa"/>
              <w:bottom w:w="70" w:type="dxa"/>
              <w:right w:w="80" w:type="dxa"/>
            </w:tcMar>
            <w:vAlign w:val="center"/>
          </w:tcPr>
          <w:p w14:paraId="4E25EC43" w14:textId="77777777" w:rsidR="00E70AA0" w:rsidRDefault="00E70AA0"/>
        </w:tc>
      </w:tr>
      <w:tr w:rsidR="00E70AA0" w14:paraId="0D18D3DB" w14:textId="77777777">
        <w:trPr>
          <w:jc w:val="center"/>
        </w:trPr>
        <w:tc>
          <w:tcPr>
            <w:tcW w:w="3240" w:type="dxa"/>
            <w:tcMar>
              <w:top w:w="70" w:type="dxa"/>
              <w:left w:w="80" w:type="dxa"/>
              <w:bottom w:w="70" w:type="dxa"/>
              <w:right w:w="80" w:type="dxa"/>
            </w:tcMar>
            <w:vAlign w:val="center"/>
          </w:tcPr>
          <w:p w14:paraId="4A4F9314" w14:textId="77777777" w:rsidR="00E70AA0" w:rsidRDefault="003A7D38">
            <w:r>
              <w:rPr>
                <w:b/>
                <w:color w:val="000000"/>
              </w:rPr>
              <w:t>Address:</w:t>
            </w:r>
          </w:p>
        </w:tc>
        <w:tc>
          <w:tcPr>
            <w:tcW w:w="6120" w:type="dxa"/>
            <w:tcMar>
              <w:top w:w="70" w:type="dxa"/>
              <w:left w:w="80" w:type="dxa"/>
              <w:bottom w:w="70" w:type="dxa"/>
              <w:right w:w="80" w:type="dxa"/>
            </w:tcMar>
            <w:vAlign w:val="center"/>
          </w:tcPr>
          <w:p w14:paraId="69CA3324" w14:textId="77777777" w:rsidR="00E70AA0" w:rsidRDefault="00E70AA0"/>
        </w:tc>
      </w:tr>
      <w:tr w:rsidR="00E70AA0" w14:paraId="7C6BF6E7" w14:textId="77777777">
        <w:trPr>
          <w:jc w:val="center"/>
        </w:trPr>
        <w:tc>
          <w:tcPr>
            <w:tcW w:w="3240" w:type="dxa"/>
            <w:tcMar>
              <w:top w:w="70" w:type="dxa"/>
              <w:left w:w="80" w:type="dxa"/>
              <w:bottom w:w="70" w:type="dxa"/>
              <w:right w:w="80" w:type="dxa"/>
            </w:tcMar>
            <w:vAlign w:val="center"/>
          </w:tcPr>
          <w:p w14:paraId="0C8441FE" w14:textId="77777777" w:rsidR="00E70AA0" w:rsidRDefault="003A7D38">
            <w:r>
              <w:rPr>
                <w:b/>
                <w:color w:val="000000"/>
              </w:rPr>
              <w:t>Postcode:</w:t>
            </w:r>
          </w:p>
        </w:tc>
        <w:tc>
          <w:tcPr>
            <w:tcW w:w="6120" w:type="dxa"/>
            <w:tcMar>
              <w:top w:w="70" w:type="dxa"/>
              <w:left w:w="80" w:type="dxa"/>
              <w:bottom w:w="70" w:type="dxa"/>
              <w:right w:w="80" w:type="dxa"/>
            </w:tcMar>
            <w:vAlign w:val="center"/>
          </w:tcPr>
          <w:p w14:paraId="48E4610C" w14:textId="77777777" w:rsidR="00E70AA0" w:rsidRDefault="00E70AA0"/>
        </w:tc>
      </w:tr>
      <w:tr w:rsidR="00E70AA0" w14:paraId="183AC8CC" w14:textId="77777777">
        <w:trPr>
          <w:jc w:val="center"/>
        </w:trPr>
        <w:tc>
          <w:tcPr>
            <w:tcW w:w="3240" w:type="dxa"/>
            <w:tcMar>
              <w:top w:w="70" w:type="dxa"/>
              <w:left w:w="80" w:type="dxa"/>
              <w:bottom w:w="70" w:type="dxa"/>
              <w:right w:w="80" w:type="dxa"/>
            </w:tcMar>
            <w:vAlign w:val="center"/>
          </w:tcPr>
          <w:p w14:paraId="54EBEB2F" w14:textId="77777777" w:rsidR="00E70AA0" w:rsidRDefault="003A7D38">
            <w:r>
              <w:rPr>
                <w:b/>
                <w:color w:val="000000"/>
              </w:rPr>
              <w:t>Mobile/telephone:</w:t>
            </w:r>
          </w:p>
        </w:tc>
        <w:tc>
          <w:tcPr>
            <w:tcW w:w="6120" w:type="dxa"/>
            <w:tcMar>
              <w:top w:w="70" w:type="dxa"/>
              <w:left w:w="80" w:type="dxa"/>
              <w:bottom w:w="70" w:type="dxa"/>
              <w:right w:w="80" w:type="dxa"/>
            </w:tcMar>
            <w:vAlign w:val="center"/>
          </w:tcPr>
          <w:p w14:paraId="79AA603C" w14:textId="77777777" w:rsidR="00E70AA0" w:rsidRDefault="00E70AA0"/>
        </w:tc>
      </w:tr>
      <w:tr w:rsidR="00E70AA0" w14:paraId="2166E838" w14:textId="77777777">
        <w:trPr>
          <w:jc w:val="center"/>
        </w:trPr>
        <w:tc>
          <w:tcPr>
            <w:tcW w:w="3240" w:type="dxa"/>
            <w:tcMar>
              <w:top w:w="70" w:type="dxa"/>
              <w:left w:w="80" w:type="dxa"/>
              <w:bottom w:w="70" w:type="dxa"/>
              <w:right w:w="80" w:type="dxa"/>
            </w:tcMar>
            <w:vAlign w:val="center"/>
          </w:tcPr>
          <w:p w14:paraId="2235FC46" w14:textId="77777777" w:rsidR="00E70AA0" w:rsidRDefault="003A7D38">
            <w:r>
              <w:rPr>
                <w:b/>
                <w:color w:val="000000"/>
              </w:rPr>
              <w:t>Email address:</w:t>
            </w:r>
          </w:p>
        </w:tc>
        <w:tc>
          <w:tcPr>
            <w:tcW w:w="6120" w:type="dxa"/>
            <w:tcMar>
              <w:top w:w="70" w:type="dxa"/>
              <w:left w:w="80" w:type="dxa"/>
              <w:bottom w:w="70" w:type="dxa"/>
              <w:right w:w="80" w:type="dxa"/>
            </w:tcMar>
            <w:vAlign w:val="center"/>
          </w:tcPr>
          <w:p w14:paraId="0C1BCBD2" w14:textId="77777777" w:rsidR="00E70AA0" w:rsidRDefault="00E70AA0"/>
        </w:tc>
      </w:tr>
    </w:tbl>
    <w:p w14:paraId="03E77747" w14:textId="77777777" w:rsidR="00E70AA0" w:rsidRDefault="003A7D38">
      <w:r>
        <w:br w:type="page"/>
      </w:r>
    </w:p>
    <w:p w14:paraId="61D7847B" w14:textId="3440F273" w:rsidR="00E70AA0" w:rsidRDefault="00E70AA0">
      <w:pPr>
        <w:jc w:val="center"/>
      </w:pPr>
    </w:p>
    <w:p w14:paraId="24024A89"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3238"/>
        <w:gridCol w:w="7408"/>
      </w:tblGrid>
      <w:tr w:rsidR="00E70AA0" w:rsidRPr="008752CD" w14:paraId="15AE59A4" w14:textId="77777777">
        <w:trPr>
          <w:jc w:val="center"/>
        </w:trPr>
        <w:tc>
          <w:tcPr>
            <w:tcW w:w="10656" w:type="dxa"/>
            <w:gridSpan w:val="2"/>
            <w:shd w:val="clear" w:color="auto" w:fill="DDEBF7"/>
            <w:tcMar>
              <w:top w:w="60" w:type="dxa"/>
              <w:left w:w="80" w:type="dxa"/>
              <w:bottom w:w="60" w:type="dxa"/>
              <w:right w:w="80" w:type="dxa"/>
            </w:tcMar>
          </w:tcPr>
          <w:p w14:paraId="06F23A2C" w14:textId="77777777" w:rsidR="00E70AA0" w:rsidRPr="008752CD" w:rsidRDefault="003A7D38">
            <w:r w:rsidRPr="008752CD">
              <w:rPr>
                <w:b/>
                <w:sz w:val="22"/>
              </w:rPr>
              <w:t>Recruitment arrangements</w:t>
            </w:r>
          </w:p>
        </w:tc>
      </w:tr>
      <w:tr w:rsidR="00E70AA0" w:rsidRPr="008752CD" w14:paraId="63A74490" w14:textId="77777777">
        <w:trPr>
          <w:jc w:val="center"/>
        </w:trPr>
        <w:tc>
          <w:tcPr>
            <w:tcW w:w="3240" w:type="dxa"/>
            <w:tcMar>
              <w:top w:w="70" w:type="dxa"/>
              <w:left w:w="80" w:type="dxa"/>
              <w:bottom w:w="70" w:type="dxa"/>
              <w:right w:w="80" w:type="dxa"/>
            </w:tcMar>
            <w:vAlign w:val="center"/>
          </w:tcPr>
          <w:p w14:paraId="5CB1B022" w14:textId="77777777" w:rsidR="00E70AA0" w:rsidRPr="008752CD" w:rsidRDefault="003A7D38">
            <w:r w:rsidRPr="008752CD">
              <w:rPr>
                <w:b/>
              </w:rPr>
              <w:t>Do you have the right to work in the UK?</w:t>
            </w:r>
          </w:p>
        </w:tc>
        <w:tc>
          <w:tcPr>
            <w:tcW w:w="6120" w:type="dxa"/>
            <w:tcMar>
              <w:top w:w="70" w:type="dxa"/>
              <w:left w:w="80" w:type="dxa"/>
              <w:bottom w:w="70" w:type="dxa"/>
              <w:right w:w="80" w:type="dxa"/>
            </w:tcMar>
            <w:vAlign w:val="center"/>
          </w:tcPr>
          <w:p w14:paraId="27BEF41A" w14:textId="77777777" w:rsidR="00E70AA0" w:rsidRPr="008752CD" w:rsidRDefault="003A7D38">
            <w:r w:rsidRPr="008752CD">
              <w:t>☐ Yes  ☐ No  ☐ Unsure</w:t>
            </w:r>
          </w:p>
        </w:tc>
      </w:tr>
      <w:tr w:rsidR="00E70AA0" w:rsidRPr="008752CD" w14:paraId="06F5C0E5" w14:textId="77777777">
        <w:trPr>
          <w:jc w:val="center"/>
        </w:trPr>
        <w:tc>
          <w:tcPr>
            <w:tcW w:w="3240" w:type="dxa"/>
            <w:tcMar>
              <w:top w:w="70" w:type="dxa"/>
              <w:left w:w="80" w:type="dxa"/>
              <w:bottom w:w="70" w:type="dxa"/>
              <w:right w:w="80" w:type="dxa"/>
            </w:tcMar>
            <w:vAlign w:val="center"/>
          </w:tcPr>
          <w:p w14:paraId="22FE2E38" w14:textId="77777777" w:rsidR="00E70AA0" w:rsidRPr="008752CD" w:rsidRDefault="003A7D38">
            <w:r w:rsidRPr="008752CD">
              <w:rPr>
                <w:b/>
              </w:rPr>
              <w:t>Will you require sponsorship now or in the future?</w:t>
            </w:r>
          </w:p>
        </w:tc>
        <w:tc>
          <w:tcPr>
            <w:tcW w:w="6120" w:type="dxa"/>
            <w:tcMar>
              <w:top w:w="70" w:type="dxa"/>
              <w:left w:w="80" w:type="dxa"/>
              <w:bottom w:w="70" w:type="dxa"/>
              <w:right w:w="80" w:type="dxa"/>
            </w:tcMar>
            <w:vAlign w:val="center"/>
          </w:tcPr>
          <w:p w14:paraId="0C3FCF06" w14:textId="77777777" w:rsidR="00E70AA0" w:rsidRPr="008752CD" w:rsidRDefault="003A7D38">
            <w:r w:rsidRPr="008752CD">
              <w:t>☐ Yes  ☐ No  ☐ Unsure</w:t>
            </w:r>
          </w:p>
        </w:tc>
      </w:tr>
      <w:tr w:rsidR="00E70AA0" w:rsidRPr="008752CD" w14:paraId="09884B0D" w14:textId="77777777">
        <w:trPr>
          <w:jc w:val="center"/>
        </w:trPr>
        <w:tc>
          <w:tcPr>
            <w:tcW w:w="3240" w:type="dxa"/>
            <w:tcMar>
              <w:top w:w="70" w:type="dxa"/>
              <w:left w:w="80" w:type="dxa"/>
              <w:bottom w:w="70" w:type="dxa"/>
              <w:right w:w="80" w:type="dxa"/>
            </w:tcMar>
            <w:vAlign w:val="center"/>
          </w:tcPr>
          <w:p w14:paraId="1CF5CF02" w14:textId="77777777" w:rsidR="00E70AA0" w:rsidRPr="008752CD" w:rsidRDefault="003A7D38">
            <w:r w:rsidRPr="008752CD">
              <w:rPr>
                <w:b/>
              </w:rPr>
              <w:t>Reasonable adjustments</w:t>
            </w:r>
          </w:p>
        </w:tc>
        <w:tc>
          <w:tcPr>
            <w:tcW w:w="6120" w:type="dxa"/>
            <w:tcMar>
              <w:top w:w="70" w:type="dxa"/>
              <w:left w:w="80" w:type="dxa"/>
              <w:bottom w:w="70" w:type="dxa"/>
              <w:right w:w="80" w:type="dxa"/>
            </w:tcMar>
            <w:vAlign w:val="center"/>
          </w:tcPr>
          <w:p w14:paraId="1D1353F3" w14:textId="77777777" w:rsidR="00E70AA0" w:rsidRPr="008752CD" w:rsidRDefault="003A7D38">
            <w:r w:rsidRPr="008752CD">
              <w:t>Do you need any adjustment, accessible format, communication support or other arrangement for any stage of recruitment?  ☐ Yes  ☐ No</w:t>
            </w:r>
            <w:r w:rsidRPr="008752CD">
              <w:br/>
              <w:t>If yes, tell us what would help. You do not need to disclose a diagnosis.</w:t>
            </w:r>
          </w:p>
        </w:tc>
      </w:tr>
      <w:tr w:rsidR="00E70AA0" w:rsidRPr="008752CD" w14:paraId="47AAAC67" w14:textId="77777777">
        <w:trPr>
          <w:jc w:val="center"/>
        </w:trPr>
        <w:tc>
          <w:tcPr>
            <w:tcW w:w="3240" w:type="dxa"/>
            <w:tcMar>
              <w:top w:w="70" w:type="dxa"/>
              <w:left w:w="80" w:type="dxa"/>
              <w:bottom w:w="70" w:type="dxa"/>
              <w:right w:w="80" w:type="dxa"/>
            </w:tcMar>
            <w:vAlign w:val="center"/>
          </w:tcPr>
          <w:p w14:paraId="4CB3E6EC" w14:textId="77777777" w:rsidR="00E70AA0" w:rsidRPr="008752CD" w:rsidRDefault="003A7D38">
            <w:r w:rsidRPr="008752CD">
              <w:rPr>
                <w:b/>
              </w:rPr>
              <w:t>Interview availability</w:t>
            </w:r>
          </w:p>
        </w:tc>
        <w:tc>
          <w:tcPr>
            <w:tcW w:w="6120" w:type="dxa"/>
            <w:tcMar>
              <w:top w:w="70" w:type="dxa"/>
              <w:left w:w="80" w:type="dxa"/>
              <w:bottom w:w="70" w:type="dxa"/>
              <w:right w:w="80" w:type="dxa"/>
            </w:tcMar>
            <w:vAlign w:val="center"/>
          </w:tcPr>
          <w:p w14:paraId="2CAEC43A" w14:textId="77777777" w:rsidR="00E70AA0" w:rsidRPr="008752CD" w:rsidRDefault="003A7D38">
            <w:r w:rsidRPr="008752CD">
              <w:t>Please list dates or times when you are not available. We will make reasonable efforts to offer alternatives.</w:t>
            </w:r>
          </w:p>
        </w:tc>
      </w:tr>
      <w:tr w:rsidR="00E70AA0" w:rsidRPr="008752CD" w14:paraId="39129C38" w14:textId="77777777">
        <w:trPr>
          <w:jc w:val="center"/>
        </w:trPr>
        <w:tc>
          <w:tcPr>
            <w:tcW w:w="3240" w:type="dxa"/>
            <w:tcMar>
              <w:top w:w="70" w:type="dxa"/>
              <w:left w:w="80" w:type="dxa"/>
              <w:bottom w:w="70" w:type="dxa"/>
              <w:right w:w="80" w:type="dxa"/>
            </w:tcMar>
            <w:vAlign w:val="center"/>
          </w:tcPr>
          <w:p w14:paraId="79A4C242" w14:textId="77777777" w:rsidR="00E70AA0" w:rsidRPr="008752CD" w:rsidRDefault="003A7D38">
            <w:r w:rsidRPr="008752CD">
              <w:rPr>
                <w:b/>
              </w:rPr>
              <w:t>Driving requirement</w:t>
            </w:r>
          </w:p>
        </w:tc>
        <w:tc>
          <w:tcPr>
            <w:tcW w:w="6120" w:type="dxa"/>
            <w:tcMar>
              <w:top w:w="70" w:type="dxa"/>
              <w:left w:w="80" w:type="dxa"/>
              <w:bottom w:w="70" w:type="dxa"/>
              <w:right w:w="80" w:type="dxa"/>
            </w:tcMar>
            <w:vAlign w:val="center"/>
          </w:tcPr>
          <w:p w14:paraId="7E3B72D0" w14:textId="77777777" w:rsidR="008752CD" w:rsidRPr="008752CD" w:rsidRDefault="003A7D38">
            <w:r w:rsidRPr="008752CD">
              <w:t xml:space="preserve">Complete only if the Job Description states that driving is essential:  </w:t>
            </w:r>
          </w:p>
          <w:p w14:paraId="40BD4BD2" w14:textId="791A3A4C" w:rsidR="00E70AA0" w:rsidRPr="008752CD" w:rsidRDefault="003A7D38">
            <w:r w:rsidRPr="008752CD">
              <w:t xml:space="preserve">☐ I can meet the travel requirements  </w:t>
            </w:r>
          </w:p>
        </w:tc>
      </w:tr>
      <w:tr w:rsidR="00E70AA0" w:rsidRPr="008752CD" w14:paraId="073D3742" w14:textId="77777777">
        <w:trPr>
          <w:jc w:val="center"/>
        </w:trPr>
        <w:tc>
          <w:tcPr>
            <w:tcW w:w="3240" w:type="dxa"/>
            <w:tcMar>
              <w:top w:w="70" w:type="dxa"/>
              <w:left w:w="80" w:type="dxa"/>
              <w:bottom w:w="70" w:type="dxa"/>
              <w:right w:w="80" w:type="dxa"/>
            </w:tcMar>
            <w:vAlign w:val="center"/>
          </w:tcPr>
          <w:p w14:paraId="19FFDD86" w14:textId="77777777" w:rsidR="00E70AA0" w:rsidRPr="008752CD" w:rsidRDefault="003A7D38">
            <w:r w:rsidRPr="008752CD">
              <w:rPr>
                <w:b/>
              </w:rPr>
              <w:t>How did you hear about this vacancy?</w:t>
            </w:r>
          </w:p>
        </w:tc>
        <w:tc>
          <w:tcPr>
            <w:tcW w:w="6120" w:type="dxa"/>
            <w:tcMar>
              <w:top w:w="70" w:type="dxa"/>
              <w:left w:w="80" w:type="dxa"/>
              <w:bottom w:w="70" w:type="dxa"/>
              <w:right w:w="80" w:type="dxa"/>
            </w:tcMar>
            <w:vAlign w:val="center"/>
          </w:tcPr>
          <w:p w14:paraId="07E2149B" w14:textId="77777777" w:rsidR="00E70AA0" w:rsidRPr="008752CD" w:rsidRDefault="00E70AA0"/>
        </w:tc>
      </w:tr>
      <w:tr w:rsidR="00E70AA0" w:rsidRPr="008752CD" w14:paraId="2EB21B54" w14:textId="77777777">
        <w:trPr>
          <w:jc w:val="center"/>
        </w:trPr>
        <w:tc>
          <w:tcPr>
            <w:tcW w:w="3240" w:type="dxa"/>
            <w:tcMar>
              <w:top w:w="70" w:type="dxa"/>
              <w:left w:w="80" w:type="dxa"/>
              <w:bottom w:w="70" w:type="dxa"/>
              <w:right w:w="80" w:type="dxa"/>
            </w:tcMar>
            <w:vAlign w:val="center"/>
          </w:tcPr>
          <w:p w14:paraId="527D9440" w14:textId="77777777" w:rsidR="00E70AA0" w:rsidRPr="008752CD" w:rsidRDefault="003A7D38">
            <w:r w:rsidRPr="008752CD">
              <w:rPr>
                <w:b/>
              </w:rPr>
              <w:t>Notice period or earliest start date:</w:t>
            </w:r>
          </w:p>
        </w:tc>
        <w:tc>
          <w:tcPr>
            <w:tcW w:w="6120" w:type="dxa"/>
            <w:tcMar>
              <w:top w:w="70" w:type="dxa"/>
              <w:left w:w="80" w:type="dxa"/>
              <w:bottom w:w="70" w:type="dxa"/>
              <w:right w:w="80" w:type="dxa"/>
            </w:tcMar>
            <w:vAlign w:val="center"/>
          </w:tcPr>
          <w:p w14:paraId="36AD3AB6" w14:textId="77777777" w:rsidR="00E70AA0" w:rsidRPr="008752CD" w:rsidRDefault="00E70AA0"/>
        </w:tc>
      </w:tr>
    </w:tbl>
    <w:p w14:paraId="01CF3CBC" w14:textId="13B0F182" w:rsidR="00E70AA0" w:rsidRPr="008752CD" w:rsidRDefault="003A7D38">
      <w:r w:rsidRPr="008752CD">
        <w:rPr>
          <w:sz w:val="18"/>
        </w:rPr>
        <w:t xml:space="preserve">Right-to-work evidence will be checked only at the appropriate stage and consistently for all candidates. A driving </w:t>
      </w:r>
      <w:r w:rsidR="008752CD" w:rsidRPr="008752CD">
        <w:rPr>
          <w:sz w:val="18"/>
        </w:rPr>
        <w:t>license</w:t>
      </w:r>
      <w:r w:rsidRPr="008752CD">
        <w:rPr>
          <w:sz w:val="18"/>
        </w:rPr>
        <w:t xml:space="preserve"> or access to a private car will not be required unless objectively necessary for the role; reasonable alternatives will be considered.</w:t>
      </w:r>
    </w:p>
    <w:tbl>
      <w:tblPr>
        <w:tblStyle w:val="TableGrid"/>
        <w:tblW w:w="0" w:type="auto"/>
        <w:jc w:val="center"/>
        <w:tblLook w:val="04A0" w:firstRow="1" w:lastRow="0" w:firstColumn="1" w:lastColumn="0" w:noHBand="0" w:noVBand="1"/>
      </w:tblPr>
      <w:tblGrid>
        <w:gridCol w:w="10646"/>
      </w:tblGrid>
      <w:tr w:rsidR="00E70AA0" w:rsidRPr="008752CD" w14:paraId="3B980027" w14:textId="77777777">
        <w:trPr>
          <w:jc w:val="center"/>
        </w:trPr>
        <w:tc>
          <w:tcPr>
            <w:tcW w:w="10656" w:type="dxa"/>
            <w:shd w:val="clear" w:color="auto" w:fill="DDEBF7"/>
            <w:tcMar>
              <w:top w:w="60" w:type="dxa"/>
              <w:left w:w="80" w:type="dxa"/>
              <w:bottom w:w="60" w:type="dxa"/>
              <w:right w:w="80" w:type="dxa"/>
            </w:tcMar>
          </w:tcPr>
          <w:p w14:paraId="0659BC43" w14:textId="77777777" w:rsidR="00E70AA0" w:rsidRPr="008752CD" w:rsidRDefault="003A7D38">
            <w:r w:rsidRPr="008752CD">
              <w:rPr>
                <w:b/>
                <w:sz w:val="22"/>
              </w:rPr>
              <w:t>Education, qualifications and equivalent learning</w:t>
            </w:r>
          </w:p>
        </w:tc>
      </w:tr>
    </w:tbl>
    <w:p w14:paraId="514AB046" w14:textId="7ABCCA2D" w:rsidR="00E70AA0" w:rsidRPr="008752CD" w:rsidRDefault="003A7D38">
      <w:r w:rsidRPr="008752CD">
        <w:t xml:space="preserve">List qualifications where relevant. REN recognises equivalent skills gained through employment, volunteering, </w:t>
      </w:r>
      <w:r w:rsidR="008752CD">
        <w:t xml:space="preserve">unpaid work, </w:t>
      </w:r>
      <w:r w:rsidRPr="008752CD">
        <w:t xml:space="preserve">community leadership, organising, caring responsibilities </w:t>
      </w:r>
      <w:r w:rsidR="008752CD">
        <w:t>&amp;</w:t>
      </w:r>
      <w:r w:rsidRPr="008752CD">
        <w:t xml:space="preserve"> lived experience. Dates may be given as month/year.</w:t>
      </w:r>
    </w:p>
    <w:tbl>
      <w:tblPr>
        <w:tblStyle w:val="TableGrid"/>
        <w:tblW w:w="0" w:type="auto"/>
        <w:jc w:val="center"/>
        <w:tblLook w:val="04A0" w:firstRow="1" w:lastRow="0" w:firstColumn="1" w:lastColumn="0" w:noHBand="0" w:noVBand="1"/>
      </w:tblPr>
      <w:tblGrid>
        <w:gridCol w:w="2130"/>
        <w:gridCol w:w="2130"/>
        <w:gridCol w:w="2129"/>
        <w:gridCol w:w="2129"/>
        <w:gridCol w:w="2128"/>
      </w:tblGrid>
      <w:tr w:rsidR="00E70AA0" w14:paraId="0663D5C8" w14:textId="77777777">
        <w:trPr>
          <w:tblHeader/>
          <w:jc w:val="center"/>
        </w:trPr>
        <w:tc>
          <w:tcPr>
            <w:tcW w:w="2131" w:type="dxa"/>
            <w:shd w:val="clear" w:color="auto" w:fill="E7E6E6"/>
            <w:tcMar>
              <w:top w:w="70" w:type="dxa"/>
              <w:left w:w="80" w:type="dxa"/>
              <w:bottom w:w="70" w:type="dxa"/>
              <w:right w:w="80" w:type="dxa"/>
            </w:tcMar>
          </w:tcPr>
          <w:p w14:paraId="39594F5D" w14:textId="77777777" w:rsidR="00E70AA0" w:rsidRPr="008752CD" w:rsidRDefault="003A7D38">
            <w:r w:rsidRPr="008752CD">
              <w:rPr>
                <w:b/>
              </w:rPr>
              <w:t>School, college, university or learning provider</w:t>
            </w:r>
          </w:p>
        </w:tc>
        <w:tc>
          <w:tcPr>
            <w:tcW w:w="2131" w:type="dxa"/>
            <w:shd w:val="clear" w:color="auto" w:fill="E7E6E6"/>
            <w:tcMar>
              <w:top w:w="70" w:type="dxa"/>
              <w:left w:w="80" w:type="dxa"/>
              <w:bottom w:w="70" w:type="dxa"/>
              <w:right w:w="80" w:type="dxa"/>
            </w:tcMar>
          </w:tcPr>
          <w:p w14:paraId="324665C6" w14:textId="77777777" w:rsidR="00E70AA0" w:rsidRPr="008752CD" w:rsidRDefault="003A7D38">
            <w:r w:rsidRPr="008752CD">
              <w:rPr>
                <w:b/>
              </w:rPr>
              <w:t>Qualification / subject / equivalent learning</w:t>
            </w:r>
          </w:p>
        </w:tc>
        <w:tc>
          <w:tcPr>
            <w:tcW w:w="2131" w:type="dxa"/>
            <w:shd w:val="clear" w:color="auto" w:fill="E7E6E6"/>
            <w:tcMar>
              <w:top w:w="70" w:type="dxa"/>
              <w:left w:w="80" w:type="dxa"/>
              <w:bottom w:w="70" w:type="dxa"/>
              <w:right w:w="80" w:type="dxa"/>
            </w:tcMar>
          </w:tcPr>
          <w:p w14:paraId="51BB1F3E" w14:textId="77777777" w:rsidR="00E70AA0" w:rsidRPr="008752CD" w:rsidRDefault="003A7D38">
            <w:r w:rsidRPr="008752CD">
              <w:rPr>
                <w:b/>
              </w:rPr>
              <w:t>Level or result (if relevant)</w:t>
            </w:r>
          </w:p>
        </w:tc>
        <w:tc>
          <w:tcPr>
            <w:tcW w:w="2131" w:type="dxa"/>
            <w:shd w:val="clear" w:color="auto" w:fill="E7E6E6"/>
            <w:tcMar>
              <w:top w:w="70" w:type="dxa"/>
              <w:left w:w="80" w:type="dxa"/>
              <w:bottom w:w="70" w:type="dxa"/>
              <w:right w:w="80" w:type="dxa"/>
            </w:tcMar>
          </w:tcPr>
          <w:p w14:paraId="12AA5DDA" w14:textId="77777777" w:rsidR="00E70AA0" w:rsidRDefault="003A7D38">
            <w:r>
              <w:rPr>
                <w:b/>
                <w:color w:val="000000"/>
              </w:rPr>
              <w:t>From</w:t>
            </w:r>
          </w:p>
        </w:tc>
        <w:tc>
          <w:tcPr>
            <w:tcW w:w="2131" w:type="dxa"/>
            <w:shd w:val="clear" w:color="auto" w:fill="E7E6E6"/>
            <w:tcMar>
              <w:top w:w="70" w:type="dxa"/>
              <w:left w:w="80" w:type="dxa"/>
              <w:bottom w:w="70" w:type="dxa"/>
              <w:right w:w="80" w:type="dxa"/>
            </w:tcMar>
          </w:tcPr>
          <w:p w14:paraId="2CDF1CE2" w14:textId="77777777" w:rsidR="00E70AA0" w:rsidRDefault="003A7D38">
            <w:r>
              <w:rPr>
                <w:b/>
                <w:color w:val="000000"/>
              </w:rPr>
              <w:t>To</w:t>
            </w:r>
          </w:p>
        </w:tc>
      </w:tr>
      <w:tr w:rsidR="00E70AA0" w14:paraId="7CF1A77A" w14:textId="77777777">
        <w:trPr>
          <w:trHeight w:val="650"/>
          <w:jc w:val="center"/>
        </w:trPr>
        <w:tc>
          <w:tcPr>
            <w:tcW w:w="2131" w:type="dxa"/>
          </w:tcPr>
          <w:p w14:paraId="3F0D1EAA" w14:textId="77777777" w:rsidR="00E70AA0" w:rsidRDefault="00E70AA0"/>
        </w:tc>
        <w:tc>
          <w:tcPr>
            <w:tcW w:w="2131" w:type="dxa"/>
          </w:tcPr>
          <w:p w14:paraId="755E44C2" w14:textId="77777777" w:rsidR="00E70AA0" w:rsidRDefault="00E70AA0"/>
        </w:tc>
        <w:tc>
          <w:tcPr>
            <w:tcW w:w="2131" w:type="dxa"/>
          </w:tcPr>
          <w:p w14:paraId="3C80C0FC" w14:textId="77777777" w:rsidR="00E70AA0" w:rsidRDefault="00E70AA0"/>
        </w:tc>
        <w:tc>
          <w:tcPr>
            <w:tcW w:w="2131" w:type="dxa"/>
          </w:tcPr>
          <w:p w14:paraId="32785CCA" w14:textId="77777777" w:rsidR="00E70AA0" w:rsidRDefault="00E70AA0"/>
        </w:tc>
        <w:tc>
          <w:tcPr>
            <w:tcW w:w="2131" w:type="dxa"/>
          </w:tcPr>
          <w:p w14:paraId="4E8C71AC" w14:textId="77777777" w:rsidR="00E70AA0" w:rsidRDefault="00E70AA0"/>
        </w:tc>
      </w:tr>
      <w:tr w:rsidR="00E70AA0" w14:paraId="6C0CD94D" w14:textId="77777777">
        <w:trPr>
          <w:trHeight w:val="650"/>
          <w:jc w:val="center"/>
        </w:trPr>
        <w:tc>
          <w:tcPr>
            <w:tcW w:w="2131" w:type="dxa"/>
          </w:tcPr>
          <w:p w14:paraId="5DB2E4E9" w14:textId="77777777" w:rsidR="00E70AA0" w:rsidRDefault="00E70AA0"/>
        </w:tc>
        <w:tc>
          <w:tcPr>
            <w:tcW w:w="2131" w:type="dxa"/>
          </w:tcPr>
          <w:p w14:paraId="3304A692" w14:textId="77777777" w:rsidR="00E70AA0" w:rsidRDefault="00E70AA0"/>
        </w:tc>
        <w:tc>
          <w:tcPr>
            <w:tcW w:w="2131" w:type="dxa"/>
          </w:tcPr>
          <w:p w14:paraId="54770668" w14:textId="77777777" w:rsidR="00E70AA0" w:rsidRDefault="00E70AA0"/>
        </w:tc>
        <w:tc>
          <w:tcPr>
            <w:tcW w:w="2131" w:type="dxa"/>
          </w:tcPr>
          <w:p w14:paraId="753D95AD" w14:textId="77777777" w:rsidR="00E70AA0" w:rsidRDefault="00E70AA0"/>
        </w:tc>
        <w:tc>
          <w:tcPr>
            <w:tcW w:w="2131" w:type="dxa"/>
          </w:tcPr>
          <w:p w14:paraId="56A3FC24" w14:textId="77777777" w:rsidR="00E70AA0" w:rsidRDefault="00E70AA0"/>
        </w:tc>
      </w:tr>
      <w:tr w:rsidR="00E70AA0" w14:paraId="2ADA9597" w14:textId="77777777">
        <w:trPr>
          <w:trHeight w:val="650"/>
          <w:jc w:val="center"/>
        </w:trPr>
        <w:tc>
          <w:tcPr>
            <w:tcW w:w="2131" w:type="dxa"/>
          </w:tcPr>
          <w:p w14:paraId="43F95236" w14:textId="77777777" w:rsidR="00E70AA0" w:rsidRDefault="00E70AA0"/>
        </w:tc>
        <w:tc>
          <w:tcPr>
            <w:tcW w:w="2131" w:type="dxa"/>
          </w:tcPr>
          <w:p w14:paraId="4ED3C98B" w14:textId="77777777" w:rsidR="00E70AA0" w:rsidRDefault="00E70AA0"/>
        </w:tc>
        <w:tc>
          <w:tcPr>
            <w:tcW w:w="2131" w:type="dxa"/>
          </w:tcPr>
          <w:p w14:paraId="2DE7B0DD" w14:textId="77777777" w:rsidR="00E70AA0" w:rsidRDefault="00E70AA0"/>
        </w:tc>
        <w:tc>
          <w:tcPr>
            <w:tcW w:w="2131" w:type="dxa"/>
          </w:tcPr>
          <w:p w14:paraId="2C78E02F" w14:textId="77777777" w:rsidR="00E70AA0" w:rsidRDefault="00E70AA0"/>
        </w:tc>
        <w:tc>
          <w:tcPr>
            <w:tcW w:w="2131" w:type="dxa"/>
          </w:tcPr>
          <w:p w14:paraId="343D3302" w14:textId="77777777" w:rsidR="00E70AA0" w:rsidRDefault="00E70AA0"/>
        </w:tc>
      </w:tr>
      <w:tr w:rsidR="00E70AA0" w14:paraId="669899FA" w14:textId="77777777">
        <w:trPr>
          <w:trHeight w:val="650"/>
          <w:jc w:val="center"/>
        </w:trPr>
        <w:tc>
          <w:tcPr>
            <w:tcW w:w="2131" w:type="dxa"/>
          </w:tcPr>
          <w:p w14:paraId="1EA98EBC" w14:textId="77777777" w:rsidR="00E70AA0" w:rsidRDefault="00E70AA0"/>
        </w:tc>
        <w:tc>
          <w:tcPr>
            <w:tcW w:w="2131" w:type="dxa"/>
          </w:tcPr>
          <w:p w14:paraId="69D583B5" w14:textId="77777777" w:rsidR="00E70AA0" w:rsidRDefault="00E70AA0"/>
        </w:tc>
        <w:tc>
          <w:tcPr>
            <w:tcW w:w="2131" w:type="dxa"/>
          </w:tcPr>
          <w:p w14:paraId="3F2AA68C" w14:textId="77777777" w:rsidR="00E70AA0" w:rsidRDefault="00E70AA0"/>
        </w:tc>
        <w:tc>
          <w:tcPr>
            <w:tcW w:w="2131" w:type="dxa"/>
          </w:tcPr>
          <w:p w14:paraId="624422FF" w14:textId="77777777" w:rsidR="00E70AA0" w:rsidRDefault="00E70AA0"/>
        </w:tc>
        <w:tc>
          <w:tcPr>
            <w:tcW w:w="2131" w:type="dxa"/>
          </w:tcPr>
          <w:p w14:paraId="6AFF7E2E" w14:textId="77777777" w:rsidR="00E70AA0" w:rsidRDefault="00E70AA0"/>
        </w:tc>
      </w:tr>
    </w:tbl>
    <w:p w14:paraId="075801FC" w14:textId="77777777" w:rsidR="00E70AA0" w:rsidRDefault="003A7D38">
      <w:r>
        <w:br w:type="page"/>
      </w:r>
    </w:p>
    <w:p w14:paraId="5650E52E" w14:textId="3AA20097" w:rsidR="00E70AA0" w:rsidRDefault="00E70AA0">
      <w:pPr>
        <w:jc w:val="center"/>
      </w:pPr>
    </w:p>
    <w:p w14:paraId="7874FE3C"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2129"/>
        <w:gridCol w:w="2129"/>
        <w:gridCol w:w="2130"/>
        <w:gridCol w:w="2129"/>
        <w:gridCol w:w="2129"/>
      </w:tblGrid>
      <w:tr w:rsidR="00E70AA0" w14:paraId="279BCE4D" w14:textId="77777777">
        <w:trPr>
          <w:jc w:val="center"/>
        </w:trPr>
        <w:tc>
          <w:tcPr>
            <w:tcW w:w="10656" w:type="dxa"/>
            <w:gridSpan w:val="5"/>
            <w:shd w:val="clear" w:color="auto" w:fill="DDEBF7"/>
            <w:tcMar>
              <w:top w:w="60" w:type="dxa"/>
              <w:left w:w="80" w:type="dxa"/>
              <w:bottom w:w="60" w:type="dxa"/>
              <w:right w:w="80" w:type="dxa"/>
            </w:tcMar>
          </w:tcPr>
          <w:p w14:paraId="3B4A2C8C" w14:textId="77777777" w:rsidR="00E70AA0" w:rsidRPr="008752CD" w:rsidRDefault="003A7D38">
            <w:r w:rsidRPr="008752CD">
              <w:rPr>
                <w:b/>
                <w:sz w:val="22"/>
              </w:rPr>
              <w:t>Professional development, training and community learning</w:t>
            </w:r>
          </w:p>
        </w:tc>
      </w:tr>
      <w:tr w:rsidR="00E70AA0" w14:paraId="5202D4C8" w14:textId="77777777">
        <w:trPr>
          <w:jc w:val="center"/>
        </w:trPr>
        <w:tc>
          <w:tcPr>
            <w:tcW w:w="2131" w:type="dxa"/>
            <w:shd w:val="clear" w:color="auto" w:fill="E7E6E6"/>
            <w:tcMar>
              <w:top w:w="70" w:type="dxa"/>
              <w:left w:w="80" w:type="dxa"/>
              <w:bottom w:w="70" w:type="dxa"/>
              <w:right w:w="80" w:type="dxa"/>
            </w:tcMar>
          </w:tcPr>
          <w:p w14:paraId="1F4638D7" w14:textId="77777777" w:rsidR="00E70AA0" w:rsidRPr="008752CD" w:rsidRDefault="003A7D38">
            <w:r w:rsidRPr="008752CD">
              <w:rPr>
                <w:b/>
              </w:rPr>
              <w:t>Course, programme or learning</w:t>
            </w:r>
          </w:p>
        </w:tc>
        <w:tc>
          <w:tcPr>
            <w:tcW w:w="2131" w:type="dxa"/>
            <w:shd w:val="clear" w:color="auto" w:fill="E7E6E6"/>
            <w:tcMar>
              <w:top w:w="70" w:type="dxa"/>
              <w:left w:w="80" w:type="dxa"/>
              <w:bottom w:w="70" w:type="dxa"/>
              <w:right w:w="80" w:type="dxa"/>
            </w:tcMar>
          </w:tcPr>
          <w:p w14:paraId="63FF53EA" w14:textId="77777777" w:rsidR="00E70AA0" w:rsidRPr="008752CD" w:rsidRDefault="003A7D38">
            <w:r w:rsidRPr="008752CD">
              <w:rPr>
                <w:b/>
              </w:rPr>
              <w:t>Provider or context</w:t>
            </w:r>
          </w:p>
        </w:tc>
        <w:tc>
          <w:tcPr>
            <w:tcW w:w="2131" w:type="dxa"/>
            <w:shd w:val="clear" w:color="auto" w:fill="E7E6E6"/>
            <w:tcMar>
              <w:top w:w="70" w:type="dxa"/>
              <w:left w:w="80" w:type="dxa"/>
              <w:bottom w:w="70" w:type="dxa"/>
              <w:right w:w="80" w:type="dxa"/>
            </w:tcMar>
          </w:tcPr>
          <w:p w14:paraId="5543209B" w14:textId="77777777" w:rsidR="00E70AA0" w:rsidRPr="008752CD" w:rsidRDefault="003A7D38">
            <w:r w:rsidRPr="008752CD">
              <w:rPr>
                <w:b/>
              </w:rPr>
              <w:t>Qualification / learning gained</w:t>
            </w:r>
          </w:p>
        </w:tc>
        <w:tc>
          <w:tcPr>
            <w:tcW w:w="2131" w:type="dxa"/>
            <w:shd w:val="clear" w:color="auto" w:fill="E7E6E6"/>
            <w:tcMar>
              <w:top w:w="70" w:type="dxa"/>
              <w:left w:w="80" w:type="dxa"/>
              <w:bottom w:w="70" w:type="dxa"/>
              <w:right w:w="80" w:type="dxa"/>
            </w:tcMar>
          </w:tcPr>
          <w:p w14:paraId="0B46CA08" w14:textId="77777777" w:rsidR="00E70AA0" w:rsidRPr="008752CD" w:rsidRDefault="003A7D38">
            <w:r w:rsidRPr="008752CD">
              <w:rPr>
                <w:b/>
              </w:rPr>
              <w:t>From</w:t>
            </w:r>
          </w:p>
        </w:tc>
        <w:tc>
          <w:tcPr>
            <w:tcW w:w="2131" w:type="dxa"/>
            <w:shd w:val="clear" w:color="auto" w:fill="E7E6E6"/>
            <w:tcMar>
              <w:top w:w="70" w:type="dxa"/>
              <w:left w:w="80" w:type="dxa"/>
              <w:bottom w:w="70" w:type="dxa"/>
              <w:right w:w="80" w:type="dxa"/>
            </w:tcMar>
          </w:tcPr>
          <w:p w14:paraId="35C141B7" w14:textId="77777777" w:rsidR="00E70AA0" w:rsidRPr="008752CD" w:rsidRDefault="003A7D38">
            <w:r w:rsidRPr="008752CD">
              <w:rPr>
                <w:b/>
              </w:rPr>
              <w:t>To</w:t>
            </w:r>
          </w:p>
        </w:tc>
      </w:tr>
      <w:tr w:rsidR="00E70AA0" w14:paraId="0F3B1139" w14:textId="77777777">
        <w:trPr>
          <w:trHeight w:val="600"/>
          <w:jc w:val="center"/>
        </w:trPr>
        <w:tc>
          <w:tcPr>
            <w:tcW w:w="2131" w:type="dxa"/>
          </w:tcPr>
          <w:p w14:paraId="51A9EB8D" w14:textId="77777777" w:rsidR="00E70AA0" w:rsidRDefault="00E70AA0"/>
        </w:tc>
        <w:tc>
          <w:tcPr>
            <w:tcW w:w="2131" w:type="dxa"/>
          </w:tcPr>
          <w:p w14:paraId="7EBE5377" w14:textId="77777777" w:rsidR="00E70AA0" w:rsidRDefault="00E70AA0"/>
        </w:tc>
        <w:tc>
          <w:tcPr>
            <w:tcW w:w="2131" w:type="dxa"/>
          </w:tcPr>
          <w:p w14:paraId="6694F4DD" w14:textId="77777777" w:rsidR="00E70AA0" w:rsidRDefault="00E70AA0"/>
        </w:tc>
        <w:tc>
          <w:tcPr>
            <w:tcW w:w="2131" w:type="dxa"/>
          </w:tcPr>
          <w:p w14:paraId="7B82AD34" w14:textId="77777777" w:rsidR="00E70AA0" w:rsidRDefault="00E70AA0"/>
        </w:tc>
        <w:tc>
          <w:tcPr>
            <w:tcW w:w="2131" w:type="dxa"/>
          </w:tcPr>
          <w:p w14:paraId="5F3BABCF" w14:textId="77777777" w:rsidR="00E70AA0" w:rsidRDefault="00E70AA0"/>
        </w:tc>
      </w:tr>
      <w:tr w:rsidR="00E70AA0" w14:paraId="1EF01EC4" w14:textId="77777777">
        <w:trPr>
          <w:trHeight w:val="600"/>
          <w:jc w:val="center"/>
        </w:trPr>
        <w:tc>
          <w:tcPr>
            <w:tcW w:w="2131" w:type="dxa"/>
          </w:tcPr>
          <w:p w14:paraId="68107632" w14:textId="77777777" w:rsidR="00E70AA0" w:rsidRDefault="00E70AA0"/>
        </w:tc>
        <w:tc>
          <w:tcPr>
            <w:tcW w:w="2131" w:type="dxa"/>
          </w:tcPr>
          <w:p w14:paraId="5A9348BC" w14:textId="77777777" w:rsidR="00E70AA0" w:rsidRDefault="00E70AA0"/>
        </w:tc>
        <w:tc>
          <w:tcPr>
            <w:tcW w:w="2131" w:type="dxa"/>
          </w:tcPr>
          <w:p w14:paraId="5F5A35B4" w14:textId="77777777" w:rsidR="00E70AA0" w:rsidRDefault="00E70AA0"/>
        </w:tc>
        <w:tc>
          <w:tcPr>
            <w:tcW w:w="2131" w:type="dxa"/>
          </w:tcPr>
          <w:p w14:paraId="22CB1954" w14:textId="77777777" w:rsidR="00E70AA0" w:rsidRDefault="00E70AA0"/>
        </w:tc>
        <w:tc>
          <w:tcPr>
            <w:tcW w:w="2131" w:type="dxa"/>
          </w:tcPr>
          <w:p w14:paraId="6497644F" w14:textId="77777777" w:rsidR="00E70AA0" w:rsidRDefault="00E70AA0"/>
        </w:tc>
      </w:tr>
      <w:tr w:rsidR="00E70AA0" w14:paraId="52509FFC" w14:textId="77777777">
        <w:trPr>
          <w:trHeight w:val="600"/>
          <w:jc w:val="center"/>
        </w:trPr>
        <w:tc>
          <w:tcPr>
            <w:tcW w:w="2131" w:type="dxa"/>
          </w:tcPr>
          <w:p w14:paraId="7CD9068A" w14:textId="77777777" w:rsidR="00E70AA0" w:rsidRDefault="00E70AA0"/>
        </w:tc>
        <w:tc>
          <w:tcPr>
            <w:tcW w:w="2131" w:type="dxa"/>
          </w:tcPr>
          <w:p w14:paraId="2CDCC4F6" w14:textId="77777777" w:rsidR="00E70AA0" w:rsidRDefault="00E70AA0"/>
        </w:tc>
        <w:tc>
          <w:tcPr>
            <w:tcW w:w="2131" w:type="dxa"/>
          </w:tcPr>
          <w:p w14:paraId="2C7CC957" w14:textId="77777777" w:rsidR="00E70AA0" w:rsidRDefault="00E70AA0"/>
        </w:tc>
        <w:tc>
          <w:tcPr>
            <w:tcW w:w="2131" w:type="dxa"/>
          </w:tcPr>
          <w:p w14:paraId="4A44DC61" w14:textId="77777777" w:rsidR="00E70AA0" w:rsidRDefault="00E70AA0"/>
        </w:tc>
        <w:tc>
          <w:tcPr>
            <w:tcW w:w="2131" w:type="dxa"/>
          </w:tcPr>
          <w:p w14:paraId="4EC763E8" w14:textId="77777777" w:rsidR="00E70AA0" w:rsidRDefault="00E70AA0"/>
        </w:tc>
      </w:tr>
      <w:tr w:rsidR="00E70AA0" w14:paraId="194F3F14" w14:textId="77777777">
        <w:trPr>
          <w:trHeight w:val="600"/>
          <w:jc w:val="center"/>
        </w:trPr>
        <w:tc>
          <w:tcPr>
            <w:tcW w:w="2131" w:type="dxa"/>
          </w:tcPr>
          <w:p w14:paraId="7A16652E" w14:textId="77777777" w:rsidR="00E70AA0" w:rsidRDefault="00E70AA0"/>
        </w:tc>
        <w:tc>
          <w:tcPr>
            <w:tcW w:w="2131" w:type="dxa"/>
          </w:tcPr>
          <w:p w14:paraId="48347F5C" w14:textId="77777777" w:rsidR="00E70AA0" w:rsidRDefault="00E70AA0"/>
        </w:tc>
        <w:tc>
          <w:tcPr>
            <w:tcW w:w="2131" w:type="dxa"/>
          </w:tcPr>
          <w:p w14:paraId="2106CAC2" w14:textId="77777777" w:rsidR="00E70AA0" w:rsidRDefault="00E70AA0"/>
        </w:tc>
        <w:tc>
          <w:tcPr>
            <w:tcW w:w="2131" w:type="dxa"/>
          </w:tcPr>
          <w:p w14:paraId="1C9D4241" w14:textId="77777777" w:rsidR="00E70AA0" w:rsidRDefault="00E70AA0"/>
        </w:tc>
        <w:tc>
          <w:tcPr>
            <w:tcW w:w="2131" w:type="dxa"/>
          </w:tcPr>
          <w:p w14:paraId="58037FEB" w14:textId="77777777" w:rsidR="00E70AA0" w:rsidRDefault="00E70AA0"/>
        </w:tc>
      </w:tr>
      <w:tr w:rsidR="00E70AA0" w:rsidRPr="008752CD" w14:paraId="5DC9D7EA" w14:textId="77777777">
        <w:trPr>
          <w:trHeight w:val="600"/>
          <w:jc w:val="center"/>
        </w:trPr>
        <w:tc>
          <w:tcPr>
            <w:tcW w:w="2131" w:type="dxa"/>
          </w:tcPr>
          <w:p w14:paraId="10339A8A" w14:textId="77777777" w:rsidR="00E70AA0" w:rsidRPr="008752CD" w:rsidRDefault="00E70AA0"/>
        </w:tc>
        <w:tc>
          <w:tcPr>
            <w:tcW w:w="2131" w:type="dxa"/>
          </w:tcPr>
          <w:p w14:paraId="26BC636C" w14:textId="77777777" w:rsidR="00E70AA0" w:rsidRPr="008752CD" w:rsidRDefault="00E70AA0"/>
        </w:tc>
        <w:tc>
          <w:tcPr>
            <w:tcW w:w="2131" w:type="dxa"/>
          </w:tcPr>
          <w:p w14:paraId="243EDE0F" w14:textId="77777777" w:rsidR="00E70AA0" w:rsidRPr="008752CD" w:rsidRDefault="00E70AA0"/>
        </w:tc>
        <w:tc>
          <w:tcPr>
            <w:tcW w:w="2131" w:type="dxa"/>
          </w:tcPr>
          <w:p w14:paraId="1AD9A54A" w14:textId="77777777" w:rsidR="00E70AA0" w:rsidRPr="008752CD" w:rsidRDefault="00E70AA0"/>
        </w:tc>
        <w:tc>
          <w:tcPr>
            <w:tcW w:w="2131" w:type="dxa"/>
          </w:tcPr>
          <w:p w14:paraId="2AA6D86F" w14:textId="77777777" w:rsidR="00E70AA0" w:rsidRPr="008752CD" w:rsidRDefault="00E70AA0"/>
        </w:tc>
      </w:tr>
      <w:tr w:rsidR="00E70AA0" w:rsidRPr="008752CD" w14:paraId="2A4C5312" w14:textId="77777777">
        <w:trPr>
          <w:jc w:val="center"/>
        </w:trPr>
        <w:tc>
          <w:tcPr>
            <w:tcW w:w="10656" w:type="dxa"/>
            <w:gridSpan w:val="5"/>
            <w:shd w:val="clear" w:color="auto" w:fill="DDEBF7"/>
            <w:tcMar>
              <w:top w:w="60" w:type="dxa"/>
              <w:left w:w="80" w:type="dxa"/>
              <w:bottom w:w="60" w:type="dxa"/>
              <w:right w:w="80" w:type="dxa"/>
            </w:tcMar>
          </w:tcPr>
          <w:p w14:paraId="236D11B0" w14:textId="77777777" w:rsidR="00E70AA0" w:rsidRPr="008752CD" w:rsidRDefault="003A7D38">
            <w:r w:rsidRPr="008752CD">
              <w:rPr>
                <w:b/>
                <w:sz w:val="22"/>
              </w:rPr>
              <w:t>Languages, communication and access skills</w:t>
            </w:r>
          </w:p>
        </w:tc>
      </w:tr>
    </w:tbl>
    <w:p w14:paraId="4D1BB3FA" w14:textId="77777777" w:rsidR="00E70AA0" w:rsidRPr="008752CD" w:rsidRDefault="003A7D38">
      <w:r w:rsidRPr="008752CD">
        <w:t>Please list any languages, dialects or communication methods you use, including British Sign Language, community languages and interpreting or translation experience. State your level only where helpful. This information will be considered only where relevant to the role.</w:t>
      </w:r>
    </w:p>
    <w:tbl>
      <w:tblPr>
        <w:tblStyle w:val="TableGrid"/>
        <w:tblW w:w="0" w:type="auto"/>
        <w:tblLook w:val="04A0" w:firstRow="1" w:lastRow="0" w:firstColumn="1" w:lastColumn="0" w:noHBand="0" w:noVBand="1"/>
      </w:tblPr>
      <w:tblGrid>
        <w:gridCol w:w="2597"/>
        <w:gridCol w:w="2471"/>
        <w:gridCol w:w="2438"/>
        <w:gridCol w:w="2439"/>
        <w:gridCol w:w="701"/>
      </w:tblGrid>
      <w:tr w:rsidR="00E70AA0" w14:paraId="67DC64AB" w14:textId="77777777">
        <w:trPr>
          <w:gridAfter w:val="1"/>
          <w:wAfter w:w="28" w:type="dxa"/>
        </w:trPr>
        <w:tc>
          <w:tcPr>
            <w:tcW w:w="2664" w:type="dxa"/>
            <w:shd w:val="clear" w:color="auto" w:fill="E7E6E6"/>
          </w:tcPr>
          <w:p w14:paraId="3AD460E0" w14:textId="77777777" w:rsidR="00E70AA0" w:rsidRPr="008752CD" w:rsidRDefault="003A7D38">
            <w:r w:rsidRPr="008752CD">
              <w:rPr>
                <w:b/>
              </w:rPr>
              <w:t>Language or communication method</w:t>
            </w:r>
          </w:p>
        </w:tc>
        <w:tc>
          <w:tcPr>
            <w:tcW w:w="2664" w:type="dxa"/>
            <w:shd w:val="clear" w:color="auto" w:fill="E7E6E6"/>
          </w:tcPr>
          <w:p w14:paraId="0095502A" w14:textId="77777777" w:rsidR="00E70AA0" w:rsidRPr="008752CD" w:rsidRDefault="003A7D38">
            <w:r w:rsidRPr="008752CD">
              <w:rPr>
                <w:b/>
              </w:rPr>
              <w:t>Speak / sign</w:t>
            </w:r>
          </w:p>
        </w:tc>
        <w:tc>
          <w:tcPr>
            <w:tcW w:w="2664" w:type="dxa"/>
            <w:shd w:val="clear" w:color="auto" w:fill="E7E6E6"/>
          </w:tcPr>
          <w:p w14:paraId="7B31061D" w14:textId="77777777" w:rsidR="00E70AA0" w:rsidRPr="008752CD" w:rsidRDefault="003A7D38">
            <w:r w:rsidRPr="008752CD">
              <w:rPr>
                <w:b/>
              </w:rPr>
              <w:t>Read</w:t>
            </w:r>
          </w:p>
        </w:tc>
        <w:tc>
          <w:tcPr>
            <w:tcW w:w="2664" w:type="dxa"/>
            <w:shd w:val="clear" w:color="auto" w:fill="E7E6E6"/>
          </w:tcPr>
          <w:p w14:paraId="22C482D8" w14:textId="77777777" w:rsidR="00E70AA0" w:rsidRPr="008752CD" w:rsidRDefault="003A7D38">
            <w:r w:rsidRPr="008752CD">
              <w:rPr>
                <w:b/>
              </w:rPr>
              <w:t>Write</w:t>
            </w:r>
          </w:p>
        </w:tc>
      </w:tr>
      <w:tr w:rsidR="00E70AA0" w14:paraId="30623B2C" w14:textId="77777777">
        <w:trPr>
          <w:gridAfter w:val="1"/>
          <w:wAfter w:w="28" w:type="dxa"/>
          <w:trHeight w:val="480"/>
        </w:trPr>
        <w:tc>
          <w:tcPr>
            <w:tcW w:w="2664" w:type="dxa"/>
          </w:tcPr>
          <w:p w14:paraId="0D0EE9E9" w14:textId="77777777" w:rsidR="00E70AA0" w:rsidRDefault="00E70AA0"/>
        </w:tc>
        <w:tc>
          <w:tcPr>
            <w:tcW w:w="2664" w:type="dxa"/>
          </w:tcPr>
          <w:p w14:paraId="103057CE" w14:textId="77777777" w:rsidR="00E70AA0" w:rsidRDefault="00E70AA0"/>
        </w:tc>
        <w:tc>
          <w:tcPr>
            <w:tcW w:w="2664" w:type="dxa"/>
          </w:tcPr>
          <w:p w14:paraId="29A52A3E" w14:textId="77777777" w:rsidR="00E70AA0" w:rsidRDefault="00E70AA0"/>
        </w:tc>
        <w:tc>
          <w:tcPr>
            <w:tcW w:w="2664" w:type="dxa"/>
          </w:tcPr>
          <w:p w14:paraId="40524D09" w14:textId="77777777" w:rsidR="00E70AA0" w:rsidRDefault="00E70AA0"/>
        </w:tc>
      </w:tr>
      <w:tr w:rsidR="00E70AA0" w14:paraId="2FF5E31F" w14:textId="77777777">
        <w:trPr>
          <w:gridAfter w:val="1"/>
          <w:wAfter w:w="28" w:type="dxa"/>
          <w:trHeight w:val="480"/>
        </w:trPr>
        <w:tc>
          <w:tcPr>
            <w:tcW w:w="2664" w:type="dxa"/>
          </w:tcPr>
          <w:p w14:paraId="4384C5D9" w14:textId="77777777" w:rsidR="00E70AA0" w:rsidRDefault="00E70AA0"/>
        </w:tc>
        <w:tc>
          <w:tcPr>
            <w:tcW w:w="2664" w:type="dxa"/>
          </w:tcPr>
          <w:p w14:paraId="57A6FEE1" w14:textId="77777777" w:rsidR="00E70AA0" w:rsidRDefault="00E70AA0"/>
        </w:tc>
        <w:tc>
          <w:tcPr>
            <w:tcW w:w="2664" w:type="dxa"/>
          </w:tcPr>
          <w:p w14:paraId="3C8CF0E7" w14:textId="77777777" w:rsidR="00E70AA0" w:rsidRDefault="00E70AA0"/>
        </w:tc>
        <w:tc>
          <w:tcPr>
            <w:tcW w:w="2664" w:type="dxa"/>
          </w:tcPr>
          <w:p w14:paraId="0602AEBB" w14:textId="77777777" w:rsidR="00E70AA0" w:rsidRDefault="00E70AA0"/>
        </w:tc>
      </w:tr>
      <w:tr w:rsidR="00E70AA0" w14:paraId="60B6D88E" w14:textId="77777777">
        <w:trPr>
          <w:gridAfter w:val="1"/>
          <w:wAfter w:w="28" w:type="dxa"/>
          <w:trHeight w:val="480"/>
        </w:trPr>
        <w:tc>
          <w:tcPr>
            <w:tcW w:w="2664" w:type="dxa"/>
          </w:tcPr>
          <w:p w14:paraId="0716F608" w14:textId="77777777" w:rsidR="00E70AA0" w:rsidRDefault="00E70AA0"/>
        </w:tc>
        <w:tc>
          <w:tcPr>
            <w:tcW w:w="2664" w:type="dxa"/>
          </w:tcPr>
          <w:p w14:paraId="16E93540" w14:textId="77777777" w:rsidR="00E70AA0" w:rsidRDefault="00E70AA0"/>
        </w:tc>
        <w:tc>
          <w:tcPr>
            <w:tcW w:w="2664" w:type="dxa"/>
          </w:tcPr>
          <w:p w14:paraId="0BAC8F67" w14:textId="77777777" w:rsidR="00E70AA0" w:rsidRDefault="00E70AA0"/>
        </w:tc>
        <w:tc>
          <w:tcPr>
            <w:tcW w:w="2664" w:type="dxa"/>
          </w:tcPr>
          <w:p w14:paraId="760609E7" w14:textId="77777777" w:rsidR="00E70AA0" w:rsidRDefault="00E70AA0"/>
        </w:tc>
      </w:tr>
      <w:tr w:rsidR="00E70AA0" w14:paraId="2077D1A3" w14:textId="77777777">
        <w:trPr>
          <w:gridAfter w:val="1"/>
          <w:wAfter w:w="28" w:type="dxa"/>
          <w:trHeight w:val="480"/>
        </w:trPr>
        <w:tc>
          <w:tcPr>
            <w:tcW w:w="2664" w:type="dxa"/>
          </w:tcPr>
          <w:p w14:paraId="619EA051" w14:textId="77777777" w:rsidR="00E70AA0" w:rsidRDefault="00E70AA0"/>
        </w:tc>
        <w:tc>
          <w:tcPr>
            <w:tcW w:w="2664" w:type="dxa"/>
          </w:tcPr>
          <w:p w14:paraId="1D793060" w14:textId="77777777" w:rsidR="00E70AA0" w:rsidRDefault="00E70AA0"/>
        </w:tc>
        <w:tc>
          <w:tcPr>
            <w:tcW w:w="2664" w:type="dxa"/>
          </w:tcPr>
          <w:p w14:paraId="4D418A65" w14:textId="77777777" w:rsidR="00E70AA0" w:rsidRDefault="00E70AA0"/>
        </w:tc>
        <w:tc>
          <w:tcPr>
            <w:tcW w:w="2664" w:type="dxa"/>
          </w:tcPr>
          <w:p w14:paraId="66673562" w14:textId="77777777" w:rsidR="00E70AA0" w:rsidRDefault="00E70AA0"/>
        </w:tc>
      </w:tr>
      <w:tr w:rsidR="00E70AA0" w14:paraId="5E0EA219" w14:textId="77777777">
        <w:tblPrEx>
          <w:jc w:val="center"/>
        </w:tblPrEx>
        <w:trPr>
          <w:jc w:val="center"/>
        </w:trPr>
        <w:tc>
          <w:tcPr>
            <w:tcW w:w="10656" w:type="dxa"/>
            <w:gridSpan w:val="5"/>
            <w:shd w:val="clear" w:color="auto" w:fill="DDEBF7"/>
            <w:tcMar>
              <w:top w:w="60" w:type="dxa"/>
              <w:left w:w="80" w:type="dxa"/>
              <w:bottom w:w="60" w:type="dxa"/>
              <w:right w:w="80" w:type="dxa"/>
            </w:tcMar>
          </w:tcPr>
          <w:p w14:paraId="2FB2164F" w14:textId="77777777" w:rsidR="00E70AA0" w:rsidRPr="008752CD" w:rsidRDefault="003A7D38">
            <w:r w:rsidRPr="008752CD">
              <w:rPr>
                <w:b/>
                <w:sz w:val="22"/>
              </w:rPr>
              <w:t>Current or most recent employment, volunteering or community role</w:t>
            </w:r>
          </w:p>
        </w:tc>
      </w:tr>
      <w:tr w:rsidR="00E70AA0" w14:paraId="551472B6" w14:textId="77777777">
        <w:tblPrEx>
          <w:jc w:val="center"/>
        </w:tblPrEx>
        <w:trPr>
          <w:jc w:val="center"/>
        </w:trPr>
        <w:tc>
          <w:tcPr>
            <w:tcW w:w="3240" w:type="dxa"/>
            <w:gridSpan w:val="2"/>
            <w:tcMar>
              <w:top w:w="70" w:type="dxa"/>
              <w:left w:w="80" w:type="dxa"/>
              <w:bottom w:w="70" w:type="dxa"/>
              <w:right w:w="80" w:type="dxa"/>
            </w:tcMar>
            <w:vAlign w:val="center"/>
          </w:tcPr>
          <w:p w14:paraId="726D8B45" w14:textId="77777777" w:rsidR="00E70AA0" w:rsidRPr="008752CD" w:rsidRDefault="003A7D38">
            <w:r w:rsidRPr="008752CD">
              <w:rPr>
                <w:b/>
              </w:rPr>
              <w:t>Role title:</w:t>
            </w:r>
          </w:p>
        </w:tc>
        <w:tc>
          <w:tcPr>
            <w:tcW w:w="6120" w:type="dxa"/>
            <w:gridSpan w:val="3"/>
            <w:tcMar>
              <w:top w:w="70" w:type="dxa"/>
              <w:left w:w="80" w:type="dxa"/>
              <w:bottom w:w="70" w:type="dxa"/>
              <w:right w:w="80" w:type="dxa"/>
            </w:tcMar>
            <w:vAlign w:val="center"/>
          </w:tcPr>
          <w:p w14:paraId="6F84CF5F" w14:textId="77777777" w:rsidR="00E70AA0" w:rsidRPr="008752CD" w:rsidRDefault="00E70AA0"/>
        </w:tc>
      </w:tr>
      <w:tr w:rsidR="00E70AA0" w14:paraId="10E2542E" w14:textId="77777777">
        <w:tblPrEx>
          <w:jc w:val="center"/>
        </w:tblPrEx>
        <w:trPr>
          <w:jc w:val="center"/>
        </w:trPr>
        <w:tc>
          <w:tcPr>
            <w:tcW w:w="3240" w:type="dxa"/>
            <w:gridSpan w:val="2"/>
            <w:tcMar>
              <w:top w:w="70" w:type="dxa"/>
              <w:left w:w="80" w:type="dxa"/>
              <w:bottom w:w="70" w:type="dxa"/>
              <w:right w:w="80" w:type="dxa"/>
            </w:tcMar>
            <w:vAlign w:val="center"/>
          </w:tcPr>
          <w:p w14:paraId="0C818C0F" w14:textId="07CCF51A" w:rsidR="00E70AA0" w:rsidRPr="008752CD" w:rsidRDefault="00E90481">
            <w:r w:rsidRPr="008752CD">
              <w:rPr>
                <w:b/>
              </w:rPr>
              <w:t>Employer</w:t>
            </w:r>
            <w:r w:rsidR="00D94A18" w:rsidRPr="008752CD">
              <w:rPr>
                <w:b/>
              </w:rPr>
              <w:t>/</w:t>
            </w:r>
            <w:r w:rsidR="003A7D38" w:rsidRPr="008752CD">
              <w:rPr>
                <w:b/>
              </w:rPr>
              <w:t>Organisation</w:t>
            </w:r>
            <w:r w:rsidR="008752CD" w:rsidRPr="008752CD">
              <w:rPr>
                <w:b/>
              </w:rPr>
              <w:t>/G</w:t>
            </w:r>
            <w:r w:rsidR="003A7D38" w:rsidRPr="008752CD">
              <w:rPr>
                <w:b/>
              </w:rPr>
              <w:t>roup:</w:t>
            </w:r>
          </w:p>
        </w:tc>
        <w:tc>
          <w:tcPr>
            <w:tcW w:w="6120" w:type="dxa"/>
            <w:gridSpan w:val="3"/>
            <w:tcMar>
              <w:top w:w="70" w:type="dxa"/>
              <w:left w:w="80" w:type="dxa"/>
              <w:bottom w:w="70" w:type="dxa"/>
              <w:right w:w="80" w:type="dxa"/>
            </w:tcMar>
            <w:vAlign w:val="center"/>
          </w:tcPr>
          <w:p w14:paraId="60E6CA0E" w14:textId="77777777" w:rsidR="00E70AA0" w:rsidRPr="008752CD" w:rsidRDefault="00E70AA0"/>
        </w:tc>
      </w:tr>
      <w:tr w:rsidR="00E70AA0" w14:paraId="774DEA33" w14:textId="77777777">
        <w:tblPrEx>
          <w:jc w:val="center"/>
        </w:tblPrEx>
        <w:trPr>
          <w:jc w:val="center"/>
        </w:trPr>
        <w:tc>
          <w:tcPr>
            <w:tcW w:w="3240" w:type="dxa"/>
            <w:gridSpan w:val="2"/>
            <w:tcMar>
              <w:top w:w="70" w:type="dxa"/>
              <w:left w:w="80" w:type="dxa"/>
              <w:bottom w:w="70" w:type="dxa"/>
              <w:right w:w="80" w:type="dxa"/>
            </w:tcMar>
            <w:vAlign w:val="center"/>
          </w:tcPr>
          <w:p w14:paraId="55C41B10" w14:textId="77777777" w:rsidR="00E70AA0" w:rsidRPr="008752CD" w:rsidRDefault="003A7D38">
            <w:r w:rsidRPr="008752CD">
              <w:rPr>
                <w:b/>
              </w:rPr>
              <w:t>Start date:</w:t>
            </w:r>
          </w:p>
        </w:tc>
        <w:tc>
          <w:tcPr>
            <w:tcW w:w="6120" w:type="dxa"/>
            <w:gridSpan w:val="3"/>
            <w:tcMar>
              <w:top w:w="70" w:type="dxa"/>
              <w:left w:w="80" w:type="dxa"/>
              <w:bottom w:w="70" w:type="dxa"/>
              <w:right w:w="80" w:type="dxa"/>
            </w:tcMar>
            <w:vAlign w:val="center"/>
          </w:tcPr>
          <w:p w14:paraId="5F4F110C" w14:textId="77777777" w:rsidR="00E70AA0" w:rsidRPr="008752CD" w:rsidRDefault="00E70AA0"/>
        </w:tc>
      </w:tr>
      <w:tr w:rsidR="00E70AA0" w14:paraId="634241B7" w14:textId="77777777">
        <w:tblPrEx>
          <w:jc w:val="center"/>
        </w:tblPrEx>
        <w:trPr>
          <w:jc w:val="center"/>
        </w:trPr>
        <w:tc>
          <w:tcPr>
            <w:tcW w:w="3240" w:type="dxa"/>
            <w:gridSpan w:val="2"/>
            <w:tcMar>
              <w:top w:w="70" w:type="dxa"/>
              <w:left w:w="80" w:type="dxa"/>
              <w:bottom w:w="70" w:type="dxa"/>
              <w:right w:w="80" w:type="dxa"/>
            </w:tcMar>
            <w:vAlign w:val="center"/>
          </w:tcPr>
          <w:p w14:paraId="031E9580" w14:textId="77777777" w:rsidR="00E70AA0" w:rsidRPr="008752CD" w:rsidRDefault="003A7D38">
            <w:r w:rsidRPr="008752CD">
              <w:rPr>
                <w:b/>
              </w:rPr>
              <w:t>End date (if applicable):</w:t>
            </w:r>
          </w:p>
        </w:tc>
        <w:tc>
          <w:tcPr>
            <w:tcW w:w="6120" w:type="dxa"/>
            <w:gridSpan w:val="3"/>
            <w:tcMar>
              <w:top w:w="70" w:type="dxa"/>
              <w:left w:w="80" w:type="dxa"/>
              <w:bottom w:w="70" w:type="dxa"/>
              <w:right w:w="80" w:type="dxa"/>
            </w:tcMar>
            <w:vAlign w:val="center"/>
          </w:tcPr>
          <w:p w14:paraId="475A036D" w14:textId="77777777" w:rsidR="00E70AA0" w:rsidRPr="008752CD" w:rsidRDefault="00E70AA0"/>
        </w:tc>
      </w:tr>
      <w:tr w:rsidR="00E70AA0" w14:paraId="4A795B86" w14:textId="77777777">
        <w:tblPrEx>
          <w:jc w:val="center"/>
        </w:tblPrEx>
        <w:trPr>
          <w:jc w:val="center"/>
        </w:trPr>
        <w:tc>
          <w:tcPr>
            <w:tcW w:w="3240" w:type="dxa"/>
            <w:gridSpan w:val="2"/>
            <w:tcMar>
              <w:top w:w="70" w:type="dxa"/>
              <w:left w:w="80" w:type="dxa"/>
              <w:bottom w:w="70" w:type="dxa"/>
              <w:right w:w="80" w:type="dxa"/>
            </w:tcMar>
            <w:vAlign w:val="center"/>
          </w:tcPr>
          <w:p w14:paraId="7FE00782" w14:textId="68B07433" w:rsidR="00E70AA0" w:rsidRPr="008752CD" w:rsidRDefault="003A7D38">
            <w:r w:rsidRPr="008752CD">
              <w:rPr>
                <w:b/>
              </w:rPr>
              <w:t>Reason for leaving</w:t>
            </w:r>
            <w:r w:rsidR="00D94A18" w:rsidRPr="008752CD">
              <w:rPr>
                <w:b/>
              </w:rPr>
              <w:t>:</w:t>
            </w:r>
          </w:p>
        </w:tc>
        <w:tc>
          <w:tcPr>
            <w:tcW w:w="6120" w:type="dxa"/>
            <w:gridSpan w:val="3"/>
            <w:tcMar>
              <w:top w:w="70" w:type="dxa"/>
              <w:left w:w="80" w:type="dxa"/>
              <w:bottom w:w="70" w:type="dxa"/>
              <w:right w:w="80" w:type="dxa"/>
            </w:tcMar>
            <w:vAlign w:val="center"/>
          </w:tcPr>
          <w:p w14:paraId="508CF3FF" w14:textId="77777777" w:rsidR="00E70AA0" w:rsidRPr="008752CD" w:rsidRDefault="00E70AA0"/>
        </w:tc>
      </w:tr>
      <w:tr w:rsidR="00E70AA0" w14:paraId="1A8A2BEF" w14:textId="77777777">
        <w:tblPrEx>
          <w:jc w:val="center"/>
        </w:tblPrEx>
        <w:trPr>
          <w:jc w:val="center"/>
        </w:trPr>
        <w:tc>
          <w:tcPr>
            <w:tcW w:w="3240" w:type="dxa"/>
            <w:gridSpan w:val="2"/>
            <w:tcMar>
              <w:top w:w="70" w:type="dxa"/>
              <w:left w:w="80" w:type="dxa"/>
              <w:bottom w:w="70" w:type="dxa"/>
              <w:right w:w="80" w:type="dxa"/>
            </w:tcMar>
            <w:vAlign w:val="center"/>
          </w:tcPr>
          <w:p w14:paraId="2CB8EE03" w14:textId="77777777" w:rsidR="00E70AA0" w:rsidRPr="008752CD" w:rsidRDefault="003A7D38">
            <w:r w:rsidRPr="008752CD">
              <w:rPr>
                <w:b/>
              </w:rPr>
              <w:t>Organisation address or website (optional):</w:t>
            </w:r>
          </w:p>
        </w:tc>
        <w:tc>
          <w:tcPr>
            <w:tcW w:w="6120" w:type="dxa"/>
            <w:gridSpan w:val="3"/>
            <w:tcMar>
              <w:top w:w="70" w:type="dxa"/>
              <w:left w:w="80" w:type="dxa"/>
              <w:bottom w:w="70" w:type="dxa"/>
              <w:right w:w="80" w:type="dxa"/>
            </w:tcMar>
            <w:vAlign w:val="center"/>
          </w:tcPr>
          <w:p w14:paraId="4D8FA3C2" w14:textId="77777777" w:rsidR="00E70AA0" w:rsidRPr="008752CD" w:rsidRDefault="00E70AA0"/>
        </w:tc>
      </w:tr>
    </w:tbl>
    <w:p w14:paraId="41C43D3A" w14:textId="77777777" w:rsidR="00E70AA0" w:rsidRDefault="003A7D38">
      <w:r>
        <w:br w:type="page"/>
      </w:r>
    </w:p>
    <w:p w14:paraId="206DA5E6" w14:textId="4D24BC79" w:rsidR="00E70AA0" w:rsidRDefault="00E70AA0" w:rsidP="00220F32"/>
    <w:p w14:paraId="29823B81"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8752CD" w14:paraId="792C313B" w14:textId="77777777">
        <w:trPr>
          <w:jc w:val="center"/>
        </w:trPr>
        <w:tc>
          <w:tcPr>
            <w:tcW w:w="10656" w:type="dxa"/>
            <w:shd w:val="clear" w:color="auto" w:fill="DDEBF7"/>
            <w:tcMar>
              <w:top w:w="60" w:type="dxa"/>
              <w:left w:w="80" w:type="dxa"/>
              <w:bottom w:w="60" w:type="dxa"/>
              <w:right w:w="80" w:type="dxa"/>
            </w:tcMar>
          </w:tcPr>
          <w:p w14:paraId="04317A44" w14:textId="77777777" w:rsidR="00E70AA0" w:rsidRPr="008752CD" w:rsidRDefault="003A7D38">
            <w:r w:rsidRPr="008752CD">
              <w:rPr>
                <w:b/>
                <w:sz w:val="22"/>
              </w:rPr>
              <w:t>Current or most recent role — responsibilities and impact</w:t>
            </w:r>
          </w:p>
        </w:tc>
      </w:tr>
    </w:tbl>
    <w:p w14:paraId="2F699CEB" w14:textId="77777777" w:rsidR="00E70AA0" w:rsidRPr="008752CD" w:rsidRDefault="003A7D38">
      <w:r w:rsidRPr="008752CD">
        <w:t>In no more than 250 words, briefly describe your principal responsibilities, achievements and impact. You may include paid work, unpaid work, community organising, trusteeship, caring or other relevant experience.</w:t>
      </w:r>
    </w:p>
    <w:tbl>
      <w:tblPr>
        <w:tblStyle w:val="TableGrid"/>
        <w:tblW w:w="0" w:type="auto"/>
        <w:tblLook w:val="04A0" w:firstRow="1" w:lastRow="0" w:firstColumn="1" w:lastColumn="0" w:noHBand="0" w:noVBand="1"/>
      </w:tblPr>
      <w:tblGrid>
        <w:gridCol w:w="1773"/>
        <w:gridCol w:w="1768"/>
        <w:gridCol w:w="1774"/>
        <w:gridCol w:w="1768"/>
        <w:gridCol w:w="1766"/>
        <w:gridCol w:w="1769"/>
        <w:gridCol w:w="28"/>
      </w:tblGrid>
      <w:tr w:rsidR="00E70AA0" w14:paraId="349B8D1E" w14:textId="77777777">
        <w:trPr>
          <w:gridAfter w:val="1"/>
          <w:wAfter w:w="28" w:type="dxa"/>
          <w:trHeight w:val="2600"/>
        </w:trPr>
        <w:tc>
          <w:tcPr>
            <w:tcW w:w="10656" w:type="dxa"/>
            <w:gridSpan w:val="6"/>
          </w:tcPr>
          <w:p w14:paraId="01B5C036" w14:textId="77777777" w:rsidR="00E70AA0" w:rsidRDefault="00E70AA0"/>
        </w:tc>
      </w:tr>
      <w:tr w:rsidR="00E70AA0" w14:paraId="59FABCC4" w14:textId="77777777">
        <w:tblPrEx>
          <w:jc w:val="center"/>
        </w:tblPrEx>
        <w:trPr>
          <w:jc w:val="center"/>
        </w:trPr>
        <w:tc>
          <w:tcPr>
            <w:tcW w:w="10656" w:type="dxa"/>
            <w:gridSpan w:val="7"/>
            <w:shd w:val="clear" w:color="auto" w:fill="DDEBF7"/>
            <w:tcMar>
              <w:top w:w="60" w:type="dxa"/>
              <w:left w:w="80" w:type="dxa"/>
              <w:bottom w:w="60" w:type="dxa"/>
              <w:right w:w="80" w:type="dxa"/>
            </w:tcMar>
          </w:tcPr>
          <w:p w14:paraId="4E8185E7" w14:textId="77777777" w:rsidR="00E70AA0" w:rsidRPr="008752CD" w:rsidRDefault="003A7D38">
            <w:r w:rsidRPr="008752CD">
              <w:rPr>
                <w:b/>
                <w:sz w:val="22"/>
              </w:rPr>
              <w:t>Employment, volunteering and relevant experience history</w:t>
            </w:r>
          </w:p>
        </w:tc>
      </w:tr>
      <w:tr w:rsidR="00E70AA0" w14:paraId="1D2EA957" w14:textId="77777777">
        <w:trPr>
          <w:gridAfter w:val="1"/>
          <w:wAfter w:w="28" w:type="dxa"/>
        </w:trPr>
        <w:tc>
          <w:tcPr>
            <w:tcW w:w="1776" w:type="dxa"/>
            <w:shd w:val="clear" w:color="auto" w:fill="E7E6E6"/>
          </w:tcPr>
          <w:p w14:paraId="0328A0D8" w14:textId="77777777" w:rsidR="00E70AA0" w:rsidRPr="008752CD" w:rsidRDefault="003A7D38">
            <w:r w:rsidRPr="008752CD">
              <w:rPr>
                <w:b/>
                <w:sz w:val="18"/>
              </w:rPr>
              <w:t>Organisation / context</w:t>
            </w:r>
          </w:p>
        </w:tc>
        <w:tc>
          <w:tcPr>
            <w:tcW w:w="1776" w:type="dxa"/>
            <w:shd w:val="clear" w:color="auto" w:fill="E7E6E6"/>
          </w:tcPr>
          <w:p w14:paraId="48AF38B0" w14:textId="77777777" w:rsidR="00E70AA0" w:rsidRPr="008752CD" w:rsidRDefault="003A7D38">
            <w:r w:rsidRPr="008752CD">
              <w:rPr>
                <w:b/>
                <w:sz w:val="18"/>
              </w:rPr>
              <w:t>Role</w:t>
            </w:r>
          </w:p>
        </w:tc>
        <w:tc>
          <w:tcPr>
            <w:tcW w:w="1776" w:type="dxa"/>
            <w:shd w:val="clear" w:color="auto" w:fill="E7E6E6"/>
          </w:tcPr>
          <w:p w14:paraId="051E96F4" w14:textId="77777777" w:rsidR="00E70AA0" w:rsidRPr="008752CD" w:rsidRDefault="003A7D38">
            <w:r w:rsidRPr="008752CD">
              <w:rPr>
                <w:b/>
                <w:sz w:val="18"/>
              </w:rPr>
              <w:t>Key responsibilities and impact</w:t>
            </w:r>
          </w:p>
        </w:tc>
        <w:tc>
          <w:tcPr>
            <w:tcW w:w="1776" w:type="dxa"/>
            <w:shd w:val="clear" w:color="auto" w:fill="E7E6E6"/>
          </w:tcPr>
          <w:p w14:paraId="0191BF0C" w14:textId="77777777" w:rsidR="00E70AA0" w:rsidRPr="008752CD" w:rsidRDefault="003A7D38">
            <w:r w:rsidRPr="008752CD">
              <w:rPr>
                <w:b/>
                <w:sz w:val="18"/>
              </w:rPr>
              <w:t>From</w:t>
            </w:r>
          </w:p>
        </w:tc>
        <w:tc>
          <w:tcPr>
            <w:tcW w:w="1776" w:type="dxa"/>
            <w:shd w:val="clear" w:color="auto" w:fill="E7E6E6"/>
          </w:tcPr>
          <w:p w14:paraId="4F5AEFDF" w14:textId="77777777" w:rsidR="00E70AA0" w:rsidRPr="008752CD" w:rsidRDefault="003A7D38">
            <w:r w:rsidRPr="008752CD">
              <w:rPr>
                <w:b/>
                <w:sz w:val="18"/>
              </w:rPr>
              <w:t>To</w:t>
            </w:r>
          </w:p>
        </w:tc>
        <w:tc>
          <w:tcPr>
            <w:tcW w:w="1776" w:type="dxa"/>
            <w:shd w:val="clear" w:color="auto" w:fill="E7E6E6"/>
          </w:tcPr>
          <w:p w14:paraId="6EB126E9" w14:textId="5466A9DC" w:rsidR="00E70AA0" w:rsidRPr="008752CD" w:rsidRDefault="003A7D38">
            <w:r w:rsidRPr="008752CD">
              <w:rPr>
                <w:b/>
                <w:sz w:val="18"/>
              </w:rPr>
              <w:t xml:space="preserve">Reason for leaving </w:t>
            </w:r>
          </w:p>
        </w:tc>
      </w:tr>
      <w:tr w:rsidR="00E70AA0" w14:paraId="25A37B20" w14:textId="77777777">
        <w:trPr>
          <w:gridAfter w:val="1"/>
          <w:wAfter w:w="28" w:type="dxa"/>
          <w:trHeight w:val="750"/>
        </w:trPr>
        <w:tc>
          <w:tcPr>
            <w:tcW w:w="1776" w:type="dxa"/>
          </w:tcPr>
          <w:p w14:paraId="22232947" w14:textId="77777777" w:rsidR="00E70AA0" w:rsidRPr="008752CD" w:rsidRDefault="00E70AA0"/>
        </w:tc>
        <w:tc>
          <w:tcPr>
            <w:tcW w:w="1776" w:type="dxa"/>
          </w:tcPr>
          <w:p w14:paraId="39F344E3" w14:textId="77777777" w:rsidR="00E70AA0" w:rsidRPr="008752CD" w:rsidRDefault="00E70AA0"/>
        </w:tc>
        <w:tc>
          <w:tcPr>
            <w:tcW w:w="1776" w:type="dxa"/>
          </w:tcPr>
          <w:p w14:paraId="44A685DE" w14:textId="77777777" w:rsidR="00E70AA0" w:rsidRPr="008752CD" w:rsidRDefault="00E70AA0"/>
        </w:tc>
        <w:tc>
          <w:tcPr>
            <w:tcW w:w="1776" w:type="dxa"/>
          </w:tcPr>
          <w:p w14:paraId="436A617A" w14:textId="77777777" w:rsidR="00E70AA0" w:rsidRPr="008752CD" w:rsidRDefault="00E70AA0"/>
        </w:tc>
        <w:tc>
          <w:tcPr>
            <w:tcW w:w="1776" w:type="dxa"/>
          </w:tcPr>
          <w:p w14:paraId="632A5844" w14:textId="77777777" w:rsidR="00E70AA0" w:rsidRPr="008752CD" w:rsidRDefault="00E70AA0"/>
        </w:tc>
        <w:tc>
          <w:tcPr>
            <w:tcW w:w="1776" w:type="dxa"/>
          </w:tcPr>
          <w:p w14:paraId="6A890576" w14:textId="77777777" w:rsidR="00E70AA0" w:rsidRPr="008752CD" w:rsidRDefault="00E70AA0"/>
        </w:tc>
      </w:tr>
      <w:tr w:rsidR="00E70AA0" w14:paraId="75D4A7F4" w14:textId="77777777">
        <w:trPr>
          <w:gridAfter w:val="1"/>
          <w:wAfter w:w="28" w:type="dxa"/>
          <w:trHeight w:val="750"/>
        </w:trPr>
        <w:tc>
          <w:tcPr>
            <w:tcW w:w="1776" w:type="dxa"/>
          </w:tcPr>
          <w:p w14:paraId="0BB74CC0" w14:textId="77777777" w:rsidR="00E70AA0" w:rsidRDefault="00E70AA0"/>
        </w:tc>
        <w:tc>
          <w:tcPr>
            <w:tcW w:w="1776" w:type="dxa"/>
          </w:tcPr>
          <w:p w14:paraId="1208183A" w14:textId="77777777" w:rsidR="00E70AA0" w:rsidRDefault="00E70AA0"/>
        </w:tc>
        <w:tc>
          <w:tcPr>
            <w:tcW w:w="1776" w:type="dxa"/>
          </w:tcPr>
          <w:p w14:paraId="5B961E91" w14:textId="77777777" w:rsidR="00E70AA0" w:rsidRDefault="00E70AA0"/>
        </w:tc>
        <w:tc>
          <w:tcPr>
            <w:tcW w:w="1776" w:type="dxa"/>
          </w:tcPr>
          <w:p w14:paraId="291F950B" w14:textId="77777777" w:rsidR="00E70AA0" w:rsidRDefault="00E70AA0"/>
        </w:tc>
        <w:tc>
          <w:tcPr>
            <w:tcW w:w="1776" w:type="dxa"/>
          </w:tcPr>
          <w:p w14:paraId="3BA57DD8" w14:textId="77777777" w:rsidR="00E70AA0" w:rsidRDefault="00E70AA0"/>
        </w:tc>
        <w:tc>
          <w:tcPr>
            <w:tcW w:w="1776" w:type="dxa"/>
          </w:tcPr>
          <w:p w14:paraId="56D99FCF" w14:textId="77777777" w:rsidR="00E70AA0" w:rsidRDefault="00E70AA0"/>
        </w:tc>
      </w:tr>
      <w:tr w:rsidR="00E70AA0" w14:paraId="3D8C55A1" w14:textId="77777777">
        <w:trPr>
          <w:gridAfter w:val="1"/>
          <w:wAfter w:w="28" w:type="dxa"/>
          <w:trHeight w:val="750"/>
        </w:trPr>
        <w:tc>
          <w:tcPr>
            <w:tcW w:w="1776" w:type="dxa"/>
          </w:tcPr>
          <w:p w14:paraId="7A3C4116" w14:textId="77777777" w:rsidR="00E70AA0" w:rsidRDefault="00E70AA0"/>
        </w:tc>
        <w:tc>
          <w:tcPr>
            <w:tcW w:w="1776" w:type="dxa"/>
          </w:tcPr>
          <w:p w14:paraId="7499D629" w14:textId="77777777" w:rsidR="00E70AA0" w:rsidRDefault="00E70AA0"/>
        </w:tc>
        <w:tc>
          <w:tcPr>
            <w:tcW w:w="1776" w:type="dxa"/>
          </w:tcPr>
          <w:p w14:paraId="4CB9D5C2" w14:textId="77777777" w:rsidR="00E70AA0" w:rsidRDefault="00E70AA0"/>
        </w:tc>
        <w:tc>
          <w:tcPr>
            <w:tcW w:w="1776" w:type="dxa"/>
          </w:tcPr>
          <w:p w14:paraId="104A5EDA" w14:textId="77777777" w:rsidR="00E70AA0" w:rsidRDefault="00E70AA0"/>
        </w:tc>
        <w:tc>
          <w:tcPr>
            <w:tcW w:w="1776" w:type="dxa"/>
          </w:tcPr>
          <w:p w14:paraId="10258FD7" w14:textId="77777777" w:rsidR="00E70AA0" w:rsidRDefault="00E70AA0"/>
        </w:tc>
        <w:tc>
          <w:tcPr>
            <w:tcW w:w="1776" w:type="dxa"/>
          </w:tcPr>
          <w:p w14:paraId="0C0BD8E4" w14:textId="77777777" w:rsidR="00E70AA0" w:rsidRDefault="00E70AA0"/>
        </w:tc>
      </w:tr>
      <w:tr w:rsidR="00E70AA0" w14:paraId="36883F7F" w14:textId="77777777">
        <w:trPr>
          <w:gridAfter w:val="1"/>
          <w:wAfter w:w="28" w:type="dxa"/>
          <w:trHeight w:val="750"/>
        </w:trPr>
        <w:tc>
          <w:tcPr>
            <w:tcW w:w="1776" w:type="dxa"/>
          </w:tcPr>
          <w:p w14:paraId="4BBDE12C" w14:textId="77777777" w:rsidR="00E70AA0" w:rsidRDefault="00E70AA0"/>
        </w:tc>
        <w:tc>
          <w:tcPr>
            <w:tcW w:w="1776" w:type="dxa"/>
          </w:tcPr>
          <w:p w14:paraId="4E742D19" w14:textId="77777777" w:rsidR="00E70AA0" w:rsidRDefault="00E70AA0"/>
        </w:tc>
        <w:tc>
          <w:tcPr>
            <w:tcW w:w="1776" w:type="dxa"/>
          </w:tcPr>
          <w:p w14:paraId="59F3094C" w14:textId="77777777" w:rsidR="00E70AA0" w:rsidRDefault="00E70AA0"/>
        </w:tc>
        <w:tc>
          <w:tcPr>
            <w:tcW w:w="1776" w:type="dxa"/>
          </w:tcPr>
          <w:p w14:paraId="5BB8940E" w14:textId="77777777" w:rsidR="00E70AA0" w:rsidRDefault="00E70AA0"/>
        </w:tc>
        <w:tc>
          <w:tcPr>
            <w:tcW w:w="1776" w:type="dxa"/>
          </w:tcPr>
          <w:p w14:paraId="5314C90F" w14:textId="77777777" w:rsidR="00E70AA0" w:rsidRDefault="00E70AA0"/>
        </w:tc>
        <w:tc>
          <w:tcPr>
            <w:tcW w:w="1776" w:type="dxa"/>
          </w:tcPr>
          <w:p w14:paraId="5F721479" w14:textId="77777777" w:rsidR="00E70AA0" w:rsidRDefault="00E70AA0"/>
        </w:tc>
      </w:tr>
    </w:tbl>
    <w:p w14:paraId="23F8C74D" w14:textId="77777777" w:rsidR="00E70AA0" w:rsidRDefault="003A7D38">
      <w:r>
        <w:br w:type="page"/>
      </w:r>
    </w:p>
    <w:p w14:paraId="1A02987C" w14:textId="155F403B" w:rsidR="00E70AA0" w:rsidRDefault="00E70AA0">
      <w:pPr>
        <w:jc w:val="center"/>
      </w:pPr>
    </w:p>
    <w:p w14:paraId="70A099C5"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8752CD" w14:paraId="6F67C950" w14:textId="77777777">
        <w:trPr>
          <w:jc w:val="center"/>
        </w:trPr>
        <w:tc>
          <w:tcPr>
            <w:tcW w:w="10656" w:type="dxa"/>
            <w:shd w:val="clear" w:color="auto" w:fill="DDEBF7"/>
            <w:tcMar>
              <w:top w:w="60" w:type="dxa"/>
              <w:left w:w="80" w:type="dxa"/>
              <w:bottom w:w="60" w:type="dxa"/>
              <w:right w:w="80" w:type="dxa"/>
            </w:tcMar>
          </w:tcPr>
          <w:p w14:paraId="5C381AC4" w14:textId="77777777" w:rsidR="00E70AA0" w:rsidRPr="008752CD" w:rsidRDefault="003A7D38">
            <w:r w:rsidRPr="008752CD">
              <w:rPr>
                <w:b/>
                <w:sz w:val="22"/>
              </w:rPr>
              <w:t>Career or education breaks (optional)</w:t>
            </w:r>
          </w:p>
        </w:tc>
      </w:tr>
    </w:tbl>
    <w:p w14:paraId="7BA2E26B" w14:textId="759D8B41" w:rsidR="00E70AA0" w:rsidRPr="008752CD" w:rsidRDefault="003A7D38">
      <w:r w:rsidRPr="008752CD">
        <w:t xml:space="preserve">You do not have to account for every gap. Use this space only where you would like us to understand a period away from paid employment or education. Caring, </w:t>
      </w:r>
      <w:r w:rsidR="008752CD" w:rsidRPr="008752CD">
        <w:t xml:space="preserve">travel, </w:t>
      </w:r>
      <w:r w:rsidRPr="008752CD">
        <w:t>disability, health, migration, unemployment, study, community work and other life circumstances will not in themselves count against you.</w:t>
      </w:r>
    </w:p>
    <w:tbl>
      <w:tblPr>
        <w:tblStyle w:val="TableGrid"/>
        <w:tblW w:w="0" w:type="auto"/>
        <w:tblLook w:val="04A0" w:firstRow="1" w:lastRow="0" w:firstColumn="1" w:lastColumn="0" w:noHBand="0" w:noVBand="1"/>
      </w:tblPr>
      <w:tblGrid>
        <w:gridCol w:w="10618"/>
        <w:gridCol w:w="28"/>
      </w:tblGrid>
      <w:tr w:rsidR="00E70AA0" w14:paraId="33597C8D" w14:textId="77777777">
        <w:trPr>
          <w:gridAfter w:val="1"/>
          <w:wAfter w:w="28" w:type="dxa"/>
          <w:trHeight w:val="1000"/>
        </w:trPr>
        <w:tc>
          <w:tcPr>
            <w:tcW w:w="10656" w:type="dxa"/>
          </w:tcPr>
          <w:p w14:paraId="32D5137D" w14:textId="77777777" w:rsidR="00E70AA0" w:rsidRDefault="00E70AA0"/>
        </w:tc>
      </w:tr>
      <w:tr w:rsidR="00E70AA0" w:rsidRPr="008752CD" w14:paraId="64AC02AF" w14:textId="77777777">
        <w:tblPrEx>
          <w:jc w:val="center"/>
        </w:tblPrEx>
        <w:trPr>
          <w:jc w:val="center"/>
        </w:trPr>
        <w:tc>
          <w:tcPr>
            <w:tcW w:w="10656" w:type="dxa"/>
            <w:gridSpan w:val="2"/>
            <w:shd w:val="clear" w:color="auto" w:fill="DDEBF7"/>
            <w:tcMar>
              <w:top w:w="60" w:type="dxa"/>
              <w:left w:w="80" w:type="dxa"/>
              <w:bottom w:w="60" w:type="dxa"/>
              <w:right w:w="80" w:type="dxa"/>
            </w:tcMar>
          </w:tcPr>
          <w:p w14:paraId="0B0BF468" w14:textId="77777777" w:rsidR="00E70AA0" w:rsidRPr="008752CD" w:rsidRDefault="003A7D38">
            <w:r w:rsidRPr="008752CD">
              <w:rPr>
                <w:b/>
                <w:sz w:val="22"/>
              </w:rPr>
              <w:t>Part B — Supporting statement (used for shortlisting)</w:t>
            </w:r>
          </w:p>
        </w:tc>
      </w:tr>
    </w:tbl>
    <w:p w14:paraId="1E398F36" w14:textId="6B51388C" w:rsidR="002C696E" w:rsidRPr="008752CD" w:rsidRDefault="003A7D38">
      <w:r w:rsidRPr="008752CD">
        <w:t>Use up to three sides of A4. Address</w:t>
      </w:r>
      <w:r w:rsidR="008752CD" w:rsidRPr="008752CD">
        <w:t xml:space="preserve"> each</w:t>
      </w:r>
      <w:r w:rsidRPr="008752CD">
        <w:t xml:space="preserve"> essential criterion using the same headings as the Person Specification. Include relevant desirable criteria where you can. </w:t>
      </w:r>
      <w:r w:rsidR="002C696E" w:rsidRPr="008752CD">
        <w:t>We recognise that relevant knowledge, skills and experience can be gained in many different ways and welcome evidence from a wide range of backgrounds and experiences, including paid work, unpaid work, volunteering, activism, community leadership, study,</w:t>
      </w:r>
      <w:r w:rsidR="005E1B67">
        <w:t xml:space="preserve"> </w:t>
      </w:r>
      <w:r w:rsidR="002C696E" w:rsidRPr="008752CD">
        <w:t xml:space="preserve">caring or lived experience. </w:t>
      </w:r>
    </w:p>
    <w:p w14:paraId="4FE3DC6C" w14:textId="79D93E57" w:rsidR="00E70AA0" w:rsidRPr="005E1B67" w:rsidRDefault="003A7D38">
      <w:r w:rsidRPr="005E1B67">
        <w:rPr>
          <w:b/>
        </w:rPr>
        <w:t xml:space="preserve">Please </w:t>
      </w:r>
      <w:r w:rsidR="002C696E" w:rsidRPr="005E1B67">
        <w:rPr>
          <w:b/>
        </w:rPr>
        <w:t>include</w:t>
      </w:r>
      <w:r w:rsidRPr="005E1B67">
        <w:rPr>
          <w:b/>
        </w:rPr>
        <w:t>:</w:t>
      </w:r>
    </w:p>
    <w:p w14:paraId="43D8630C" w14:textId="77777777" w:rsidR="005E1B67" w:rsidRDefault="003A7D38" w:rsidP="005E1B67">
      <w:pPr>
        <w:pStyle w:val="ListBullet"/>
      </w:pPr>
      <w:r w:rsidRPr="005E1B67">
        <w:t>why you are applying</w:t>
      </w:r>
    </w:p>
    <w:p w14:paraId="738C07E1" w14:textId="36750F4A" w:rsidR="00E70AA0" w:rsidRPr="005E1B67" w:rsidRDefault="003A7D38" w:rsidP="005E1B67">
      <w:pPr>
        <w:pStyle w:val="ListBullet"/>
      </w:pPr>
      <w:r w:rsidRPr="005E1B67">
        <w:t>your understanding of REN’s anti-racist purpose;</w:t>
      </w:r>
    </w:p>
    <w:p w14:paraId="5E172B1D" w14:textId="77777777" w:rsidR="00E70AA0" w:rsidRPr="005E1B67" w:rsidRDefault="003A7D38">
      <w:pPr>
        <w:pStyle w:val="ListBullet"/>
      </w:pPr>
      <w:r w:rsidRPr="005E1B67">
        <w:t>the skills, knowledge, values and experience you would bring;</w:t>
      </w:r>
    </w:p>
    <w:p w14:paraId="36B99D3F" w14:textId="77777777" w:rsidR="005E1B67" w:rsidRPr="005E1B67" w:rsidRDefault="005E1B67" w:rsidP="005E1B67">
      <w:pPr>
        <w:pStyle w:val="ListBullet"/>
      </w:pPr>
      <w:r w:rsidRPr="005E1B67">
        <w:t>the outcomes, impact or learning from your examples.</w:t>
      </w:r>
    </w:p>
    <w:p w14:paraId="39DDD26D" w14:textId="77777777" w:rsidR="00E70AA0" w:rsidRPr="005E1B67" w:rsidRDefault="003A7D38">
      <w:pPr>
        <w:pStyle w:val="ListBullet"/>
      </w:pPr>
      <w:r w:rsidRPr="005E1B67">
        <w:t>how you have challenged racism, inequity or unequal power, where relevant to the role;</w:t>
      </w:r>
    </w:p>
    <w:p w14:paraId="0DDE5FBD" w14:textId="7938016B" w:rsidR="00E70AA0" w:rsidRPr="005E1B67" w:rsidRDefault="003A7D38">
      <w:pPr>
        <w:pStyle w:val="ListBullet"/>
      </w:pPr>
      <w:r w:rsidRPr="005E1B67">
        <w:t>how you work accountably with racialised communities without tokenis</w:t>
      </w:r>
      <w:r w:rsidR="008752CD" w:rsidRPr="005E1B67">
        <w:t>ing</w:t>
      </w:r>
      <w:r w:rsidRPr="005E1B67">
        <w:t xml:space="preserve"> or extracting their knowledge</w:t>
      </w:r>
    </w:p>
    <w:p w14:paraId="0361B551" w14:textId="138C0D84" w:rsidR="00E70AA0" w:rsidRPr="005E1B67" w:rsidRDefault="005E1B67">
      <w:r w:rsidRPr="005E1B67">
        <w:rPr>
          <w:b/>
        </w:rPr>
        <w:t>Applications will be assessed against the Job Description and Person Specification.</w:t>
      </w:r>
      <w:r>
        <w:rPr>
          <w:b/>
        </w:rPr>
        <w:t xml:space="preserve"> </w:t>
      </w:r>
      <w:r w:rsidR="003A7D38" w:rsidRPr="005E1B67">
        <w:rPr>
          <w:b/>
        </w:rPr>
        <w:t xml:space="preserve">Share only what you consider relevant </w:t>
      </w:r>
      <w:r w:rsidR="008A79A2">
        <w:rPr>
          <w:b/>
        </w:rPr>
        <w:t>&amp;</w:t>
      </w:r>
      <w:r w:rsidR="003A7D38" w:rsidRPr="005E1B67">
        <w:rPr>
          <w:b/>
        </w:rPr>
        <w:t xml:space="preserve"> safe. </w:t>
      </w:r>
      <w:r w:rsidRPr="005E1B67">
        <w:rPr>
          <w:b/>
        </w:rPr>
        <w:t>You are not expected to disclose traumatic experiences or personal details of racism.</w:t>
      </w:r>
    </w:p>
    <w:tbl>
      <w:tblPr>
        <w:tblStyle w:val="TableGrid"/>
        <w:tblW w:w="0" w:type="auto"/>
        <w:tblLook w:val="04A0" w:firstRow="1" w:lastRow="0" w:firstColumn="1" w:lastColumn="0" w:noHBand="0" w:noVBand="1"/>
      </w:tblPr>
      <w:tblGrid>
        <w:gridCol w:w="10646"/>
      </w:tblGrid>
      <w:tr w:rsidR="00E70AA0" w14:paraId="7A50F391" w14:textId="77777777">
        <w:trPr>
          <w:trHeight w:val="3300"/>
        </w:trPr>
        <w:tc>
          <w:tcPr>
            <w:tcW w:w="10656" w:type="dxa"/>
          </w:tcPr>
          <w:p w14:paraId="5675A53D" w14:textId="06D1CEC9" w:rsidR="00E70AA0" w:rsidRPr="007A4CAB" w:rsidRDefault="007A4CAB">
            <w:pPr>
              <w:rPr>
                <w:b/>
                <w:bCs/>
              </w:rPr>
            </w:pPr>
            <w:r w:rsidRPr="007A4CAB">
              <w:rPr>
                <w:b/>
                <w:bCs/>
              </w:rPr>
              <w:t>Supporting Statement</w:t>
            </w:r>
          </w:p>
        </w:tc>
      </w:tr>
    </w:tbl>
    <w:p w14:paraId="0E9CFCC9" w14:textId="77777777" w:rsidR="00E70AA0" w:rsidRDefault="003A7D38">
      <w:r>
        <w:br w:type="page"/>
      </w:r>
    </w:p>
    <w:p w14:paraId="379A6F48" w14:textId="022FDBD9" w:rsidR="00E70AA0" w:rsidRDefault="00E70AA0">
      <w:pPr>
        <w:jc w:val="center"/>
      </w:pPr>
    </w:p>
    <w:p w14:paraId="3AABE2D7" w14:textId="77777777" w:rsidR="00E70AA0" w:rsidRPr="00337653" w:rsidRDefault="003A7D38">
      <w:pPr>
        <w:spacing w:after="160"/>
        <w:jc w:val="center"/>
      </w:pPr>
      <w:r w:rsidRPr="00337653">
        <w:rPr>
          <w:b/>
          <w:sz w:val="30"/>
        </w:rPr>
        <w:t>APPLICATION FOR EMPLOYMENT</w:t>
      </w:r>
    </w:p>
    <w:tbl>
      <w:tblPr>
        <w:tblStyle w:val="TableGrid"/>
        <w:tblW w:w="0" w:type="auto"/>
        <w:jc w:val="center"/>
        <w:tblLook w:val="04A0" w:firstRow="1" w:lastRow="0" w:firstColumn="1" w:lastColumn="0" w:noHBand="0" w:noVBand="1"/>
      </w:tblPr>
      <w:tblGrid>
        <w:gridCol w:w="10618"/>
        <w:gridCol w:w="28"/>
      </w:tblGrid>
      <w:tr w:rsidR="00E70AA0" w:rsidRPr="00337653" w14:paraId="3F777980" w14:textId="77777777">
        <w:trPr>
          <w:jc w:val="center"/>
        </w:trPr>
        <w:tc>
          <w:tcPr>
            <w:tcW w:w="10656" w:type="dxa"/>
            <w:gridSpan w:val="2"/>
            <w:shd w:val="clear" w:color="auto" w:fill="DDEBF7"/>
            <w:tcMar>
              <w:top w:w="60" w:type="dxa"/>
              <w:left w:w="80" w:type="dxa"/>
              <w:bottom w:w="60" w:type="dxa"/>
              <w:right w:w="80" w:type="dxa"/>
            </w:tcMar>
          </w:tcPr>
          <w:p w14:paraId="6F2A2918" w14:textId="77777777" w:rsidR="00E70AA0" w:rsidRPr="00337653" w:rsidRDefault="003A7D38">
            <w:r w:rsidRPr="00337653">
              <w:rPr>
                <w:b/>
                <w:sz w:val="22"/>
              </w:rPr>
              <w:t>Supporting statement — continuation</w:t>
            </w:r>
          </w:p>
        </w:tc>
      </w:tr>
      <w:tr w:rsidR="00E70AA0" w14:paraId="07773FA0" w14:textId="77777777">
        <w:tblPrEx>
          <w:jc w:val="left"/>
        </w:tblPrEx>
        <w:trPr>
          <w:gridAfter w:val="1"/>
          <w:wAfter w:w="28" w:type="dxa"/>
          <w:trHeight w:val="4500"/>
        </w:trPr>
        <w:tc>
          <w:tcPr>
            <w:tcW w:w="10656" w:type="dxa"/>
          </w:tcPr>
          <w:p w14:paraId="56E7C643" w14:textId="77777777" w:rsidR="00E70AA0" w:rsidRDefault="00E70AA0"/>
          <w:p w14:paraId="6AD546D9" w14:textId="77777777" w:rsidR="007C04E0" w:rsidRDefault="007C04E0"/>
          <w:p w14:paraId="48C89C6F" w14:textId="77777777" w:rsidR="007C04E0" w:rsidRDefault="007C04E0"/>
          <w:p w14:paraId="7C32AA28" w14:textId="77777777" w:rsidR="007C04E0" w:rsidRDefault="007C04E0"/>
          <w:p w14:paraId="029FAE66" w14:textId="77777777" w:rsidR="007C04E0" w:rsidRDefault="007C04E0"/>
          <w:p w14:paraId="5E6A1586" w14:textId="77777777" w:rsidR="007C04E0" w:rsidRDefault="007C04E0"/>
          <w:p w14:paraId="7695BA3A" w14:textId="77777777" w:rsidR="007C04E0" w:rsidRDefault="007C04E0"/>
          <w:p w14:paraId="162565EC" w14:textId="77777777" w:rsidR="007C04E0" w:rsidRDefault="007C04E0"/>
          <w:p w14:paraId="77BC4643" w14:textId="77777777" w:rsidR="007C04E0" w:rsidRDefault="007C04E0"/>
          <w:p w14:paraId="17610225" w14:textId="77777777" w:rsidR="007C04E0" w:rsidRDefault="007C04E0"/>
          <w:p w14:paraId="1E4739EF" w14:textId="77777777" w:rsidR="007C04E0" w:rsidRDefault="007C04E0"/>
          <w:p w14:paraId="11C9CB37" w14:textId="77777777" w:rsidR="007C04E0" w:rsidRDefault="007C04E0"/>
          <w:p w14:paraId="778CAA9E" w14:textId="77777777" w:rsidR="007C04E0" w:rsidRDefault="007C04E0"/>
          <w:p w14:paraId="74D0876F" w14:textId="77777777" w:rsidR="007C04E0" w:rsidRDefault="007C04E0"/>
          <w:p w14:paraId="3BFA6C62" w14:textId="77777777" w:rsidR="007C04E0" w:rsidRDefault="007C04E0"/>
          <w:p w14:paraId="18704A7C" w14:textId="77777777" w:rsidR="007C04E0" w:rsidRDefault="007C04E0"/>
          <w:p w14:paraId="66D1EA29" w14:textId="77777777" w:rsidR="007C04E0" w:rsidRDefault="007C04E0"/>
          <w:p w14:paraId="102A5D62" w14:textId="77777777" w:rsidR="007C04E0" w:rsidRDefault="007C04E0"/>
          <w:p w14:paraId="5F28125E" w14:textId="77777777" w:rsidR="007C04E0" w:rsidRDefault="007C04E0"/>
          <w:p w14:paraId="30158F7A" w14:textId="77777777" w:rsidR="007C04E0" w:rsidRDefault="007C04E0"/>
          <w:p w14:paraId="6DFD7973" w14:textId="77777777" w:rsidR="007C04E0" w:rsidRDefault="007C04E0"/>
          <w:p w14:paraId="324C985A" w14:textId="77777777" w:rsidR="007C04E0" w:rsidRDefault="007C04E0"/>
          <w:p w14:paraId="4E0B985D" w14:textId="77777777" w:rsidR="007C04E0" w:rsidRDefault="007C04E0"/>
          <w:p w14:paraId="2E556E49" w14:textId="77777777" w:rsidR="007C04E0" w:rsidRDefault="007C04E0"/>
          <w:p w14:paraId="7FD37D4A" w14:textId="77777777" w:rsidR="007C04E0" w:rsidRDefault="007C04E0"/>
          <w:p w14:paraId="487F89F3" w14:textId="77777777" w:rsidR="007C04E0" w:rsidRDefault="007C04E0"/>
          <w:p w14:paraId="187608A4" w14:textId="77777777" w:rsidR="007C04E0" w:rsidRDefault="007C04E0"/>
          <w:p w14:paraId="52222D76" w14:textId="77777777" w:rsidR="007C04E0" w:rsidRDefault="007C04E0"/>
          <w:p w14:paraId="4937327C" w14:textId="77777777" w:rsidR="007C04E0" w:rsidRDefault="007C04E0"/>
          <w:p w14:paraId="2CF12E53" w14:textId="77777777" w:rsidR="007C04E0" w:rsidRDefault="007C04E0"/>
          <w:p w14:paraId="5C07A1EA" w14:textId="77777777" w:rsidR="007C04E0" w:rsidRDefault="007C04E0"/>
          <w:p w14:paraId="1B767E25" w14:textId="77777777" w:rsidR="007C04E0" w:rsidRDefault="007C04E0"/>
          <w:p w14:paraId="3432F01D" w14:textId="77777777" w:rsidR="007C04E0" w:rsidRDefault="007C04E0"/>
          <w:p w14:paraId="209F4078" w14:textId="77777777" w:rsidR="007C04E0" w:rsidRDefault="007C04E0"/>
          <w:p w14:paraId="4B18A76D" w14:textId="77777777" w:rsidR="007C04E0" w:rsidRDefault="007C04E0"/>
          <w:p w14:paraId="0B5DB79D" w14:textId="77777777" w:rsidR="007C04E0" w:rsidRDefault="007C04E0"/>
          <w:p w14:paraId="7F80BE25" w14:textId="77777777" w:rsidR="007C04E0" w:rsidRDefault="007C04E0"/>
          <w:p w14:paraId="19AEB1D6" w14:textId="77777777" w:rsidR="007C04E0" w:rsidRDefault="007C04E0"/>
          <w:p w14:paraId="510DE448" w14:textId="77777777" w:rsidR="007C04E0" w:rsidRDefault="007C04E0"/>
          <w:p w14:paraId="79480000" w14:textId="77777777" w:rsidR="007C04E0" w:rsidRDefault="007C04E0"/>
          <w:p w14:paraId="3C645316" w14:textId="77777777" w:rsidR="007C04E0" w:rsidRDefault="007C04E0"/>
          <w:p w14:paraId="3E357D52" w14:textId="77777777" w:rsidR="007C04E0" w:rsidRDefault="007C04E0"/>
          <w:p w14:paraId="4414ACF1" w14:textId="77777777" w:rsidR="007C04E0" w:rsidRDefault="007C04E0"/>
          <w:p w14:paraId="36B41C66" w14:textId="77777777" w:rsidR="007C04E0" w:rsidRDefault="007C04E0"/>
          <w:p w14:paraId="71FF538F" w14:textId="77777777" w:rsidR="007C04E0" w:rsidRDefault="007C04E0"/>
          <w:p w14:paraId="7F438688" w14:textId="77777777" w:rsidR="007C04E0" w:rsidRDefault="007C04E0"/>
          <w:p w14:paraId="2BF595E7" w14:textId="77777777" w:rsidR="007C04E0" w:rsidRDefault="007C04E0"/>
          <w:p w14:paraId="00C06BE0" w14:textId="77777777" w:rsidR="007C04E0" w:rsidRDefault="007C04E0"/>
          <w:p w14:paraId="657D0009" w14:textId="4BCEACDC" w:rsidR="007C04E0" w:rsidRDefault="007C04E0"/>
        </w:tc>
      </w:tr>
      <w:tr w:rsidR="00E70AA0" w:rsidRPr="00D61E54" w14:paraId="50FA6D99" w14:textId="77777777">
        <w:trPr>
          <w:jc w:val="center"/>
        </w:trPr>
        <w:tc>
          <w:tcPr>
            <w:tcW w:w="10656" w:type="dxa"/>
            <w:gridSpan w:val="2"/>
            <w:shd w:val="clear" w:color="auto" w:fill="DDEBF7"/>
            <w:tcMar>
              <w:top w:w="60" w:type="dxa"/>
              <w:left w:w="80" w:type="dxa"/>
              <w:bottom w:w="60" w:type="dxa"/>
              <w:right w:w="80" w:type="dxa"/>
            </w:tcMar>
          </w:tcPr>
          <w:p w14:paraId="04D09540" w14:textId="77777777" w:rsidR="00E70AA0" w:rsidRPr="00D61E54" w:rsidRDefault="003A7D38">
            <w:r w:rsidRPr="00D61E54">
              <w:rPr>
                <w:b/>
                <w:sz w:val="22"/>
              </w:rPr>
              <w:lastRenderedPageBreak/>
              <w:t>Referees</w:t>
            </w:r>
          </w:p>
        </w:tc>
      </w:tr>
    </w:tbl>
    <w:p w14:paraId="324B6D03" w14:textId="77777777" w:rsidR="00E70AA0" w:rsidRPr="00607C0E" w:rsidRDefault="003A7D38">
      <w:r w:rsidRPr="00D61E54">
        <w:t xml:space="preserve">Provide two referees who can comment on your suitability. One should normally be your current or most recent employer, but an appropriate alternative may be accepted, including a community, voluntary, academic or professional </w:t>
      </w:r>
      <w:r w:rsidRPr="00607C0E">
        <w:t>referee. References will normally be requested only after a conditional offer and with your knowledge.</w:t>
      </w:r>
    </w:p>
    <w:tbl>
      <w:tblPr>
        <w:tblStyle w:val="TableGrid"/>
        <w:tblW w:w="0" w:type="auto"/>
        <w:tblLook w:val="04A0" w:firstRow="1" w:lastRow="0" w:firstColumn="1" w:lastColumn="0" w:noHBand="0" w:noVBand="1"/>
      </w:tblPr>
      <w:tblGrid>
        <w:gridCol w:w="2662"/>
        <w:gridCol w:w="2661"/>
        <w:gridCol w:w="2662"/>
        <w:gridCol w:w="2661"/>
      </w:tblGrid>
      <w:tr w:rsidR="00E70AA0" w:rsidRPr="00607C0E" w14:paraId="40777145" w14:textId="77777777" w:rsidTr="00E725E3">
        <w:tc>
          <w:tcPr>
            <w:tcW w:w="2662" w:type="dxa"/>
          </w:tcPr>
          <w:p w14:paraId="12A1CB2F" w14:textId="77777777" w:rsidR="00E70AA0" w:rsidRPr="00607C0E" w:rsidRDefault="003A7D38">
            <w:r w:rsidRPr="00607C0E">
              <w:rPr>
                <w:b/>
              </w:rPr>
              <w:t>Name</w:t>
            </w:r>
          </w:p>
        </w:tc>
        <w:tc>
          <w:tcPr>
            <w:tcW w:w="2661" w:type="dxa"/>
          </w:tcPr>
          <w:p w14:paraId="63FC7B4D" w14:textId="77777777" w:rsidR="00E70AA0" w:rsidRPr="00607C0E" w:rsidRDefault="00E70AA0"/>
        </w:tc>
        <w:tc>
          <w:tcPr>
            <w:tcW w:w="2662" w:type="dxa"/>
          </w:tcPr>
          <w:p w14:paraId="68131FC6" w14:textId="77777777" w:rsidR="00E70AA0" w:rsidRPr="00607C0E" w:rsidRDefault="003A7D38">
            <w:r w:rsidRPr="00607C0E">
              <w:rPr>
                <w:b/>
              </w:rPr>
              <w:t>Name</w:t>
            </w:r>
          </w:p>
        </w:tc>
        <w:tc>
          <w:tcPr>
            <w:tcW w:w="2661" w:type="dxa"/>
          </w:tcPr>
          <w:p w14:paraId="40B6D0DC" w14:textId="77777777" w:rsidR="00E70AA0" w:rsidRPr="00607C0E" w:rsidRDefault="00E70AA0"/>
        </w:tc>
      </w:tr>
      <w:tr w:rsidR="00E70AA0" w:rsidRPr="00607C0E" w14:paraId="37E6CFA1" w14:textId="77777777" w:rsidTr="00E725E3">
        <w:tc>
          <w:tcPr>
            <w:tcW w:w="2662" w:type="dxa"/>
          </w:tcPr>
          <w:p w14:paraId="41414CBE" w14:textId="77777777" w:rsidR="00E70AA0" w:rsidRPr="00607C0E" w:rsidRDefault="003A7D38">
            <w:r w:rsidRPr="00607C0E">
              <w:rPr>
                <w:b/>
              </w:rPr>
              <w:t>Job title / role</w:t>
            </w:r>
          </w:p>
        </w:tc>
        <w:tc>
          <w:tcPr>
            <w:tcW w:w="2661" w:type="dxa"/>
          </w:tcPr>
          <w:p w14:paraId="0129E55A" w14:textId="77777777" w:rsidR="00E70AA0" w:rsidRPr="00607C0E" w:rsidRDefault="00E70AA0"/>
        </w:tc>
        <w:tc>
          <w:tcPr>
            <w:tcW w:w="2662" w:type="dxa"/>
          </w:tcPr>
          <w:p w14:paraId="3F505662" w14:textId="77777777" w:rsidR="00E70AA0" w:rsidRPr="00607C0E" w:rsidRDefault="003A7D38">
            <w:r w:rsidRPr="00607C0E">
              <w:rPr>
                <w:b/>
              </w:rPr>
              <w:t>Job title / role</w:t>
            </w:r>
          </w:p>
        </w:tc>
        <w:tc>
          <w:tcPr>
            <w:tcW w:w="2661" w:type="dxa"/>
          </w:tcPr>
          <w:p w14:paraId="080EB949" w14:textId="77777777" w:rsidR="00E70AA0" w:rsidRPr="00607C0E" w:rsidRDefault="00E70AA0"/>
        </w:tc>
      </w:tr>
      <w:tr w:rsidR="00E70AA0" w:rsidRPr="00607C0E" w14:paraId="07D171ED" w14:textId="77777777" w:rsidTr="00E725E3">
        <w:tc>
          <w:tcPr>
            <w:tcW w:w="2662" w:type="dxa"/>
          </w:tcPr>
          <w:p w14:paraId="2CB8307A" w14:textId="77777777" w:rsidR="00E70AA0" w:rsidRPr="00607C0E" w:rsidRDefault="003A7D38">
            <w:r w:rsidRPr="00607C0E">
              <w:rPr>
                <w:b/>
              </w:rPr>
              <w:t>Organisation</w:t>
            </w:r>
          </w:p>
        </w:tc>
        <w:tc>
          <w:tcPr>
            <w:tcW w:w="2661" w:type="dxa"/>
          </w:tcPr>
          <w:p w14:paraId="31287BC2" w14:textId="77777777" w:rsidR="00E70AA0" w:rsidRPr="00607C0E" w:rsidRDefault="00E70AA0"/>
        </w:tc>
        <w:tc>
          <w:tcPr>
            <w:tcW w:w="2662" w:type="dxa"/>
          </w:tcPr>
          <w:p w14:paraId="7920873B" w14:textId="77777777" w:rsidR="00E70AA0" w:rsidRPr="00607C0E" w:rsidRDefault="003A7D38">
            <w:r w:rsidRPr="00607C0E">
              <w:rPr>
                <w:b/>
              </w:rPr>
              <w:t>Organisation</w:t>
            </w:r>
          </w:p>
        </w:tc>
        <w:tc>
          <w:tcPr>
            <w:tcW w:w="2661" w:type="dxa"/>
          </w:tcPr>
          <w:p w14:paraId="6FF0E6C1" w14:textId="77777777" w:rsidR="00E70AA0" w:rsidRPr="00607C0E" w:rsidRDefault="00E70AA0"/>
        </w:tc>
      </w:tr>
      <w:tr w:rsidR="00E70AA0" w:rsidRPr="00607C0E" w14:paraId="7E0F3FD6" w14:textId="77777777" w:rsidTr="00E725E3">
        <w:tc>
          <w:tcPr>
            <w:tcW w:w="2662" w:type="dxa"/>
          </w:tcPr>
          <w:p w14:paraId="090C55A9" w14:textId="75E5DD99" w:rsidR="00E70AA0" w:rsidRPr="00607C0E" w:rsidRDefault="003A7D38">
            <w:r w:rsidRPr="00607C0E">
              <w:rPr>
                <w:b/>
              </w:rPr>
              <w:t xml:space="preserve">Email </w:t>
            </w:r>
          </w:p>
        </w:tc>
        <w:tc>
          <w:tcPr>
            <w:tcW w:w="2661" w:type="dxa"/>
          </w:tcPr>
          <w:p w14:paraId="393EEF97" w14:textId="77777777" w:rsidR="00E70AA0" w:rsidRPr="00607C0E" w:rsidRDefault="00E70AA0"/>
        </w:tc>
        <w:tc>
          <w:tcPr>
            <w:tcW w:w="2662" w:type="dxa"/>
          </w:tcPr>
          <w:p w14:paraId="3E7A3A5D" w14:textId="18B6D208" w:rsidR="00E70AA0" w:rsidRPr="00607C0E" w:rsidRDefault="003A7D38">
            <w:r w:rsidRPr="00607C0E">
              <w:rPr>
                <w:b/>
              </w:rPr>
              <w:t>Email</w:t>
            </w:r>
          </w:p>
        </w:tc>
        <w:tc>
          <w:tcPr>
            <w:tcW w:w="2661" w:type="dxa"/>
          </w:tcPr>
          <w:p w14:paraId="721DD8B3" w14:textId="77777777" w:rsidR="00E70AA0" w:rsidRPr="00607C0E" w:rsidRDefault="00E70AA0"/>
        </w:tc>
      </w:tr>
      <w:tr w:rsidR="00E725E3" w:rsidRPr="00607C0E" w14:paraId="3F3D7AA5" w14:textId="77777777" w:rsidTr="00E725E3">
        <w:tc>
          <w:tcPr>
            <w:tcW w:w="2662" w:type="dxa"/>
          </w:tcPr>
          <w:p w14:paraId="58114323" w14:textId="74B352A5" w:rsidR="00E725E3" w:rsidRPr="00607C0E" w:rsidRDefault="00E725E3">
            <w:pPr>
              <w:rPr>
                <w:b/>
              </w:rPr>
            </w:pPr>
            <w:r>
              <w:rPr>
                <w:b/>
              </w:rPr>
              <w:t>T</w:t>
            </w:r>
            <w:r w:rsidRPr="00607C0E">
              <w:rPr>
                <w:b/>
              </w:rPr>
              <w:t>elephone</w:t>
            </w:r>
          </w:p>
        </w:tc>
        <w:tc>
          <w:tcPr>
            <w:tcW w:w="2661" w:type="dxa"/>
          </w:tcPr>
          <w:p w14:paraId="294981C3" w14:textId="77777777" w:rsidR="00E725E3" w:rsidRPr="00607C0E" w:rsidRDefault="00E725E3"/>
        </w:tc>
        <w:tc>
          <w:tcPr>
            <w:tcW w:w="2662" w:type="dxa"/>
          </w:tcPr>
          <w:p w14:paraId="0403ECD6" w14:textId="553C5318" w:rsidR="00E725E3" w:rsidRPr="00607C0E" w:rsidRDefault="008811A9">
            <w:pPr>
              <w:rPr>
                <w:b/>
              </w:rPr>
            </w:pPr>
            <w:r>
              <w:rPr>
                <w:b/>
              </w:rPr>
              <w:t xml:space="preserve">Telephone </w:t>
            </w:r>
          </w:p>
        </w:tc>
        <w:tc>
          <w:tcPr>
            <w:tcW w:w="2661" w:type="dxa"/>
          </w:tcPr>
          <w:p w14:paraId="25A17CCD" w14:textId="77777777" w:rsidR="00E725E3" w:rsidRPr="00607C0E" w:rsidRDefault="00E725E3"/>
        </w:tc>
      </w:tr>
      <w:tr w:rsidR="00E70AA0" w:rsidRPr="00607C0E" w14:paraId="77135C7E" w14:textId="77777777" w:rsidTr="00E725E3">
        <w:tc>
          <w:tcPr>
            <w:tcW w:w="2662" w:type="dxa"/>
          </w:tcPr>
          <w:p w14:paraId="2A10FBD7" w14:textId="77777777" w:rsidR="00E70AA0" w:rsidRPr="00607C0E" w:rsidRDefault="003A7D38">
            <w:r w:rsidRPr="00607C0E">
              <w:rPr>
                <w:b/>
              </w:rPr>
              <w:t>How they know you</w:t>
            </w:r>
          </w:p>
        </w:tc>
        <w:tc>
          <w:tcPr>
            <w:tcW w:w="2661" w:type="dxa"/>
          </w:tcPr>
          <w:p w14:paraId="689A2DC3" w14:textId="77777777" w:rsidR="00E70AA0" w:rsidRPr="00607C0E" w:rsidRDefault="00E70AA0"/>
        </w:tc>
        <w:tc>
          <w:tcPr>
            <w:tcW w:w="2662" w:type="dxa"/>
          </w:tcPr>
          <w:p w14:paraId="7DDA76B1" w14:textId="77777777" w:rsidR="00E70AA0" w:rsidRPr="00607C0E" w:rsidRDefault="003A7D38">
            <w:r w:rsidRPr="00607C0E">
              <w:rPr>
                <w:b/>
              </w:rPr>
              <w:t>How they know you</w:t>
            </w:r>
          </w:p>
        </w:tc>
        <w:tc>
          <w:tcPr>
            <w:tcW w:w="2661" w:type="dxa"/>
          </w:tcPr>
          <w:p w14:paraId="410850DF" w14:textId="77777777" w:rsidR="00E70AA0" w:rsidRPr="00607C0E" w:rsidRDefault="00E70AA0"/>
        </w:tc>
      </w:tr>
      <w:tr w:rsidR="00E70AA0" w:rsidRPr="00607C0E" w14:paraId="2B7C4349" w14:textId="77777777" w:rsidTr="00E725E3">
        <w:tc>
          <w:tcPr>
            <w:tcW w:w="2662" w:type="dxa"/>
          </w:tcPr>
          <w:p w14:paraId="3CD033AD" w14:textId="77777777" w:rsidR="00E70AA0" w:rsidRPr="00607C0E" w:rsidRDefault="003A7D38">
            <w:r w:rsidRPr="00607C0E">
              <w:rPr>
                <w:b/>
              </w:rPr>
              <w:t>May we contact after conditional offer?</w:t>
            </w:r>
          </w:p>
        </w:tc>
        <w:tc>
          <w:tcPr>
            <w:tcW w:w="2661" w:type="dxa"/>
          </w:tcPr>
          <w:p w14:paraId="1A5B4EE3" w14:textId="77777777" w:rsidR="00E70AA0" w:rsidRPr="00607C0E" w:rsidRDefault="003A7D38">
            <w:r w:rsidRPr="00607C0E">
              <w:t>☐ Yes  ☐ Discuss with me first</w:t>
            </w:r>
          </w:p>
        </w:tc>
        <w:tc>
          <w:tcPr>
            <w:tcW w:w="2662" w:type="dxa"/>
          </w:tcPr>
          <w:p w14:paraId="3BEE288A" w14:textId="77777777" w:rsidR="00E70AA0" w:rsidRPr="00607C0E" w:rsidRDefault="003A7D38">
            <w:r w:rsidRPr="00607C0E">
              <w:rPr>
                <w:b/>
              </w:rPr>
              <w:t>May we contact after conditional offer?</w:t>
            </w:r>
          </w:p>
        </w:tc>
        <w:tc>
          <w:tcPr>
            <w:tcW w:w="2661" w:type="dxa"/>
          </w:tcPr>
          <w:p w14:paraId="3A961A50" w14:textId="77777777" w:rsidR="00E70AA0" w:rsidRPr="00607C0E" w:rsidRDefault="003A7D38">
            <w:r w:rsidRPr="00607C0E">
              <w:t>☐ Yes  ☐ Discuss with me first</w:t>
            </w:r>
          </w:p>
        </w:tc>
      </w:tr>
    </w:tbl>
    <w:p w14:paraId="592E014A" w14:textId="77777777" w:rsidR="00E70AA0" w:rsidRDefault="003A7D38">
      <w:r>
        <w:br w:type="page"/>
      </w:r>
    </w:p>
    <w:p w14:paraId="54F44F72" w14:textId="0111C118" w:rsidR="00E70AA0" w:rsidRDefault="00E70AA0">
      <w:pPr>
        <w:jc w:val="center"/>
      </w:pPr>
    </w:p>
    <w:p w14:paraId="3B98A0E8"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3E475E" w14:paraId="63017CE0" w14:textId="77777777">
        <w:trPr>
          <w:jc w:val="center"/>
        </w:trPr>
        <w:tc>
          <w:tcPr>
            <w:tcW w:w="10656" w:type="dxa"/>
            <w:shd w:val="clear" w:color="auto" w:fill="DDEBF7"/>
            <w:tcMar>
              <w:top w:w="60" w:type="dxa"/>
              <w:left w:w="80" w:type="dxa"/>
              <w:bottom w:w="60" w:type="dxa"/>
              <w:right w:w="80" w:type="dxa"/>
            </w:tcMar>
          </w:tcPr>
          <w:p w14:paraId="6961AB9C" w14:textId="77777777" w:rsidR="00E70AA0" w:rsidRPr="003E475E" w:rsidRDefault="003A7D38">
            <w:r w:rsidRPr="003E475E">
              <w:rPr>
                <w:b/>
                <w:sz w:val="22"/>
              </w:rPr>
              <w:t>Role-related pre-employment checks</w:t>
            </w:r>
          </w:p>
        </w:tc>
      </w:tr>
    </w:tbl>
    <w:p w14:paraId="4B208B38" w14:textId="77777777" w:rsidR="00E70AA0" w:rsidRPr="003E475E" w:rsidRDefault="003A7D38">
      <w:r w:rsidRPr="003E475E">
        <w:t>Any offer may be conditional on checks that are lawful, necessary and proportionate to the particular role. These may include identity, right to work, references, qualifications and a DBS check where the role is legally eligible. REN will not ask you to disclose spent convictions unless the role is exempt from the Rehabilitation of Offenders Act 1974, and protected convictions or cautions must not be disclosed. Any criminal-record information will be considered fairly and in relation to the role; a record will not automatically prevent appointment.</w:t>
      </w:r>
    </w:p>
    <w:p w14:paraId="3A89C81F" w14:textId="77777777" w:rsidR="00E70AA0" w:rsidRPr="003E475E" w:rsidRDefault="003A7D38">
      <w:r w:rsidRPr="003E475E">
        <w:t>Health or disability information will not be requested before a conditional offer except where permitted by law, including to arrange reasonable adjustments or to establish whether an applicant can carry out an intrinsic function of the role with adjustments.</w:t>
      </w:r>
    </w:p>
    <w:tbl>
      <w:tblPr>
        <w:tblStyle w:val="TableGrid"/>
        <w:tblW w:w="0" w:type="auto"/>
        <w:jc w:val="center"/>
        <w:tblLook w:val="04A0" w:firstRow="1" w:lastRow="0" w:firstColumn="1" w:lastColumn="0" w:noHBand="0" w:noVBand="1"/>
      </w:tblPr>
      <w:tblGrid>
        <w:gridCol w:w="10646"/>
      </w:tblGrid>
      <w:tr w:rsidR="00E70AA0" w:rsidRPr="00AB0E4E" w14:paraId="71DF2DCF" w14:textId="77777777">
        <w:trPr>
          <w:jc w:val="center"/>
        </w:trPr>
        <w:tc>
          <w:tcPr>
            <w:tcW w:w="10656" w:type="dxa"/>
            <w:shd w:val="clear" w:color="auto" w:fill="DDEBF7"/>
            <w:tcMar>
              <w:top w:w="60" w:type="dxa"/>
              <w:left w:w="80" w:type="dxa"/>
              <w:bottom w:w="60" w:type="dxa"/>
              <w:right w:w="80" w:type="dxa"/>
            </w:tcMar>
          </w:tcPr>
          <w:p w14:paraId="52CF32DD" w14:textId="77777777" w:rsidR="00E70AA0" w:rsidRPr="00AB0E4E" w:rsidRDefault="003A7D38">
            <w:r w:rsidRPr="00AB0E4E">
              <w:rPr>
                <w:b/>
                <w:sz w:val="22"/>
              </w:rPr>
              <w:t>Conflicts of interest</w:t>
            </w:r>
          </w:p>
        </w:tc>
      </w:tr>
    </w:tbl>
    <w:p w14:paraId="19ED6320" w14:textId="623A9CD1" w:rsidR="00E70AA0" w:rsidRPr="00AB0E4E" w:rsidRDefault="003A7D38">
      <w:r w:rsidRPr="00AB0E4E">
        <w:t>Please declare whether you are related to, or have a personal, professional or business relationship with, any current employee, Trustee, volunteer or contractor of REN. A declaration will not automatically affect your application; it enables REN to manage any actual, potential or perceived conflict fairly.</w:t>
      </w:r>
    </w:p>
    <w:tbl>
      <w:tblPr>
        <w:tblStyle w:val="TableGrid"/>
        <w:tblW w:w="0" w:type="auto"/>
        <w:tblLook w:val="04A0" w:firstRow="1" w:lastRow="0" w:firstColumn="1" w:lastColumn="0" w:noHBand="0" w:noVBand="1"/>
      </w:tblPr>
      <w:tblGrid>
        <w:gridCol w:w="3538"/>
        <w:gridCol w:w="3541"/>
        <w:gridCol w:w="3539"/>
        <w:gridCol w:w="28"/>
      </w:tblGrid>
      <w:tr w:rsidR="00E70AA0" w:rsidRPr="00AB0E4E" w14:paraId="1CA77271" w14:textId="77777777">
        <w:trPr>
          <w:gridAfter w:val="1"/>
          <w:wAfter w:w="28" w:type="dxa"/>
        </w:trPr>
        <w:tc>
          <w:tcPr>
            <w:tcW w:w="3552" w:type="dxa"/>
            <w:shd w:val="clear" w:color="auto" w:fill="E7E6E6"/>
          </w:tcPr>
          <w:p w14:paraId="43007F18" w14:textId="77777777" w:rsidR="00E70AA0" w:rsidRPr="00AB0E4E" w:rsidRDefault="003A7D38">
            <w:r w:rsidRPr="00AB0E4E">
              <w:rPr>
                <w:b/>
              </w:rPr>
              <w:t>Name</w:t>
            </w:r>
          </w:p>
        </w:tc>
        <w:tc>
          <w:tcPr>
            <w:tcW w:w="3552" w:type="dxa"/>
            <w:shd w:val="clear" w:color="auto" w:fill="E7E6E6"/>
          </w:tcPr>
          <w:p w14:paraId="0518859A" w14:textId="77777777" w:rsidR="00E70AA0" w:rsidRPr="00AB0E4E" w:rsidRDefault="003A7D38">
            <w:r w:rsidRPr="00AB0E4E">
              <w:rPr>
                <w:b/>
              </w:rPr>
              <w:t>Relationship</w:t>
            </w:r>
          </w:p>
        </w:tc>
        <w:tc>
          <w:tcPr>
            <w:tcW w:w="3552" w:type="dxa"/>
            <w:shd w:val="clear" w:color="auto" w:fill="E7E6E6"/>
          </w:tcPr>
          <w:p w14:paraId="18CA1C2C" w14:textId="77777777" w:rsidR="00E70AA0" w:rsidRPr="00AB0E4E" w:rsidRDefault="003A7D38">
            <w:r w:rsidRPr="00AB0E4E">
              <w:rPr>
                <w:b/>
              </w:rPr>
              <w:t>Relevant details</w:t>
            </w:r>
          </w:p>
        </w:tc>
      </w:tr>
      <w:tr w:rsidR="00E70AA0" w:rsidRPr="00AB0E4E" w14:paraId="63C4F24F" w14:textId="77777777">
        <w:trPr>
          <w:gridAfter w:val="1"/>
          <w:wAfter w:w="28" w:type="dxa"/>
        </w:trPr>
        <w:tc>
          <w:tcPr>
            <w:tcW w:w="3552" w:type="dxa"/>
          </w:tcPr>
          <w:p w14:paraId="5EDE2434" w14:textId="77777777" w:rsidR="00E70AA0" w:rsidRPr="00AB0E4E" w:rsidRDefault="00E70AA0"/>
        </w:tc>
        <w:tc>
          <w:tcPr>
            <w:tcW w:w="3552" w:type="dxa"/>
          </w:tcPr>
          <w:p w14:paraId="0B1FBFDA" w14:textId="77777777" w:rsidR="00E70AA0" w:rsidRPr="00AB0E4E" w:rsidRDefault="00E70AA0"/>
        </w:tc>
        <w:tc>
          <w:tcPr>
            <w:tcW w:w="3552" w:type="dxa"/>
          </w:tcPr>
          <w:p w14:paraId="5C0FC351" w14:textId="77777777" w:rsidR="00E70AA0" w:rsidRPr="00AB0E4E" w:rsidRDefault="00E70AA0"/>
        </w:tc>
      </w:tr>
      <w:tr w:rsidR="00E70AA0" w14:paraId="31DE5142" w14:textId="77777777">
        <w:trPr>
          <w:gridAfter w:val="1"/>
          <w:wAfter w:w="28" w:type="dxa"/>
        </w:trPr>
        <w:tc>
          <w:tcPr>
            <w:tcW w:w="3552" w:type="dxa"/>
          </w:tcPr>
          <w:p w14:paraId="1590B285" w14:textId="77777777" w:rsidR="00E70AA0" w:rsidRDefault="00E70AA0"/>
        </w:tc>
        <w:tc>
          <w:tcPr>
            <w:tcW w:w="3552" w:type="dxa"/>
          </w:tcPr>
          <w:p w14:paraId="6B1D486B" w14:textId="77777777" w:rsidR="00E70AA0" w:rsidRDefault="00E70AA0"/>
        </w:tc>
        <w:tc>
          <w:tcPr>
            <w:tcW w:w="3552" w:type="dxa"/>
          </w:tcPr>
          <w:p w14:paraId="5D70223C" w14:textId="77777777" w:rsidR="00E70AA0" w:rsidRDefault="00E70AA0"/>
        </w:tc>
      </w:tr>
      <w:tr w:rsidR="00E70AA0" w14:paraId="079E6AB8" w14:textId="77777777">
        <w:tblPrEx>
          <w:jc w:val="center"/>
        </w:tblPrEx>
        <w:trPr>
          <w:jc w:val="center"/>
        </w:trPr>
        <w:tc>
          <w:tcPr>
            <w:tcW w:w="10656" w:type="dxa"/>
            <w:gridSpan w:val="4"/>
            <w:shd w:val="clear" w:color="auto" w:fill="DDEBF7"/>
            <w:tcMar>
              <w:top w:w="60" w:type="dxa"/>
              <w:left w:w="80" w:type="dxa"/>
              <w:bottom w:w="60" w:type="dxa"/>
              <w:right w:w="80" w:type="dxa"/>
            </w:tcMar>
          </w:tcPr>
          <w:p w14:paraId="38E01550" w14:textId="77777777" w:rsidR="00E70AA0" w:rsidRDefault="003A7D38">
            <w:r w:rsidRPr="001B2C84">
              <w:rPr>
                <w:b/>
                <w:sz w:val="22"/>
              </w:rPr>
              <w:t>Declaration and data protection</w:t>
            </w:r>
          </w:p>
        </w:tc>
      </w:tr>
    </w:tbl>
    <w:p w14:paraId="6370C159" w14:textId="77777777" w:rsidR="00E70AA0" w:rsidRPr="00C33A9E" w:rsidRDefault="003A7D38">
      <w:r w:rsidRPr="00C33A9E">
        <w:t>I confirm that the information in this application is accurate to the best of my knowledge. I understand that deliberate and material falsification may result in withdrawal of an offer or disciplinary action. Honest errors, omissions or requests for clarification will be addressed fairly and proportionately.</w:t>
      </w:r>
    </w:p>
    <w:p w14:paraId="77B66F7C" w14:textId="77777777" w:rsidR="00E70AA0" w:rsidRPr="00C33A9E" w:rsidRDefault="003A7D38">
      <w:r w:rsidRPr="00C33A9E">
        <w:t>REN will process recruitment information under the UK GDPR and Data Protection Act 2018. Please read REN’s Recruitment Privacy Notice for the purposes, lawful bases, recipients, retention periods and your rights. Equality monitoring information will be separated from selection information and used only for monitoring and improvement.</w:t>
      </w:r>
    </w:p>
    <w:tbl>
      <w:tblPr>
        <w:tblStyle w:val="TableGrid"/>
        <w:tblW w:w="0" w:type="auto"/>
        <w:jc w:val="center"/>
        <w:tblLook w:val="04A0" w:firstRow="1" w:lastRow="0" w:firstColumn="1" w:lastColumn="0" w:noHBand="0" w:noVBand="1"/>
      </w:tblPr>
      <w:tblGrid>
        <w:gridCol w:w="4521"/>
        <w:gridCol w:w="6120"/>
      </w:tblGrid>
      <w:tr w:rsidR="00E70AA0" w14:paraId="2AD29A54" w14:textId="77777777" w:rsidTr="00962027">
        <w:trPr>
          <w:jc w:val="center"/>
        </w:trPr>
        <w:tc>
          <w:tcPr>
            <w:tcW w:w="4521" w:type="dxa"/>
            <w:tcMar>
              <w:top w:w="70" w:type="dxa"/>
              <w:left w:w="80" w:type="dxa"/>
              <w:bottom w:w="70" w:type="dxa"/>
              <w:right w:w="80" w:type="dxa"/>
            </w:tcMar>
            <w:vAlign w:val="center"/>
          </w:tcPr>
          <w:p w14:paraId="2CDFE76D" w14:textId="77777777" w:rsidR="00E70AA0" w:rsidRDefault="003A7D38">
            <w:r w:rsidRPr="00C33A9E">
              <w:rPr>
                <w:b/>
              </w:rPr>
              <w:t>Signature (typed name accepted):</w:t>
            </w:r>
          </w:p>
        </w:tc>
        <w:tc>
          <w:tcPr>
            <w:tcW w:w="6120" w:type="dxa"/>
            <w:tcMar>
              <w:top w:w="70" w:type="dxa"/>
              <w:left w:w="80" w:type="dxa"/>
              <w:bottom w:w="70" w:type="dxa"/>
              <w:right w:w="80" w:type="dxa"/>
            </w:tcMar>
            <w:vAlign w:val="center"/>
          </w:tcPr>
          <w:p w14:paraId="24BE1259" w14:textId="77777777" w:rsidR="00E70AA0" w:rsidRDefault="00E70AA0"/>
        </w:tc>
      </w:tr>
      <w:tr w:rsidR="00E70AA0" w14:paraId="56501848" w14:textId="77777777" w:rsidTr="00962027">
        <w:trPr>
          <w:jc w:val="center"/>
        </w:trPr>
        <w:tc>
          <w:tcPr>
            <w:tcW w:w="4521" w:type="dxa"/>
            <w:tcMar>
              <w:top w:w="70" w:type="dxa"/>
              <w:left w:w="80" w:type="dxa"/>
              <w:bottom w:w="70" w:type="dxa"/>
              <w:right w:w="80" w:type="dxa"/>
            </w:tcMar>
            <w:vAlign w:val="center"/>
          </w:tcPr>
          <w:p w14:paraId="6C77529E" w14:textId="77777777" w:rsidR="00E70AA0" w:rsidRDefault="003A7D38">
            <w:r>
              <w:rPr>
                <w:b/>
                <w:color w:val="000000"/>
              </w:rPr>
              <w:t>Date:</w:t>
            </w:r>
          </w:p>
        </w:tc>
        <w:tc>
          <w:tcPr>
            <w:tcW w:w="6120" w:type="dxa"/>
            <w:tcMar>
              <w:top w:w="70" w:type="dxa"/>
              <w:left w:w="80" w:type="dxa"/>
              <w:bottom w:w="70" w:type="dxa"/>
              <w:right w:w="80" w:type="dxa"/>
            </w:tcMar>
            <w:vAlign w:val="center"/>
          </w:tcPr>
          <w:p w14:paraId="38A969E4" w14:textId="77777777" w:rsidR="00E70AA0" w:rsidRDefault="00E70AA0"/>
        </w:tc>
      </w:tr>
    </w:tbl>
    <w:p w14:paraId="59C074CC" w14:textId="77777777" w:rsidR="00E70AA0" w:rsidRDefault="003A7D38">
      <w:r>
        <w:br w:type="page"/>
      </w:r>
    </w:p>
    <w:p w14:paraId="474D8C80" w14:textId="21295E1C" w:rsidR="00E70AA0" w:rsidRDefault="00E70AA0">
      <w:pPr>
        <w:jc w:val="center"/>
      </w:pPr>
    </w:p>
    <w:p w14:paraId="0513F4E7"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C33A9E" w14:paraId="44B97A05" w14:textId="77777777">
        <w:trPr>
          <w:jc w:val="center"/>
        </w:trPr>
        <w:tc>
          <w:tcPr>
            <w:tcW w:w="10656" w:type="dxa"/>
            <w:shd w:val="clear" w:color="auto" w:fill="DDEBF7"/>
            <w:tcMar>
              <w:top w:w="60" w:type="dxa"/>
              <w:left w:w="80" w:type="dxa"/>
              <w:bottom w:w="60" w:type="dxa"/>
              <w:right w:w="80" w:type="dxa"/>
            </w:tcMar>
          </w:tcPr>
          <w:p w14:paraId="69A6F2B2" w14:textId="409B3C3D" w:rsidR="00E70AA0" w:rsidRPr="00C33A9E" w:rsidRDefault="003A7D38">
            <w:r w:rsidRPr="00C33A9E">
              <w:rPr>
                <w:b/>
                <w:sz w:val="22"/>
              </w:rPr>
              <w:t>Part C — Equality monitoring form (voluntary and separated from selection</w:t>
            </w:r>
            <w:r w:rsidR="00FA17CE">
              <w:rPr>
                <w:b/>
                <w:sz w:val="22"/>
              </w:rPr>
              <w:t xml:space="preserve"> process</w:t>
            </w:r>
            <w:r w:rsidRPr="00C33A9E">
              <w:rPr>
                <w:b/>
                <w:sz w:val="22"/>
              </w:rPr>
              <w:t>)</w:t>
            </w:r>
          </w:p>
        </w:tc>
      </w:tr>
    </w:tbl>
    <w:p w14:paraId="1A8AE61D" w14:textId="77777777" w:rsidR="00E70AA0" w:rsidRPr="00C33A9E" w:rsidRDefault="003A7D38">
      <w:r w:rsidRPr="00C33A9E">
        <w:t>This section is voluntary. It will not be seen by the shortlisting or interview panel and will not affect your application. REN uses aggregated information to identify barriers, assess whether recruitment is equitable and improve anti-racist employment practice. You may select “prefer not to say” for any question.</w:t>
      </w:r>
    </w:p>
    <w:tbl>
      <w:tblPr>
        <w:tblStyle w:val="TableGrid"/>
        <w:tblW w:w="0" w:type="auto"/>
        <w:jc w:val="center"/>
        <w:tblLook w:val="04A0" w:firstRow="1" w:lastRow="0" w:firstColumn="1" w:lastColumn="0" w:noHBand="0" w:noVBand="1"/>
      </w:tblPr>
      <w:tblGrid>
        <w:gridCol w:w="3240"/>
        <w:gridCol w:w="6120"/>
      </w:tblGrid>
      <w:tr w:rsidR="00E70AA0" w14:paraId="0A67E6E1" w14:textId="77777777">
        <w:trPr>
          <w:jc w:val="center"/>
        </w:trPr>
        <w:tc>
          <w:tcPr>
            <w:tcW w:w="3240" w:type="dxa"/>
            <w:tcMar>
              <w:top w:w="70" w:type="dxa"/>
              <w:left w:w="80" w:type="dxa"/>
              <w:bottom w:w="70" w:type="dxa"/>
              <w:right w:w="80" w:type="dxa"/>
            </w:tcMar>
            <w:vAlign w:val="center"/>
          </w:tcPr>
          <w:p w14:paraId="5DAAA746" w14:textId="77777777" w:rsidR="00E70AA0" w:rsidRPr="00B60FAD" w:rsidRDefault="003A7D38">
            <w:r w:rsidRPr="00B60FAD">
              <w:rPr>
                <w:b/>
              </w:rPr>
              <w:t>Vacancy reference:</w:t>
            </w:r>
          </w:p>
        </w:tc>
        <w:tc>
          <w:tcPr>
            <w:tcW w:w="6120" w:type="dxa"/>
            <w:tcMar>
              <w:top w:w="70" w:type="dxa"/>
              <w:left w:w="80" w:type="dxa"/>
              <w:bottom w:w="70" w:type="dxa"/>
              <w:right w:w="80" w:type="dxa"/>
            </w:tcMar>
            <w:vAlign w:val="center"/>
          </w:tcPr>
          <w:p w14:paraId="76DFFFDE" w14:textId="77777777" w:rsidR="00E70AA0" w:rsidRPr="00B60FAD" w:rsidRDefault="00E70AA0"/>
        </w:tc>
      </w:tr>
      <w:tr w:rsidR="00E70AA0" w14:paraId="39B1D401" w14:textId="77777777">
        <w:trPr>
          <w:jc w:val="center"/>
        </w:trPr>
        <w:tc>
          <w:tcPr>
            <w:tcW w:w="3240" w:type="dxa"/>
            <w:tcMar>
              <w:top w:w="70" w:type="dxa"/>
              <w:left w:w="80" w:type="dxa"/>
              <w:bottom w:w="70" w:type="dxa"/>
              <w:right w:w="80" w:type="dxa"/>
            </w:tcMar>
            <w:vAlign w:val="center"/>
          </w:tcPr>
          <w:p w14:paraId="4F1109B3" w14:textId="77777777" w:rsidR="00E70AA0" w:rsidRPr="00B60FAD" w:rsidRDefault="003A7D38">
            <w:r w:rsidRPr="00B60FAD">
              <w:rPr>
                <w:b/>
              </w:rPr>
              <w:t>Age group:</w:t>
            </w:r>
          </w:p>
        </w:tc>
        <w:tc>
          <w:tcPr>
            <w:tcW w:w="6120" w:type="dxa"/>
            <w:tcMar>
              <w:top w:w="70" w:type="dxa"/>
              <w:left w:w="80" w:type="dxa"/>
              <w:bottom w:w="70" w:type="dxa"/>
              <w:right w:w="80" w:type="dxa"/>
            </w:tcMar>
            <w:vAlign w:val="center"/>
          </w:tcPr>
          <w:p w14:paraId="5BADE833" w14:textId="77777777" w:rsidR="00E70AA0" w:rsidRPr="00B60FAD" w:rsidRDefault="003A7D38">
            <w:r w:rsidRPr="00B60FAD">
              <w:t>☐ 16–24  ☐ 25–34  ☐ 35–44  ☐ 45–54  ☐ 55–64  ☐ 65+  ☐ Prefer not to say</w:t>
            </w:r>
          </w:p>
        </w:tc>
      </w:tr>
      <w:tr w:rsidR="00E70AA0" w14:paraId="195A906B" w14:textId="77777777">
        <w:trPr>
          <w:jc w:val="center"/>
        </w:trPr>
        <w:tc>
          <w:tcPr>
            <w:tcW w:w="3240" w:type="dxa"/>
            <w:tcMar>
              <w:top w:w="70" w:type="dxa"/>
              <w:left w:w="80" w:type="dxa"/>
              <w:bottom w:w="70" w:type="dxa"/>
              <w:right w:w="80" w:type="dxa"/>
            </w:tcMar>
            <w:vAlign w:val="center"/>
          </w:tcPr>
          <w:p w14:paraId="761EFE48" w14:textId="77777777" w:rsidR="00E70AA0" w:rsidRPr="00B60FAD" w:rsidRDefault="003A7D38">
            <w:r w:rsidRPr="00B60FAD">
              <w:rPr>
                <w:b/>
              </w:rPr>
              <w:t>Sex (optional):</w:t>
            </w:r>
          </w:p>
        </w:tc>
        <w:tc>
          <w:tcPr>
            <w:tcW w:w="6120" w:type="dxa"/>
            <w:tcMar>
              <w:top w:w="70" w:type="dxa"/>
              <w:left w:w="80" w:type="dxa"/>
              <w:bottom w:w="70" w:type="dxa"/>
              <w:right w:w="80" w:type="dxa"/>
            </w:tcMar>
            <w:vAlign w:val="center"/>
          </w:tcPr>
          <w:p w14:paraId="1E0DFAC8" w14:textId="77777777" w:rsidR="00E70AA0" w:rsidRPr="00B60FAD" w:rsidRDefault="003A7D38">
            <w:r w:rsidRPr="00B60FAD">
              <w:t>☐ Female  ☐ Male  ☐ Intersex  ☐ Prefer to self-describe: ______  ☐ Prefer not to say</w:t>
            </w:r>
          </w:p>
        </w:tc>
      </w:tr>
      <w:tr w:rsidR="00E70AA0" w14:paraId="3A3EB3BD" w14:textId="77777777">
        <w:trPr>
          <w:jc w:val="center"/>
        </w:trPr>
        <w:tc>
          <w:tcPr>
            <w:tcW w:w="3240" w:type="dxa"/>
            <w:tcMar>
              <w:top w:w="70" w:type="dxa"/>
              <w:left w:w="80" w:type="dxa"/>
              <w:bottom w:w="70" w:type="dxa"/>
              <w:right w:w="80" w:type="dxa"/>
            </w:tcMar>
            <w:vAlign w:val="center"/>
          </w:tcPr>
          <w:p w14:paraId="42631078" w14:textId="77777777" w:rsidR="00E70AA0" w:rsidRPr="00B60FAD" w:rsidRDefault="003A7D38">
            <w:r w:rsidRPr="00B60FAD">
              <w:rPr>
                <w:b/>
              </w:rPr>
              <w:t>Gender identity (optional):</w:t>
            </w:r>
          </w:p>
        </w:tc>
        <w:tc>
          <w:tcPr>
            <w:tcW w:w="6120" w:type="dxa"/>
            <w:tcMar>
              <w:top w:w="70" w:type="dxa"/>
              <w:left w:w="80" w:type="dxa"/>
              <w:bottom w:w="70" w:type="dxa"/>
              <w:right w:w="80" w:type="dxa"/>
            </w:tcMar>
            <w:vAlign w:val="center"/>
          </w:tcPr>
          <w:p w14:paraId="6D7B9CE3" w14:textId="77777777" w:rsidR="00E70AA0" w:rsidRPr="00B60FAD" w:rsidRDefault="003A7D38">
            <w:r w:rsidRPr="00B60FAD">
              <w:t>☐ Woman  ☐ Man  ☐ Non-binary  ☐ Prefer to self-describe: ______  ☐ Prefer not to say</w:t>
            </w:r>
          </w:p>
        </w:tc>
      </w:tr>
      <w:tr w:rsidR="00E70AA0" w14:paraId="1B961F42" w14:textId="77777777">
        <w:trPr>
          <w:jc w:val="center"/>
        </w:trPr>
        <w:tc>
          <w:tcPr>
            <w:tcW w:w="3240" w:type="dxa"/>
            <w:tcMar>
              <w:top w:w="70" w:type="dxa"/>
              <w:left w:w="80" w:type="dxa"/>
              <w:bottom w:w="70" w:type="dxa"/>
              <w:right w:w="80" w:type="dxa"/>
            </w:tcMar>
            <w:vAlign w:val="center"/>
          </w:tcPr>
          <w:p w14:paraId="12823C7E" w14:textId="77777777" w:rsidR="00E70AA0" w:rsidRPr="00B60FAD" w:rsidRDefault="003A7D38">
            <w:r w:rsidRPr="00B60FAD">
              <w:rPr>
                <w:b/>
              </w:rPr>
              <w:t>Is your gender identity the same as your sex registered at birth?</w:t>
            </w:r>
          </w:p>
        </w:tc>
        <w:tc>
          <w:tcPr>
            <w:tcW w:w="6120" w:type="dxa"/>
            <w:tcMar>
              <w:top w:w="70" w:type="dxa"/>
              <w:left w:w="80" w:type="dxa"/>
              <w:bottom w:w="70" w:type="dxa"/>
              <w:right w:w="80" w:type="dxa"/>
            </w:tcMar>
            <w:vAlign w:val="center"/>
          </w:tcPr>
          <w:p w14:paraId="295777A8" w14:textId="77777777" w:rsidR="00E70AA0" w:rsidRPr="00B60FAD" w:rsidRDefault="003A7D38">
            <w:r w:rsidRPr="00B60FAD">
              <w:t>☐ Yes  ☐ No  ☐ Prefer not to say</w:t>
            </w:r>
          </w:p>
        </w:tc>
      </w:tr>
      <w:tr w:rsidR="00E70AA0" w14:paraId="0EA6FF48" w14:textId="77777777">
        <w:trPr>
          <w:jc w:val="center"/>
        </w:trPr>
        <w:tc>
          <w:tcPr>
            <w:tcW w:w="3240" w:type="dxa"/>
            <w:tcMar>
              <w:top w:w="70" w:type="dxa"/>
              <w:left w:w="80" w:type="dxa"/>
              <w:bottom w:w="70" w:type="dxa"/>
              <w:right w:w="80" w:type="dxa"/>
            </w:tcMar>
            <w:vAlign w:val="center"/>
          </w:tcPr>
          <w:p w14:paraId="6939D56E" w14:textId="77777777" w:rsidR="00E70AA0" w:rsidRPr="00B60FAD" w:rsidRDefault="003A7D38">
            <w:r w:rsidRPr="00B60FAD">
              <w:rPr>
                <w:b/>
              </w:rPr>
              <w:t>Disability</w:t>
            </w:r>
          </w:p>
        </w:tc>
        <w:tc>
          <w:tcPr>
            <w:tcW w:w="6120" w:type="dxa"/>
            <w:tcMar>
              <w:top w:w="70" w:type="dxa"/>
              <w:left w:w="80" w:type="dxa"/>
              <w:bottom w:w="70" w:type="dxa"/>
              <w:right w:w="80" w:type="dxa"/>
            </w:tcMar>
            <w:vAlign w:val="center"/>
          </w:tcPr>
          <w:p w14:paraId="6ABDCE7A" w14:textId="77777777" w:rsidR="00E70AA0" w:rsidRPr="00B60FAD" w:rsidRDefault="003A7D38">
            <w:r w:rsidRPr="00B60FAD">
              <w:t>Do you consider yourself disabled under the Equality Act 2010 or to have a long-term physical or mental health condition?  ☐ Yes  ☐ No  ☐ Unsure  ☐ Prefer not to say</w:t>
            </w:r>
          </w:p>
        </w:tc>
      </w:tr>
      <w:tr w:rsidR="00E70AA0" w14:paraId="406CDFAA" w14:textId="77777777">
        <w:trPr>
          <w:jc w:val="center"/>
        </w:trPr>
        <w:tc>
          <w:tcPr>
            <w:tcW w:w="3240" w:type="dxa"/>
            <w:tcMar>
              <w:top w:w="70" w:type="dxa"/>
              <w:left w:w="80" w:type="dxa"/>
              <w:bottom w:w="70" w:type="dxa"/>
              <w:right w:w="80" w:type="dxa"/>
            </w:tcMar>
            <w:vAlign w:val="center"/>
          </w:tcPr>
          <w:p w14:paraId="379C2248" w14:textId="77777777" w:rsidR="00E70AA0" w:rsidRPr="00B60FAD" w:rsidRDefault="003A7D38">
            <w:r w:rsidRPr="00B60FAD">
              <w:rPr>
                <w:b/>
              </w:rPr>
              <w:t>Religion or belief:</w:t>
            </w:r>
          </w:p>
        </w:tc>
        <w:tc>
          <w:tcPr>
            <w:tcW w:w="6120" w:type="dxa"/>
            <w:tcMar>
              <w:top w:w="70" w:type="dxa"/>
              <w:left w:w="80" w:type="dxa"/>
              <w:bottom w:w="70" w:type="dxa"/>
              <w:right w:w="80" w:type="dxa"/>
            </w:tcMar>
            <w:vAlign w:val="center"/>
          </w:tcPr>
          <w:p w14:paraId="7BDBF5AD" w14:textId="77777777" w:rsidR="00E70AA0" w:rsidRPr="00B60FAD" w:rsidRDefault="003A7D38">
            <w:r w:rsidRPr="00B60FAD">
              <w:t>☐ No religion  ☐ Buddhist  ☐ Christian  ☐ Hindu  ☐ Jewish  ☐ Muslim  ☐ Sikh  ☐ Other: ____  ☐ Prefer not to say</w:t>
            </w:r>
          </w:p>
        </w:tc>
      </w:tr>
      <w:tr w:rsidR="00E70AA0" w14:paraId="78094CCF" w14:textId="77777777">
        <w:trPr>
          <w:jc w:val="center"/>
        </w:trPr>
        <w:tc>
          <w:tcPr>
            <w:tcW w:w="3240" w:type="dxa"/>
            <w:tcMar>
              <w:top w:w="70" w:type="dxa"/>
              <w:left w:w="80" w:type="dxa"/>
              <w:bottom w:w="70" w:type="dxa"/>
              <w:right w:w="80" w:type="dxa"/>
            </w:tcMar>
            <w:vAlign w:val="center"/>
          </w:tcPr>
          <w:p w14:paraId="2BCD534D" w14:textId="77777777" w:rsidR="00E70AA0" w:rsidRPr="00B60FAD" w:rsidRDefault="003A7D38">
            <w:r w:rsidRPr="00B60FAD">
              <w:rPr>
                <w:b/>
              </w:rPr>
              <w:t>Sexual orientation:</w:t>
            </w:r>
          </w:p>
        </w:tc>
        <w:tc>
          <w:tcPr>
            <w:tcW w:w="6120" w:type="dxa"/>
            <w:tcMar>
              <w:top w:w="70" w:type="dxa"/>
              <w:left w:w="80" w:type="dxa"/>
              <w:bottom w:w="70" w:type="dxa"/>
              <w:right w:w="80" w:type="dxa"/>
            </w:tcMar>
            <w:vAlign w:val="center"/>
          </w:tcPr>
          <w:p w14:paraId="7F0182F1" w14:textId="77777777" w:rsidR="00E70AA0" w:rsidRPr="00B60FAD" w:rsidRDefault="003A7D38">
            <w:r w:rsidRPr="00B60FAD">
              <w:t>☐ Bisexual  ☐ Gay or lesbian  ☐ Heterosexual / straight  ☐ Other: ____  ☐ Prefer not to say</w:t>
            </w:r>
          </w:p>
        </w:tc>
      </w:tr>
    </w:tbl>
    <w:p w14:paraId="17D4ABBF" w14:textId="77777777" w:rsidR="00E70AA0" w:rsidRDefault="003A7D38">
      <w:r>
        <w:br w:type="page"/>
      </w:r>
    </w:p>
    <w:p w14:paraId="54CD6C51" w14:textId="4B0C1EF9" w:rsidR="00E70AA0" w:rsidRDefault="00E70AA0">
      <w:pPr>
        <w:jc w:val="center"/>
      </w:pPr>
    </w:p>
    <w:p w14:paraId="67C14686" w14:textId="77777777" w:rsidR="00E70AA0" w:rsidRDefault="003A7D38">
      <w:pPr>
        <w:spacing w:after="160"/>
        <w:jc w:val="center"/>
      </w:pPr>
      <w:r>
        <w:rPr>
          <w:b/>
          <w:color w:val="000000"/>
          <w:sz w:val="30"/>
        </w:rPr>
        <w:t>APPLICATION FOR EMPLOYMENT</w:t>
      </w:r>
    </w:p>
    <w:tbl>
      <w:tblPr>
        <w:tblStyle w:val="TableGrid"/>
        <w:tblW w:w="0" w:type="auto"/>
        <w:jc w:val="center"/>
        <w:tblLook w:val="04A0" w:firstRow="1" w:lastRow="0" w:firstColumn="1" w:lastColumn="0" w:noHBand="0" w:noVBand="1"/>
      </w:tblPr>
      <w:tblGrid>
        <w:gridCol w:w="10646"/>
      </w:tblGrid>
      <w:tr w:rsidR="00E70AA0" w:rsidRPr="00D37AC4" w14:paraId="403CEDEA" w14:textId="77777777">
        <w:trPr>
          <w:jc w:val="center"/>
        </w:trPr>
        <w:tc>
          <w:tcPr>
            <w:tcW w:w="10656" w:type="dxa"/>
            <w:shd w:val="clear" w:color="auto" w:fill="DDEBF7"/>
            <w:tcMar>
              <w:top w:w="60" w:type="dxa"/>
              <w:left w:w="80" w:type="dxa"/>
              <w:bottom w:w="60" w:type="dxa"/>
              <w:right w:w="80" w:type="dxa"/>
            </w:tcMar>
          </w:tcPr>
          <w:p w14:paraId="7CBB807B" w14:textId="77777777" w:rsidR="00E70AA0" w:rsidRPr="00D37AC4" w:rsidRDefault="003A7D38">
            <w:r w:rsidRPr="00D37AC4">
              <w:rPr>
                <w:b/>
                <w:sz w:val="22"/>
              </w:rPr>
              <w:t>Ethnic group (select the option that best describes how you identify)</w:t>
            </w:r>
          </w:p>
        </w:tc>
      </w:tr>
    </w:tbl>
    <w:p w14:paraId="7C7FEDF7" w14:textId="77777777" w:rsidR="00E70AA0" w:rsidRPr="00D37AC4" w:rsidRDefault="003A7D38">
      <w:r w:rsidRPr="00D37AC4">
        <w:t>Ethnic group is not the same as nationality, citizenship or country of birth. REN recognises that official categories are imperfect; use the write-in option where needed.</w:t>
      </w:r>
    </w:p>
    <w:tbl>
      <w:tblPr>
        <w:tblStyle w:val="TableGrid"/>
        <w:tblW w:w="0" w:type="auto"/>
        <w:jc w:val="center"/>
        <w:tblLook w:val="04A0" w:firstRow="1" w:lastRow="0" w:firstColumn="1" w:lastColumn="0" w:noHBand="0" w:noVBand="1"/>
      </w:tblPr>
      <w:tblGrid>
        <w:gridCol w:w="3741"/>
        <w:gridCol w:w="6905"/>
      </w:tblGrid>
      <w:tr w:rsidR="00E70AA0" w:rsidRPr="00D37AC4" w14:paraId="5C841B5F" w14:textId="77777777" w:rsidTr="00C25F75">
        <w:trPr>
          <w:jc w:val="center"/>
        </w:trPr>
        <w:tc>
          <w:tcPr>
            <w:tcW w:w="3741" w:type="dxa"/>
            <w:tcMar>
              <w:top w:w="70" w:type="dxa"/>
              <w:left w:w="80" w:type="dxa"/>
              <w:bottom w:w="70" w:type="dxa"/>
              <w:right w:w="80" w:type="dxa"/>
            </w:tcMar>
            <w:vAlign w:val="center"/>
          </w:tcPr>
          <w:p w14:paraId="52D91344" w14:textId="77777777" w:rsidR="00E70AA0" w:rsidRPr="00D37AC4" w:rsidRDefault="003A7D38">
            <w:r w:rsidRPr="00D37AC4">
              <w:rPr>
                <w:b/>
              </w:rPr>
              <w:t>Asian, Asian British or Asian Welsh</w:t>
            </w:r>
          </w:p>
        </w:tc>
        <w:tc>
          <w:tcPr>
            <w:tcW w:w="6905" w:type="dxa"/>
            <w:tcMar>
              <w:top w:w="70" w:type="dxa"/>
              <w:left w:w="80" w:type="dxa"/>
              <w:bottom w:w="70" w:type="dxa"/>
              <w:right w:w="80" w:type="dxa"/>
            </w:tcMar>
            <w:vAlign w:val="center"/>
          </w:tcPr>
          <w:p w14:paraId="6CC4FF54" w14:textId="77777777" w:rsidR="00E70AA0" w:rsidRPr="00D37AC4" w:rsidRDefault="003A7D38">
            <w:r w:rsidRPr="00D37AC4">
              <w:t>☐ Bangladeshi  ☐ Chinese  ☐ Indian  ☐ Pakistani  ☐ Other Asian background: __________</w:t>
            </w:r>
          </w:p>
        </w:tc>
      </w:tr>
      <w:tr w:rsidR="00E70AA0" w:rsidRPr="00D37AC4" w14:paraId="49540DDB" w14:textId="77777777" w:rsidTr="00C25F75">
        <w:trPr>
          <w:jc w:val="center"/>
        </w:trPr>
        <w:tc>
          <w:tcPr>
            <w:tcW w:w="3741" w:type="dxa"/>
            <w:tcMar>
              <w:top w:w="70" w:type="dxa"/>
              <w:left w:w="80" w:type="dxa"/>
              <w:bottom w:w="70" w:type="dxa"/>
              <w:right w:w="80" w:type="dxa"/>
            </w:tcMar>
            <w:vAlign w:val="center"/>
          </w:tcPr>
          <w:p w14:paraId="531AEE0B" w14:textId="77777777" w:rsidR="00E70AA0" w:rsidRPr="00D37AC4" w:rsidRDefault="003A7D38">
            <w:r w:rsidRPr="00D37AC4">
              <w:rPr>
                <w:b/>
              </w:rPr>
              <w:t>Black, Black British, Black Welsh, Caribbean or African</w:t>
            </w:r>
          </w:p>
        </w:tc>
        <w:tc>
          <w:tcPr>
            <w:tcW w:w="6905" w:type="dxa"/>
            <w:tcMar>
              <w:top w:w="70" w:type="dxa"/>
              <w:left w:w="80" w:type="dxa"/>
              <w:bottom w:w="70" w:type="dxa"/>
              <w:right w:w="80" w:type="dxa"/>
            </w:tcMar>
            <w:vAlign w:val="center"/>
          </w:tcPr>
          <w:p w14:paraId="4B2AF05D" w14:textId="77777777" w:rsidR="00E70AA0" w:rsidRPr="00D37AC4" w:rsidRDefault="003A7D38">
            <w:r w:rsidRPr="00D37AC4">
              <w:t>☐ African  ☐ Caribbean  ☐ Black British / Welsh  ☐ Other Black background: __________</w:t>
            </w:r>
          </w:p>
        </w:tc>
      </w:tr>
      <w:tr w:rsidR="00E70AA0" w:rsidRPr="00D37AC4" w14:paraId="1932B27A" w14:textId="77777777" w:rsidTr="00C25F75">
        <w:trPr>
          <w:jc w:val="center"/>
        </w:trPr>
        <w:tc>
          <w:tcPr>
            <w:tcW w:w="3741" w:type="dxa"/>
            <w:tcMar>
              <w:top w:w="70" w:type="dxa"/>
              <w:left w:w="80" w:type="dxa"/>
              <w:bottom w:w="70" w:type="dxa"/>
              <w:right w:w="80" w:type="dxa"/>
            </w:tcMar>
            <w:vAlign w:val="center"/>
          </w:tcPr>
          <w:p w14:paraId="38A45DE1" w14:textId="77777777" w:rsidR="00E70AA0" w:rsidRPr="00D37AC4" w:rsidRDefault="003A7D38">
            <w:r w:rsidRPr="00D37AC4">
              <w:rPr>
                <w:b/>
              </w:rPr>
              <w:t>Mixed or multiple ethnic groups</w:t>
            </w:r>
          </w:p>
        </w:tc>
        <w:tc>
          <w:tcPr>
            <w:tcW w:w="6905" w:type="dxa"/>
            <w:tcMar>
              <w:top w:w="70" w:type="dxa"/>
              <w:left w:w="80" w:type="dxa"/>
              <w:bottom w:w="70" w:type="dxa"/>
              <w:right w:w="80" w:type="dxa"/>
            </w:tcMar>
            <w:vAlign w:val="center"/>
          </w:tcPr>
          <w:p w14:paraId="14B259FB" w14:textId="77777777" w:rsidR="00E70AA0" w:rsidRPr="00D37AC4" w:rsidRDefault="003A7D38">
            <w:r w:rsidRPr="00D37AC4">
              <w:t>☐ White and Asian  ☐ White and Black African  ☐ White and Black Caribbean  ☐ Other Mixed background: __________</w:t>
            </w:r>
          </w:p>
        </w:tc>
      </w:tr>
      <w:tr w:rsidR="00E70AA0" w:rsidRPr="00D37AC4" w14:paraId="0FDB1294" w14:textId="77777777" w:rsidTr="00C25F75">
        <w:trPr>
          <w:jc w:val="center"/>
        </w:trPr>
        <w:tc>
          <w:tcPr>
            <w:tcW w:w="3741" w:type="dxa"/>
            <w:tcMar>
              <w:top w:w="70" w:type="dxa"/>
              <w:left w:w="80" w:type="dxa"/>
              <w:bottom w:w="70" w:type="dxa"/>
              <w:right w:w="80" w:type="dxa"/>
            </w:tcMar>
            <w:vAlign w:val="center"/>
          </w:tcPr>
          <w:p w14:paraId="48F59FF4" w14:textId="77777777" w:rsidR="00E70AA0" w:rsidRPr="00D37AC4" w:rsidRDefault="003A7D38">
            <w:r w:rsidRPr="00D37AC4">
              <w:rPr>
                <w:b/>
              </w:rPr>
              <w:t>White</w:t>
            </w:r>
          </w:p>
        </w:tc>
        <w:tc>
          <w:tcPr>
            <w:tcW w:w="6905" w:type="dxa"/>
            <w:tcMar>
              <w:top w:w="70" w:type="dxa"/>
              <w:left w:w="80" w:type="dxa"/>
              <w:bottom w:w="70" w:type="dxa"/>
              <w:right w:w="80" w:type="dxa"/>
            </w:tcMar>
            <w:vAlign w:val="center"/>
          </w:tcPr>
          <w:p w14:paraId="12061EDF" w14:textId="77777777" w:rsidR="00E70AA0" w:rsidRPr="00D37AC4" w:rsidRDefault="003A7D38">
            <w:r w:rsidRPr="00D37AC4">
              <w:t>☐ English / Welsh / Scottish / Northern Irish / British  ☐ Irish  ☐ Gypsy or Irish Traveller  ☐ Roma  ☐ Other White background: __________</w:t>
            </w:r>
          </w:p>
        </w:tc>
      </w:tr>
      <w:tr w:rsidR="00E70AA0" w:rsidRPr="00D37AC4" w14:paraId="3C07E02A" w14:textId="77777777" w:rsidTr="00C25F75">
        <w:trPr>
          <w:jc w:val="center"/>
        </w:trPr>
        <w:tc>
          <w:tcPr>
            <w:tcW w:w="3741" w:type="dxa"/>
            <w:tcMar>
              <w:top w:w="70" w:type="dxa"/>
              <w:left w:w="80" w:type="dxa"/>
              <w:bottom w:w="70" w:type="dxa"/>
              <w:right w:w="80" w:type="dxa"/>
            </w:tcMar>
            <w:vAlign w:val="center"/>
          </w:tcPr>
          <w:p w14:paraId="626468C4" w14:textId="77777777" w:rsidR="00E70AA0" w:rsidRPr="00D37AC4" w:rsidRDefault="003A7D38">
            <w:r w:rsidRPr="00D37AC4">
              <w:rPr>
                <w:b/>
              </w:rPr>
              <w:t>Other ethnic group</w:t>
            </w:r>
          </w:p>
        </w:tc>
        <w:tc>
          <w:tcPr>
            <w:tcW w:w="6905" w:type="dxa"/>
            <w:tcMar>
              <w:top w:w="70" w:type="dxa"/>
              <w:left w:w="80" w:type="dxa"/>
              <w:bottom w:w="70" w:type="dxa"/>
              <w:right w:w="80" w:type="dxa"/>
            </w:tcMar>
            <w:vAlign w:val="center"/>
          </w:tcPr>
          <w:p w14:paraId="41141F77" w14:textId="77777777" w:rsidR="00E70AA0" w:rsidRPr="00D37AC4" w:rsidRDefault="003A7D38">
            <w:r w:rsidRPr="00D37AC4">
              <w:t>☐ Arab  ☐ Kurdish  ☐ Latin American  ☐ Any other ethnic group: __________</w:t>
            </w:r>
          </w:p>
        </w:tc>
      </w:tr>
      <w:tr w:rsidR="00E70AA0" w:rsidRPr="00D37AC4" w14:paraId="000A257F" w14:textId="77777777" w:rsidTr="00C25F75">
        <w:trPr>
          <w:jc w:val="center"/>
        </w:trPr>
        <w:tc>
          <w:tcPr>
            <w:tcW w:w="3741" w:type="dxa"/>
            <w:tcMar>
              <w:top w:w="70" w:type="dxa"/>
              <w:left w:w="80" w:type="dxa"/>
              <w:bottom w:w="70" w:type="dxa"/>
              <w:right w:w="80" w:type="dxa"/>
            </w:tcMar>
            <w:vAlign w:val="center"/>
          </w:tcPr>
          <w:p w14:paraId="152F6D1F" w14:textId="77777777" w:rsidR="00E70AA0" w:rsidRPr="00D37AC4" w:rsidRDefault="00E70AA0"/>
        </w:tc>
        <w:tc>
          <w:tcPr>
            <w:tcW w:w="6905" w:type="dxa"/>
            <w:tcMar>
              <w:top w:w="70" w:type="dxa"/>
              <w:left w:w="80" w:type="dxa"/>
              <w:bottom w:w="70" w:type="dxa"/>
              <w:right w:w="80" w:type="dxa"/>
            </w:tcMar>
            <w:vAlign w:val="center"/>
          </w:tcPr>
          <w:p w14:paraId="577A0B23" w14:textId="77777777" w:rsidR="00E70AA0" w:rsidRPr="00D37AC4" w:rsidRDefault="003A7D38">
            <w:r w:rsidRPr="00D37AC4">
              <w:t>☐ Prefer not to say</w:t>
            </w:r>
          </w:p>
        </w:tc>
      </w:tr>
    </w:tbl>
    <w:p w14:paraId="7D5C9279" w14:textId="77777777" w:rsidR="00C25F75" w:rsidRPr="00D37AC4" w:rsidRDefault="00C25F75">
      <w:pPr>
        <w:rPr>
          <w:b/>
        </w:rPr>
      </w:pPr>
    </w:p>
    <w:p w14:paraId="57A33AC5" w14:textId="77777777" w:rsidR="00E26A80" w:rsidRDefault="003A7D38" w:rsidP="00E26A80">
      <w:pPr>
        <w:rPr>
          <w:b/>
        </w:rPr>
      </w:pPr>
      <w:r w:rsidRPr="00D37AC4">
        <w:rPr>
          <w:b/>
        </w:rPr>
        <w:t>Thank you.</w:t>
      </w:r>
    </w:p>
    <w:p w14:paraId="2A3A33FA" w14:textId="77777777" w:rsidR="002C6F32" w:rsidRDefault="003A7D38" w:rsidP="002C6F32">
      <w:pPr>
        <w:rPr>
          <w:b/>
        </w:rPr>
      </w:pPr>
      <w:r w:rsidRPr="00D37AC4">
        <w:rPr>
          <w:b/>
        </w:rPr>
        <w:t xml:space="preserve">Please return this monitoring section with your application. </w:t>
      </w:r>
    </w:p>
    <w:p w14:paraId="320A2B16" w14:textId="2FB41299" w:rsidR="00E70AA0" w:rsidRPr="00E26A80" w:rsidRDefault="003A7D38" w:rsidP="002C6F32">
      <w:pPr>
        <w:rPr>
          <w:b/>
        </w:rPr>
      </w:pPr>
      <w:r w:rsidRPr="00D37AC4">
        <w:rPr>
          <w:b/>
        </w:rPr>
        <w:t>The recruitment administrator will detach and record it separately.</w:t>
      </w:r>
    </w:p>
    <w:sectPr w:rsidR="00E70AA0" w:rsidRPr="00E26A80" w:rsidSect="00034616">
      <w:headerReference w:type="default" r:id="rId8"/>
      <w:footerReference w:type="default" r:id="rId9"/>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86788" w14:textId="77777777" w:rsidR="002415E8" w:rsidRDefault="002415E8">
      <w:pPr>
        <w:spacing w:after="0" w:line="240" w:lineRule="auto"/>
      </w:pPr>
      <w:r>
        <w:separator/>
      </w:r>
    </w:p>
  </w:endnote>
  <w:endnote w:type="continuationSeparator" w:id="0">
    <w:p w14:paraId="5DF55DDC" w14:textId="77777777" w:rsidR="002415E8" w:rsidRDefault="00241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6B17" w14:textId="77777777" w:rsidR="006E563A" w:rsidRPr="006E563A" w:rsidRDefault="006E563A">
    <w:pPr>
      <w:pStyle w:val="Footer"/>
      <w:tabs>
        <w:tab w:val="clear" w:pos="4680"/>
        <w:tab w:val="clear" w:pos="9360"/>
      </w:tabs>
      <w:jc w:val="center"/>
      <w:rPr>
        <w:caps/>
        <w:color w:val="4F81BD" w:themeColor="accent1"/>
        <w:sz w:val="12"/>
        <w:szCs w:val="14"/>
      </w:rPr>
    </w:pPr>
    <w:r w:rsidRPr="006E563A">
      <w:rPr>
        <w:caps/>
        <w:color w:val="4F81BD" w:themeColor="accent1"/>
        <w:sz w:val="12"/>
        <w:szCs w:val="14"/>
      </w:rPr>
      <w:fldChar w:fldCharType="begin"/>
    </w:r>
    <w:r w:rsidRPr="006E563A">
      <w:rPr>
        <w:caps/>
        <w:color w:val="4F81BD" w:themeColor="accent1"/>
        <w:sz w:val="12"/>
        <w:szCs w:val="14"/>
      </w:rPr>
      <w:instrText>PAGE   \* MERGEFORMAT</w:instrText>
    </w:r>
    <w:r w:rsidRPr="006E563A">
      <w:rPr>
        <w:caps/>
        <w:color w:val="4F81BD" w:themeColor="accent1"/>
        <w:sz w:val="12"/>
        <w:szCs w:val="14"/>
      </w:rPr>
      <w:fldChar w:fldCharType="separate"/>
    </w:r>
    <w:r w:rsidRPr="006E563A">
      <w:rPr>
        <w:caps/>
        <w:color w:val="4F81BD" w:themeColor="accent1"/>
        <w:sz w:val="12"/>
        <w:szCs w:val="14"/>
        <w:lang w:val="en-GB"/>
      </w:rPr>
      <w:t>2</w:t>
    </w:r>
    <w:r w:rsidRPr="006E563A">
      <w:rPr>
        <w:caps/>
        <w:color w:val="4F81BD" w:themeColor="accent1"/>
        <w:sz w:val="12"/>
        <w:szCs w:val="14"/>
      </w:rPr>
      <w:fldChar w:fldCharType="end"/>
    </w:r>
  </w:p>
  <w:p w14:paraId="356E9CF5" w14:textId="4FE8510E" w:rsidR="00E70AA0" w:rsidRPr="007741D2" w:rsidRDefault="00E70A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D1FE" w14:textId="77777777" w:rsidR="002415E8" w:rsidRDefault="002415E8">
      <w:pPr>
        <w:spacing w:after="0" w:line="240" w:lineRule="auto"/>
      </w:pPr>
      <w:r>
        <w:separator/>
      </w:r>
    </w:p>
  </w:footnote>
  <w:footnote w:type="continuationSeparator" w:id="0">
    <w:p w14:paraId="0A156220" w14:textId="77777777" w:rsidR="002415E8" w:rsidRDefault="00241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8A33" w14:textId="3D7F447F" w:rsidR="006E563A" w:rsidRDefault="006E563A">
    <w:pPr>
      <w:pStyle w:val="Header"/>
    </w:pPr>
    <w:r>
      <w:ptab w:relativeTo="margin" w:alignment="center" w:leader="none"/>
    </w:r>
    <w:r>
      <w:rPr>
        <w:noProof/>
      </w:rPr>
      <w:drawing>
        <wp:inline distT="0" distB="0" distL="0" distR="0" wp14:anchorId="73E4C2AF" wp14:editId="2A0DB31B">
          <wp:extent cx="1234440" cy="10399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_logo.png"/>
                  <pic:cNvPicPr/>
                </pic:nvPicPr>
                <pic:blipFill>
                  <a:blip r:embed="rId1"/>
                  <a:stretch>
                    <a:fillRect/>
                  </a:stretch>
                </pic:blipFill>
                <pic:spPr>
                  <a:xfrm>
                    <a:off x="0" y="0"/>
                    <a:ext cx="1234440" cy="1039922"/>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13655DC"/>
    <w:lvl w:ilvl="0">
      <w:start w:val="1"/>
      <w:numFmt w:val="bullet"/>
      <w:pStyle w:val="ListBullet"/>
      <w:lvlText w:val=""/>
      <w:lvlJc w:val="left"/>
      <w:pPr>
        <w:tabs>
          <w:tab w:val="num" w:pos="360"/>
        </w:tabs>
        <w:ind w:left="360" w:hanging="360"/>
      </w:pPr>
      <w:rPr>
        <w:rFonts w:ascii="Symbol" w:hAnsi="Symbol" w:hint="default"/>
      </w:rPr>
    </w:lvl>
  </w:abstractNum>
  <w:num w:numId="1" w16cid:durableId="155541339">
    <w:abstractNumId w:val="8"/>
  </w:num>
  <w:num w:numId="2" w16cid:durableId="355272084">
    <w:abstractNumId w:val="6"/>
  </w:num>
  <w:num w:numId="3" w16cid:durableId="119538334">
    <w:abstractNumId w:val="5"/>
  </w:num>
  <w:num w:numId="4" w16cid:durableId="659776086">
    <w:abstractNumId w:val="4"/>
  </w:num>
  <w:num w:numId="5" w16cid:durableId="958948567">
    <w:abstractNumId w:val="7"/>
  </w:num>
  <w:num w:numId="6" w16cid:durableId="207618859">
    <w:abstractNumId w:val="3"/>
  </w:num>
  <w:num w:numId="7" w16cid:durableId="896167679">
    <w:abstractNumId w:val="2"/>
  </w:num>
  <w:num w:numId="8" w16cid:durableId="1844003366">
    <w:abstractNumId w:val="1"/>
  </w:num>
  <w:num w:numId="9" w16cid:durableId="115337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799FDF"/>
  <w14:defaultImageDpi w14:val="300"/>
  <w15:docId w15:val="{2341B8E9-B70B-4C17-970D-6C47EDCB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