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C7234" w14:textId="0B8B2CB0" w:rsidR="001B6684" w:rsidRPr="00041031" w:rsidRDefault="00BC4458" w:rsidP="00D74C44">
      <w:pPr>
        <w:jc w:val="center"/>
        <w:rPr>
          <w:rFonts w:ascii="Avenir Book" w:hAnsi="Avenir Book"/>
          <w:b/>
          <w:sz w:val="28"/>
          <w:szCs w:val="21"/>
        </w:rPr>
      </w:pPr>
      <w:r w:rsidRPr="00041031">
        <w:rPr>
          <w:rFonts w:ascii="Avenir Book" w:hAnsi="Avenir Book"/>
          <w:b/>
          <w:sz w:val="28"/>
          <w:szCs w:val="21"/>
        </w:rPr>
        <w:t>The Thornbury, Woodhall and Waterloo Joint Council</w:t>
      </w:r>
      <w:r w:rsidR="00D74C44" w:rsidRPr="00041031">
        <w:rPr>
          <w:rFonts w:ascii="Avenir Book" w:hAnsi="Avenir Book"/>
          <w:b/>
          <w:sz w:val="28"/>
          <w:szCs w:val="21"/>
          <w:u w:val="single"/>
        </w:rPr>
        <w:br/>
      </w:r>
      <w:r w:rsidRPr="00041031">
        <w:rPr>
          <w:rFonts w:ascii="Avenir Book" w:hAnsi="Avenir Book"/>
          <w:b/>
          <w:sz w:val="28"/>
          <w:szCs w:val="21"/>
        </w:rPr>
        <w:t>Job Description</w:t>
      </w:r>
    </w:p>
    <w:p w14:paraId="6DC26C7E" w14:textId="77777777" w:rsidR="00D74C44" w:rsidRDefault="00D74C44">
      <w:pPr>
        <w:rPr>
          <w:rFonts w:ascii="Avenir Book" w:hAnsi="Avenir Book"/>
          <w:b/>
          <w:bCs/>
          <w:sz w:val="24"/>
          <w:szCs w:val="24"/>
        </w:rPr>
      </w:pPr>
    </w:p>
    <w:p w14:paraId="3A36225D" w14:textId="4C1571FA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Job Title:</w:t>
      </w:r>
      <w:r w:rsidR="00E039AD" w:rsidRPr="00041031">
        <w:rPr>
          <w:rFonts w:ascii="Avenir Book" w:hAnsi="Avenir Book"/>
        </w:rPr>
        <w:t xml:space="preserve"> </w:t>
      </w:r>
      <w:r w:rsidRPr="00041031">
        <w:rPr>
          <w:rFonts w:ascii="Avenir Book" w:hAnsi="Avenir Book"/>
        </w:rPr>
        <w:t xml:space="preserve"> Older People’s Outreach Worker</w:t>
      </w:r>
    </w:p>
    <w:p w14:paraId="49D10BB9" w14:textId="5C40FC06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Employer:</w:t>
      </w:r>
      <w:r w:rsidRPr="00041031">
        <w:rPr>
          <w:rFonts w:ascii="Avenir Book" w:hAnsi="Avenir Book"/>
        </w:rPr>
        <w:t xml:space="preserve"> The Thornbury, Woodhall and Waterloo Joint Council</w:t>
      </w:r>
    </w:p>
    <w:p w14:paraId="73BB8C0D" w14:textId="660E8E75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Location:</w:t>
      </w:r>
      <w:r w:rsidR="00A93275" w:rsidRPr="00041031">
        <w:rPr>
          <w:rFonts w:ascii="Avenir Book" w:hAnsi="Avenir Book"/>
          <w:b/>
          <w:bCs/>
        </w:rPr>
        <w:t xml:space="preserve"> </w:t>
      </w:r>
      <w:r w:rsidR="00E039AD" w:rsidRPr="00041031">
        <w:rPr>
          <w:rFonts w:ascii="Avenir Book" w:hAnsi="Avenir Book"/>
        </w:rPr>
        <w:t xml:space="preserve"> </w:t>
      </w:r>
      <w:r w:rsidRPr="00041031">
        <w:rPr>
          <w:rFonts w:ascii="Avenir Book" w:hAnsi="Avenir Book"/>
        </w:rPr>
        <w:t>The Thornbury Centre</w:t>
      </w:r>
      <w:r w:rsidR="00D74C44" w:rsidRPr="00041031">
        <w:rPr>
          <w:rFonts w:ascii="Avenir Book" w:hAnsi="Avenir Book"/>
        </w:rPr>
        <w:t>, 79 Leeds Old Road, Bradford, BD3 8JX</w:t>
      </w:r>
    </w:p>
    <w:p w14:paraId="7CF8B260" w14:textId="49B15F2A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Hours:</w:t>
      </w:r>
      <w:r w:rsidR="00E039AD" w:rsidRPr="00041031">
        <w:rPr>
          <w:rFonts w:ascii="Avenir Book" w:hAnsi="Avenir Book"/>
        </w:rPr>
        <w:t xml:space="preserve"> </w:t>
      </w:r>
      <w:r w:rsidRPr="00041031">
        <w:rPr>
          <w:rFonts w:ascii="Avenir Book" w:hAnsi="Avenir Book"/>
        </w:rPr>
        <w:t>20 hours per week</w:t>
      </w:r>
    </w:p>
    <w:p w14:paraId="6BDFFD0A" w14:textId="0965E321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Salary:</w:t>
      </w:r>
      <w:r w:rsidR="00E039AD" w:rsidRPr="00041031">
        <w:rPr>
          <w:rFonts w:ascii="Avenir Book" w:hAnsi="Avenir Book"/>
        </w:rPr>
        <w:t xml:space="preserve"> </w:t>
      </w:r>
      <w:r w:rsidR="00D74C44" w:rsidRPr="00041031">
        <w:rPr>
          <w:rFonts w:ascii="Avenir Book" w:hAnsi="Avenir Book"/>
        </w:rPr>
        <w:t>£16,250</w:t>
      </w:r>
    </w:p>
    <w:p w14:paraId="0AFB65B1" w14:textId="32237803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Contract:</w:t>
      </w:r>
      <w:r w:rsidRPr="00041031">
        <w:rPr>
          <w:rFonts w:ascii="Avenir Book" w:hAnsi="Avenir Book"/>
        </w:rPr>
        <w:t xml:space="preserve"> </w:t>
      </w:r>
      <w:r w:rsidR="00D74C44" w:rsidRPr="00041031">
        <w:rPr>
          <w:rFonts w:ascii="Avenir Book" w:hAnsi="Avenir Book"/>
        </w:rPr>
        <w:t xml:space="preserve">Two Year </w:t>
      </w:r>
      <w:r w:rsidRPr="00041031">
        <w:rPr>
          <w:rFonts w:ascii="Avenir Book" w:hAnsi="Avenir Book"/>
        </w:rPr>
        <w:t>Fixed Ter</w:t>
      </w:r>
      <w:r w:rsidR="00E039AD" w:rsidRPr="00041031">
        <w:rPr>
          <w:rFonts w:ascii="Avenir Book" w:hAnsi="Avenir Book"/>
        </w:rPr>
        <w:t>m</w:t>
      </w:r>
    </w:p>
    <w:p w14:paraId="6978F0EB" w14:textId="2AF1EBB7" w:rsidR="001B6684" w:rsidRPr="00041031" w:rsidRDefault="00BC4458" w:rsidP="00D74C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venir Book" w:hAnsi="Avenir Book"/>
        </w:rPr>
      </w:pPr>
      <w:r w:rsidRPr="00041031">
        <w:rPr>
          <w:rFonts w:ascii="Avenir Book" w:hAnsi="Avenir Book"/>
          <w:b/>
          <w:bCs/>
        </w:rPr>
        <w:t>Responsible to</w:t>
      </w:r>
      <w:r w:rsidRPr="00041031">
        <w:rPr>
          <w:rFonts w:ascii="Avenir Book" w:hAnsi="Avenir Book"/>
        </w:rPr>
        <w:t>: The Interim Priest-in-Charge of Thornbury, Woodhall and Waterloo</w:t>
      </w:r>
    </w:p>
    <w:p w14:paraId="4B20B927" w14:textId="77777777" w:rsidR="001B6684" w:rsidRPr="00041031" w:rsidRDefault="00BC4458">
      <w:pPr>
        <w:rPr>
          <w:rFonts w:ascii="Avenir Book" w:hAnsi="Avenir Book"/>
          <w:sz w:val="24"/>
          <w:szCs w:val="24"/>
        </w:rPr>
      </w:pPr>
      <w:r w:rsidRPr="00041031">
        <w:rPr>
          <w:rFonts w:ascii="Avenir Book" w:hAnsi="Avenir Book"/>
          <w:b/>
          <w:color w:val="00468C"/>
          <w:sz w:val="24"/>
          <w:szCs w:val="24"/>
        </w:rPr>
        <w:t>About Us</w:t>
      </w:r>
    </w:p>
    <w:p w14:paraId="37F7EE3A" w14:textId="1A16F52C" w:rsidR="00D74C44" w:rsidRPr="00041031" w:rsidRDefault="00BC4458" w:rsidP="00E039AD">
      <w:pPr>
        <w:rPr>
          <w:rFonts w:ascii="Avenir Book" w:hAnsi="Avenir Book"/>
        </w:rPr>
      </w:pPr>
      <w:r w:rsidRPr="00041031">
        <w:rPr>
          <w:rFonts w:ascii="Avenir Book" w:hAnsi="Avenir Book"/>
        </w:rPr>
        <w:t>The Benefice of Thornbury, Woodhall, and Waterloo includes the parish churches of St</w:t>
      </w:r>
      <w:r w:rsidR="00D74C44" w:rsidRPr="00041031">
        <w:rPr>
          <w:rFonts w:ascii="Avenir Book" w:hAnsi="Avenir Book"/>
        </w:rPr>
        <w:t>.</w:t>
      </w:r>
      <w:r w:rsidRPr="00041031">
        <w:rPr>
          <w:rFonts w:ascii="Avenir Book" w:hAnsi="Avenir Book"/>
        </w:rPr>
        <w:t xml:space="preserve"> Margaret’s, Thornbury, and St</w:t>
      </w:r>
      <w:r w:rsidR="00D74C44" w:rsidRPr="00041031">
        <w:rPr>
          <w:rFonts w:ascii="Avenir Book" w:hAnsi="Avenir Book"/>
        </w:rPr>
        <w:t xml:space="preserve">. </w:t>
      </w:r>
      <w:r w:rsidRPr="00041031">
        <w:rPr>
          <w:rFonts w:ascii="Avenir Book" w:hAnsi="Avenir Book"/>
        </w:rPr>
        <w:t xml:space="preserve">James the Great, Woodhall and Waterloo. </w:t>
      </w:r>
      <w:r w:rsidR="00D74C44" w:rsidRPr="00041031">
        <w:rPr>
          <w:rFonts w:ascii="Avenir Book" w:hAnsi="Avenir Book"/>
        </w:rPr>
        <w:t>The churches are managed by The Thornbury, Woodhall and Waterloo Joint Council (Charity number:</w:t>
      </w:r>
      <w:r w:rsidR="00D74C44" w:rsidRPr="00041031">
        <w:rPr>
          <w:sz w:val="21"/>
          <w:szCs w:val="21"/>
        </w:rPr>
        <w:t xml:space="preserve"> </w:t>
      </w:r>
      <w:r w:rsidR="00D74C44" w:rsidRPr="00041031">
        <w:rPr>
          <w:rFonts w:ascii="Avenir Book" w:hAnsi="Avenir Book"/>
        </w:rPr>
        <w:t>1214348</w:t>
      </w:r>
      <w:r w:rsidR="00D74C44" w:rsidRPr="00041031">
        <w:rPr>
          <w:rFonts w:ascii="Avenir Book" w:hAnsi="Avenir Book"/>
        </w:rPr>
        <w:t xml:space="preserve">). As churches, we </w:t>
      </w:r>
      <w:r w:rsidRPr="00041031">
        <w:rPr>
          <w:rFonts w:ascii="Avenir Book" w:hAnsi="Avenir Book"/>
        </w:rPr>
        <w:t>collaborate in ministry, sharing clergy and resources to serve our community more effectively. Since the arrival of our Interim Priest-in-Charge, both churches have experienced a renewed sense of vision and direction, with St</w:t>
      </w:r>
      <w:r w:rsidR="00D74C44" w:rsidRPr="00041031">
        <w:rPr>
          <w:rFonts w:ascii="Avenir Book" w:hAnsi="Avenir Book"/>
        </w:rPr>
        <w:t>.</w:t>
      </w:r>
      <w:r w:rsidRPr="00041031">
        <w:rPr>
          <w:rFonts w:ascii="Avenir Book" w:hAnsi="Avenir Book"/>
        </w:rPr>
        <w:t xml:space="preserve"> James showing </w:t>
      </w:r>
      <w:r w:rsidR="00E039AD" w:rsidRPr="00041031">
        <w:rPr>
          <w:rFonts w:ascii="Avenir Book" w:hAnsi="Avenir Book"/>
        </w:rPr>
        <w:t>signs</w:t>
      </w:r>
      <w:r w:rsidRPr="00041031">
        <w:rPr>
          <w:rFonts w:ascii="Avenir Book" w:hAnsi="Avenir Book"/>
        </w:rPr>
        <w:t xml:space="preserve"> of growth.</w:t>
      </w:r>
      <w:r w:rsidR="00D74C44" w:rsidRPr="00041031">
        <w:rPr>
          <w:rFonts w:ascii="Avenir Book" w:hAnsi="Avenir Book"/>
        </w:rPr>
        <w:t xml:space="preserve"> </w:t>
      </w:r>
      <w:r w:rsidRPr="00041031">
        <w:rPr>
          <w:rFonts w:ascii="Avenir Book" w:hAnsi="Avenir Book"/>
        </w:rPr>
        <w:t xml:space="preserve">This role is also offered in partnership with the </w:t>
      </w:r>
      <w:proofErr w:type="spellStart"/>
      <w:r w:rsidRPr="00041031">
        <w:rPr>
          <w:rFonts w:ascii="Avenir Book" w:hAnsi="Avenir Book"/>
        </w:rPr>
        <w:t>neighbouring</w:t>
      </w:r>
      <w:proofErr w:type="spellEnd"/>
      <w:r w:rsidRPr="00041031">
        <w:rPr>
          <w:rFonts w:ascii="Avenir Book" w:hAnsi="Avenir Book"/>
        </w:rPr>
        <w:t xml:space="preserve"> parishes of St</w:t>
      </w:r>
      <w:r w:rsidR="00D74C44" w:rsidRPr="00041031">
        <w:rPr>
          <w:rFonts w:ascii="Avenir Book" w:hAnsi="Avenir Book"/>
        </w:rPr>
        <w:t>.</w:t>
      </w:r>
      <w:r w:rsidRPr="00041031">
        <w:rPr>
          <w:rFonts w:ascii="Avenir Book" w:hAnsi="Avenir Book"/>
        </w:rPr>
        <w:t xml:space="preserve"> Clement’s </w:t>
      </w:r>
      <w:proofErr w:type="spellStart"/>
      <w:r w:rsidRPr="00041031">
        <w:rPr>
          <w:rFonts w:ascii="Avenir Book" w:hAnsi="Avenir Book"/>
        </w:rPr>
        <w:t>Barkerend</w:t>
      </w:r>
      <w:proofErr w:type="spellEnd"/>
      <w:r w:rsidRPr="00041031">
        <w:rPr>
          <w:rFonts w:ascii="Avenir Book" w:hAnsi="Avenir Book"/>
        </w:rPr>
        <w:t xml:space="preserve"> and St</w:t>
      </w:r>
      <w:r w:rsidR="00D74C44" w:rsidRPr="00041031">
        <w:rPr>
          <w:rFonts w:ascii="Avenir Book" w:hAnsi="Avenir Book"/>
        </w:rPr>
        <w:t>.</w:t>
      </w:r>
      <w:r w:rsidRPr="00041031">
        <w:rPr>
          <w:rFonts w:ascii="Avenir Book" w:hAnsi="Avenir Book"/>
        </w:rPr>
        <w:t xml:space="preserve"> Augustine’s Bradford Moor. </w:t>
      </w:r>
      <w:r w:rsidR="00D74C44" w:rsidRPr="00041031">
        <w:rPr>
          <w:rFonts w:ascii="Avenir Book" w:hAnsi="Avenir Book"/>
        </w:rPr>
        <w:t xml:space="preserve">It will be based at The Thornbury Centre, a large community </w:t>
      </w:r>
      <w:proofErr w:type="spellStart"/>
      <w:r w:rsidR="00D74C44" w:rsidRPr="00041031">
        <w:rPr>
          <w:rFonts w:ascii="Avenir Book" w:hAnsi="Avenir Book"/>
        </w:rPr>
        <w:t>centre</w:t>
      </w:r>
      <w:proofErr w:type="spellEnd"/>
      <w:r w:rsidR="00D74C44" w:rsidRPr="00041031">
        <w:rPr>
          <w:rFonts w:ascii="Avenir Book" w:hAnsi="Avenir Book"/>
        </w:rPr>
        <w:t xml:space="preserve"> on the Leeds Old Road and the home of St. Margaret’s Church. </w:t>
      </w:r>
    </w:p>
    <w:p w14:paraId="6667086B" w14:textId="2EBA5F0F" w:rsidR="001B6684" w:rsidRPr="00041031" w:rsidRDefault="00BC4458">
      <w:pPr>
        <w:rPr>
          <w:rFonts w:ascii="Avenir Book" w:hAnsi="Avenir Book"/>
          <w:sz w:val="21"/>
          <w:szCs w:val="21"/>
        </w:rPr>
      </w:pPr>
      <w:r w:rsidRPr="00041031">
        <w:rPr>
          <w:rFonts w:ascii="Avenir Book" w:hAnsi="Avenir Book"/>
          <w:b/>
          <w:color w:val="00468C"/>
          <w:sz w:val="24"/>
          <w:szCs w:val="21"/>
        </w:rPr>
        <w:t>Role Overview</w:t>
      </w:r>
    </w:p>
    <w:p w14:paraId="54DCB478" w14:textId="298D0E0F" w:rsidR="00D74C44" w:rsidRPr="00041031" w:rsidRDefault="00041031" w:rsidP="00D74C44">
      <w:pPr>
        <w:rPr>
          <w:rFonts w:ascii="Avenir Book" w:hAnsi="Avenir Book"/>
        </w:rPr>
      </w:pPr>
      <w:r w:rsidRPr="00041031">
        <w:rPr>
          <w:rFonts w:ascii="Avenir Book" w:hAnsi="Avenir Book"/>
        </w:rPr>
        <w:t>The appointment</w:t>
      </w:r>
      <w:r w:rsidR="00D74C44" w:rsidRPr="00041031">
        <w:rPr>
          <w:rFonts w:ascii="Avenir Book" w:hAnsi="Avenir Book"/>
        </w:rPr>
        <w:t xml:space="preserve"> of the Older People’s Outreach Worker provides an opportunity to continue and strengthen our ministry among older people, supporting faithful members of our churches, re-engaging those who have become disconnected, and extending pastoral care into the wider community.</w:t>
      </w:r>
    </w:p>
    <w:p w14:paraId="19BAE191" w14:textId="3EF4B1EE" w:rsidR="001B6684" w:rsidRPr="00041031" w:rsidRDefault="00BC4458">
      <w:pPr>
        <w:rPr>
          <w:rFonts w:ascii="Avenir Book" w:hAnsi="Avenir Book"/>
        </w:rPr>
      </w:pPr>
      <w:r w:rsidRPr="00041031">
        <w:rPr>
          <w:rFonts w:ascii="Avenir Book" w:hAnsi="Avenir Book"/>
        </w:rPr>
        <w:t xml:space="preserve">We are seeking a proactive and compassionate </w:t>
      </w:r>
      <w:r w:rsidR="00E039AD" w:rsidRPr="00041031">
        <w:rPr>
          <w:rFonts w:ascii="Avenir Book" w:hAnsi="Avenir Book"/>
        </w:rPr>
        <w:t xml:space="preserve">pastoral </w:t>
      </w:r>
      <w:r w:rsidRPr="00041031">
        <w:rPr>
          <w:rFonts w:ascii="Avenir Book" w:hAnsi="Avenir Book"/>
        </w:rPr>
        <w:t xml:space="preserve">leader to serve as our Older People’s Outreach Worker. The role is central to providing pastoral care for older people across our congregations and parishes, with particular focus on those </w:t>
      </w:r>
      <w:r w:rsidRPr="00041031">
        <w:rPr>
          <w:rFonts w:ascii="Avenir Book" w:hAnsi="Avenir Book"/>
        </w:rPr>
        <w:lastRenderedPageBreak/>
        <w:t>experiencing isolation, dementia, or pensioner poverty. This post combines Christian pastoral care with wider community engagement, ensuring older people are supported spiritually, socially, and practically.</w:t>
      </w:r>
    </w:p>
    <w:p w14:paraId="316C3259" w14:textId="77777777" w:rsidR="001B6684" w:rsidRPr="00041031" w:rsidRDefault="00BC4458">
      <w:pPr>
        <w:rPr>
          <w:rFonts w:ascii="Avenir Book" w:hAnsi="Avenir Book"/>
          <w:sz w:val="21"/>
          <w:szCs w:val="21"/>
        </w:rPr>
      </w:pPr>
      <w:r w:rsidRPr="00041031">
        <w:rPr>
          <w:rFonts w:ascii="Avenir Book" w:hAnsi="Avenir Book"/>
          <w:b/>
          <w:color w:val="00468C"/>
          <w:sz w:val="24"/>
          <w:szCs w:val="21"/>
        </w:rPr>
        <w:t>Key Responsibilities</w:t>
      </w:r>
    </w:p>
    <w:p w14:paraId="1ED43C6D" w14:textId="703B143A" w:rsidR="001B6684" w:rsidRPr="00E039AD" w:rsidRDefault="00BC4458" w:rsidP="00E039AD">
      <w:pPr>
        <w:spacing w:line="360" w:lineRule="auto"/>
        <w:rPr>
          <w:rFonts w:ascii="Avenir Book" w:hAnsi="Avenir Book"/>
          <w:sz w:val="24"/>
          <w:szCs w:val="24"/>
        </w:rPr>
      </w:pPr>
      <w:r w:rsidRPr="00041031">
        <w:rPr>
          <w:rFonts w:ascii="Avenir Book" w:hAnsi="Avenir Book"/>
        </w:rPr>
        <w:t>• Lead regular worship services in three local care homes.</w:t>
      </w:r>
      <w:r w:rsidRPr="00041031">
        <w:rPr>
          <w:rFonts w:ascii="Avenir Book" w:hAnsi="Avenir Book"/>
        </w:rPr>
        <w:br/>
        <w:t xml:space="preserve">• Plan and deliver pastoral home visits in collaboration with </w:t>
      </w:r>
      <w:r w:rsidR="00041031" w:rsidRPr="00041031">
        <w:rPr>
          <w:rFonts w:ascii="Avenir Book" w:hAnsi="Avenir Book"/>
        </w:rPr>
        <w:t>parish clergy.</w:t>
      </w:r>
      <w:r w:rsidRPr="00041031">
        <w:rPr>
          <w:rFonts w:ascii="Avenir Book" w:hAnsi="Avenir Book"/>
        </w:rPr>
        <w:br/>
        <w:t>• Support</w:t>
      </w:r>
      <w:r w:rsidR="00041031" w:rsidRPr="00041031">
        <w:rPr>
          <w:rFonts w:ascii="Avenir Book" w:hAnsi="Avenir Book"/>
        </w:rPr>
        <w:t xml:space="preserve"> existing</w:t>
      </w:r>
      <w:r w:rsidRPr="00041031">
        <w:rPr>
          <w:rFonts w:ascii="Avenir Book" w:hAnsi="Avenir Book"/>
        </w:rPr>
        <w:t xml:space="preserve"> activities for older people </w:t>
      </w:r>
      <w:r w:rsidR="00041031" w:rsidRPr="00041031">
        <w:rPr>
          <w:rFonts w:ascii="Avenir Book" w:hAnsi="Avenir Book"/>
        </w:rPr>
        <w:t xml:space="preserve">and where necessary plan new activities. </w:t>
      </w:r>
      <w:r w:rsidRPr="00041031">
        <w:rPr>
          <w:rFonts w:ascii="Avenir Book" w:hAnsi="Avenir Book"/>
        </w:rPr>
        <w:br/>
        <w:t xml:space="preserve">• Help </w:t>
      </w:r>
      <w:r w:rsidR="00E039AD" w:rsidRPr="00041031">
        <w:rPr>
          <w:rFonts w:ascii="Avenir Book" w:hAnsi="Avenir Book"/>
        </w:rPr>
        <w:t xml:space="preserve">our </w:t>
      </w:r>
      <w:r w:rsidRPr="00041031">
        <w:rPr>
          <w:rFonts w:ascii="Avenir Book" w:hAnsi="Avenir Book"/>
        </w:rPr>
        <w:t>churches, clergy, and lay leaders to become dementia-friendly, offering advice, resources, and training.</w:t>
      </w:r>
      <w:r w:rsidRPr="00041031">
        <w:rPr>
          <w:rFonts w:ascii="Avenir Book" w:hAnsi="Avenir Book"/>
        </w:rPr>
        <w:br/>
        <w:t>• Attend Sunday morning worship in the parish churches as agreed with the Interim Priest-in-Charge.</w:t>
      </w:r>
      <w:r w:rsidRPr="00041031">
        <w:rPr>
          <w:rFonts w:ascii="Avenir Book" w:hAnsi="Avenir Book"/>
        </w:rPr>
        <w:br/>
        <w:t>• Establish and pioneer a Memory Café at The Thornbury Centre.</w:t>
      </w:r>
      <w:r w:rsidRPr="00041031">
        <w:rPr>
          <w:rFonts w:ascii="Avenir Book" w:hAnsi="Avenir Book"/>
        </w:rPr>
        <w:br/>
        <w:t>• Build partnerships with local churches, charities, and community organisations.</w:t>
      </w:r>
      <w:r w:rsidRPr="00041031">
        <w:rPr>
          <w:rFonts w:ascii="Avenir Book" w:hAnsi="Avenir Book"/>
        </w:rPr>
        <w:br/>
        <w:t>• Maintain accurate records, databases, and filing systems.</w:t>
      </w:r>
      <w:r w:rsidRPr="00041031">
        <w:rPr>
          <w:rFonts w:ascii="Avenir Book" w:hAnsi="Avenir Book"/>
        </w:rPr>
        <w:br/>
        <w:t xml:space="preserve">• Undertake additional duties as required </w:t>
      </w:r>
      <w:r w:rsidR="00041031" w:rsidRPr="00041031">
        <w:rPr>
          <w:rFonts w:ascii="Avenir Book" w:hAnsi="Avenir Book"/>
        </w:rPr>
        <w:t>by the line manager</w:t>
      </w:r>
      <w:r w:rsidR="00041031">
        <w:rPr>
          <w:rFonts w:ascii="Avenir Book" w:hAnsi="Avenir Book"/>
          <w:sz w:val="24"/>
          <w:szCs w:val="24"/>
        </w:rPr>
        <w:t xml:space="preserve">. </w:t>
      </w:r>
    </w:p>
    <w:p w14:paraId="4F1EEEFF" w14:textId="3EDD9F83" w:rsidR="001B6684" w:rsidRPr="00041031" w:rsidRDefault="00BC4458">
      <w:pPr>
        <w:rPr>
          <w:rFonts w:ascii="Avenir Book" w:hAnsi="Avenir Book"/>
          <w:sz w:val="21"/>
          <w:szCs w:val="21"/>
        </w:rPr>
      </w:pPr>
      <w:r w:rsidRPr="00041031">
        <w:rPr>
          <w:rFonts w:ascii="Avenir Book" w:hAnsi="Avenir Book"/>
          <w:b/>
          <w:color w:val="00468C"/>
          <w:sz w:val="24"/>
          <w:szCs w:val="21"/>
        </w:rPr>
        <w:t>Qualifications and Skills</w:t>
      </w:r>
    </w:p>
    <w:p w14:paraId="70C39ED3" w14:textId="2D7659D5" w:rsidR="001B6684" w:rsidRPr="00041031" w:rsidRDefault="00BC4458" w:rsidP="00E039AD">
      <w:pPr>
        <w:spacing w:line="360" w:lineRule="auto"/>
        <w:rPr>
          <w:rFonts w:ascii="Avenir Book" w:hAnsi="Avenir Book"/>
        </w:rPr>
      </w:pPr>
      <w:r w:rsidRPr="00041031">
        <w:rPr>
          <w:rFonts w:ascii="Avenir Book" w:hAnsi="Avenir Book"/>
        </w:rPr>
        <w:t>• Excellent interpersonal and communication skills, with the ability to relate well to older people and their carers.</w:t>
      </w:r>
      <w:r w:rsidRPr="00041031">
        <w:rPr>
          <w:rFonts w:ascii="Avenir Book" w:hAnsi="Avenir Book"/>
        </w:rPr>
        <w:br/>
        <w:t>• Self-motivated with the ability to work independently</w:t>
      </w:r>
      <w:r w:rsidR="00041031" w:rsidRPr="00041031">
        <w:rPr>
          <w:rFonts w:ascii="Avenir Book" w:hAnsi="Avenir Book"/>
        </w:rPr>
        <w:t xml:space="preserve"> and as part of a team.</w:t>
      </w:r>
      <w:r w:rsidRPr="00041031">
        <w:rPr>
          <w:rFonts w:ascii="Avenir Book" w:hAnsi="Avenir Book"/>
        </w:rPr>
        <w:br/>
        <w:t xml:space="preserve">• Strong </w:t>
      </w:r>
      <w:proofErr w:type="spellStart"/>
      <w:r w:rsidRPr="00041031">
        <w:rPr>
          <w:rFonts w:ascii="Avenir Book" w:hAnsi="Avenir Book"/>
        </w:rPr>
        <w:t>organisational</w:t>
      </w:r>
      <w:proofErr w:type="spellEnd"/>
      <w:r w:rsidRPr="00041031">
        <w:rPr>
          <w:rFonts w:ascii="Avenir Book" w:hAnsi="Avenir Book"/>
        </w:rPr>
        <w:t xml:space="preserve"> skills and the ability to plan and deliver a varied programme of activities.</w:t>
      </w:r>
      <w:r w:rsidRPr="00041031">
        <w:rPr>
          <w:rFonts w:ascii="Avenir Book" w:hAnsi="Avenir Book"/>
        </w:rPr>
        <w:br/>
        <w:t>• Ability to work collaboratively with colleagues, volunteers, and partner organisations.</w:t>
      </w:r>
      <w:r w:rsidRPr="00041031">
        <w:rPr>
          <w:rFonts w:ascii="Avenir Book" w:hAnsi="Avenir Book"/>
        </w:rPr>
        <w:br/>
        <w:t>• Understanding of dementia and its impact on individuals and families.</w:t>
      </w:r>
      <w:r w:rsidRPr="00041031">
        <w:rPr>
          <w:rFonts w:ascii="Avenir Book" w:hAnsi="Avenir Book"/>
        </w:rPr>
        <w:br/>
        <w:t xml:space="preserve">• Basic understanding of </w:t>
      </w:r>
      <w:r w:rsidR="00041031" w:rsidRPr="00041031">
        <w:rPr>
          <w:rFonts w:ascii="Avenir Book" w:hAnsi="Avenir Book"/>
        </w:rPr>
        <w:t xml:space="preserve">Anglican </w:t>
      </w:r>
      <w:r w:rsidRPr="00041031">
        <w:rPr>
          <w:rFonts w:ascii="Avenir Book" w:hAnsi="Avenir Book"/>
        </w:rPr>
        <w:t>liturgy and worship.</w:t>
      </w:r>
      <w:r w:rsidRPr="00041031">
        <w:rPr>
          <w:rFonts w:ascii="Avenir Book" w:hAnsi="Avenir Book"/>
        </w:rPr>
        <w:br/>
        <w:t>• Knowledge of safeguarding procedures and best practice.</w:t>
      </w:r>
      <w:r w:rsidRPr="00041031">
        <w:rPr>
          <w:rFonts w:ascii="Avenir Book" w:hAnsi="Avenir Book"/>
        </w:rPr>
        <w:br/>
        <w:t>• High levels of trust and confidentiality in handling sensitive matters.</w:t>
      </w:r>
      <w:r w:rsidRPr="00041031">
        <w:rPr>
          <w:rFonts w:ascii="Avenir Book" w:hAnsi="Avenir Book"/>
        </w:rPr>
        <w:br/>
        <w:t>• Proficiency in Microsoft Office and relevant software.</w:t>
      </w:r>
      <w:r w:rsidRPr="00041031">
        <w:rPr>
          <w:rFonts w:ascii="Avenir Book" w:hAnsi="Avenir Book"/>
        </w:rPr>
        <w:br/>
        <w:t>• Good written and verbal communication skills.</w:t>
      </w:r>
    </w:p>
    <w:p w14:paraId="1BB0FDF7" w14:textId="77777777" w:rsidR="001B6684" w:rsidRPr="00041031" w:rsidRDefault="00BC4458">
      <w:pPr>
        <w:rPr>
          <w:rFonts w:ascii="Avenir Book" w:hAnsi="Avenir Book"/>
          <w:sz w:val="21"/>
          <w:szCs w:val="21"/>
        </w:rPr>
      </w:pPr>
      <w:r w:rsidRPr="00041031">
        <w:rPr>
          <w:rFonts w:ascii="Avenir Book" w:hAnsi="Avenir Book"/>
          <w:b/>
          <w:color w:val="00468C"/>
          <w:sz w:val="24"/>
          <w:szCs w:val="21"/>
        </w:rPr>
        <w:lastRenderedPageBreak/>
        <w:t>Person Specification</w:t>
      </w:r>
    </w:p>
    <w:p w14:paraId="700BA333" w14:textId="45B30DB4" w:rsidR="001B6684" w:rsidRPr="00041031" w:rsidRDefault="00BC4458">
      <w:pPr>
        <w:rPr>
          <w:rFonts w:ascii="Avenir Book" w:hAnsi="Avenir Book"/>
          <w:b/>
          <w:bCs/>
          <w:sz w:val="24"/>
          <w:szCs w:val="24"/>
        </w:rPr>
      </w:pPr>
      <w:r w:rsidRPr="00041031">
        <w:rPr>
          <w:rFonts w:ascii="Avenir Book" w:hAnsi="Avenir Book"/>
          <w:b/>
          <w:bCs/>
          <w:sz w:val="24"/>
          <w:szCs w:val="24"/>
        </w:rPr>
        <w:t>Essential</w:t>
      </w:r>
    </w:p>
    <w:p w14:paraId="3D531D84" w14:textId="092F973E" w:rsidR="00041031" w:rsidRPr="00041031" w:rsidRDefault="00BC4458" w:rsidP="00041031">
      <w:pPr>
        <w:spacing w:line="360" w:lineRule="auto"/>
        <w:rPr>
          <w:rFonts w:ascii="Avenir Book" w:hAnsi="Avenir Book"/>
        </w:rPr>
      </w:pPr>
      <w:r w:rsidRPr="00041031">
        <w:rPr>
          <w:rFonts w:ascii="Avenir Book" w:hAnsi="Avenir Book"/>
        </w:rPr>
        <w:t xml:space="preserve">• A </w:t>
      </w:r>
      <w:r w:rsidR="00E039AD" w:rsidRPr="00041031">
        <w:rPr>
          <w:rFonts w:ascii="Avenir Book" w:hAnsi="Avenir Book"/>
        </w:rPr>
        <w:t xml:space="preserve">lively </w:t>
      </w:r>
      <w:r w:rsidRPr="00041031">
        <w:rPr>
          <w:rFonts w:ascii="Avenir Book" w:hAnsi="Avenir Book"/>
        </w:rPr>
        <w:t xml:space="preserve">and </w:t>
      </w:r>
      <w:r w:rsidR="00E039AD" w:rsidRPr="00041031">
        <w:rPr>
          <w:rFonts w:ascii="Avenir Book" w:hAnsi="Avenir Book"/>
        </w:rPr>
        <w:t xml:space="preserve">committed </w:t>
      </w:r>
      <w:r w:rsidRPr="00041031">
        <w:rPr>
          <w:rFonts w:ascii="Avenir Book" w:hAnsi="Avenir Book"/>
        </w:rPr>
        <w:t>Christian faith.</w:t>
      </w:r>
      <w:r w:rsidRPr="00041031">
        <w:rPr>
          <w:rFonts w:ascii="Avenir Book" w:hAnsi="Avenir Book"/>
        </w:rPr>
        <w:br/>
        <w:t>• Experience of pastoral care, community work, or working with older people.</w:t>
      </w:r>
      <w:r w:rsidRPr="00041031">
        <w:rPr>
          <w:rFonts w:ascii="Avenir Book" w:hAnsi="Avenir Book"/>
        </w:rPr>
        <w:br/>
        <w:t>• Resilient and adaptable, particularly in deprived and diverse communities.</w:t>
      </w:r>
      <w:r w:rsidRPr="00041031">
        <w:rPr>
          <w:rFonts w:ascii="Avenir Book" w:hAnsi="Avenir Book"/>
        </w:rPr>
        <w:br/>
        <w:t>• Able to work sensitively in people’s homes and in care settings.</w:t>
      </w:r>
      <w:r w:rsidRPr="00041031">
        <w:rPr>
          <w:rFonts w:ascii="Avenir Book" w:hAnsi="Avenir Book"/>
        </w:rPr>
        <w:br/>
        <w:t>• Flexibility to work some evenings and weekends.</w:t>
      </w:r>
      <w:r w:rsidRPr="00041031">
        <w:rPr>
          <w:rFonts w:ascii="Avenir Book" w:hAnsi="Avenir Book"/>
        </w:rPr>
        <w:br/>
        <w:t>• Willingness to undertake training, including safeguarding.</w:t>
      </w:r>
    </w:p>
    <w:p w14:paraId="2FC8031D" w14:textId="2E24A240" w:rsidR="001B6684" w:rsidRPr="00041031" w:rsidRDefault="00BC4458">
      <w:pPr>
        <w:rPr>
          <w:rFonts w:ascii="Avenir Book" w:hAnsi="Avenir Book"/>
          <w:b/>
          <w:bCs/>
        </w:rPr>
      </w:pPr>
      <w:r w:rsidRPr="00041031">
        <w:rPr>
          <w:rFonts w:ascii="Avenir Book" w:hAnsi="Avenir Book"/>
          <w:b/>
          <w:bCs/>
        </w:rPr>
        <w:t>Desirable</w:t>
      </w:r>
    </w:p>
    <w:p w14:paraId="28843005" w14:textId="399EEF44" w:rsidR="00E039AD" w:rsidRPr="00041031" w:rsidRDefault="00BC4458" w:rsidP="00E039AD">
      <w:pPr>
        <w:spacing w:line="360" w:lineRule="auto"/>
        <w:rPr>
          <w:rFonts w:ascii="Avenir Book" w:hAnsi="Avenir Book"/>
        </w:rPr>
      </w:pPr>
      <w:r w:rsidRPr="00041031">
        <w:rPr>
          <w:rFonts w:ascii="Avenir Book" w:hAnsi="Avenir Book"/>
        </w:rPr>
        <w:t>• Previous experience working or volunteering in a church or faith-based context.</w:t>
      </w:r>
      <w:r w:rsidRPr="00041031">
        <w:rPr>
          <w:rFonts w:ascii="Avenir Book" w:hAnsi="Avenir Book"/>
        </w:rPr>
        <w:br/>
        <w:t xml:space="preserve">• Experience </w:t>
      </w:r>
      <w:r w:rsidR="00041031" w:rsidRPr="00041031">
        <w:rPr>
          <w:rFonts w:ascii="Avenir Book" w:hAnsi="Avenir Book"/>
        </w:rPr>
        <w:t>in</w:t>
      </w:r>
      <w:r w:rsidRPr="00041031">
        <w:rPr>
          <w:rFonts w:ascii="Avenir Book" w:hAnsi="Avenir Book"/>
        </w:rPr>
        <w:t xml:space="preserve"> recruiting, training, and supporting volunteers.</w:t>
      </w:r>
      <w:r w:rsidRPr="00041031">
        <w:rPr>
          <w:rFonts w:ascii="Avenir Book" w:hAnsi="Avenir Book"/>
        </w:rPr>
        <w:br/>
        <w:t>• Knowledge of the mission and beliefs of the Church of England, with a sympathetic approach to its ministry.</w:t>
      </w:r>
      <w:r w:rsidRPr="00041031">
        <w:rPr>
          <w:rFonts w:ascii="Avenir Book" w:hAnsi="Avenir Book"/>
        </w:rPr>
        <w:br/>
        <w:t>• Experience of working in a religiously and ethnically diverse community.</w:t>
      </w:r>
      <w:r w:rsidRPr="00041031">
        <w:rPr>
          <w:rFonts w:ascii="Avenir Book" w:hAnsi="Avenir Book"/>
        </w:rPr>
        <w:br/>
        <w:t>• Experience in the care sector.</w:t>
      </w:r>
      <w:r w:rsidRPr="00041031">
        <w:rPr>
          <w:rFonts w:ascii="Avenir Book" w:hAnsi="Avenir Book"/>
        </w:rPr>
        <w:br/>
        <w:t>• Skills in community development and outreach.</w:t>
      </w:r>
      <w:r w:rsidR="00E039AD" w:rsidRPr="00041031">
        <w:rPr>
          <w:rFonts w:ascii="Avenir Book" w:hAnsi="Avenir Book"/>
        </w:rPr>
        <w:t xml:space="preserve"> </w:t>
      </w:r>
    </w:p>
    <w:p w14:paraId="698913BA" w14:textId="77777777" w:rsidR="001B6684" w:rsidRPr="00041031" w:rsidRDefault="00BC4458">
      <w:pPr>
        <w:rPr>
          <w:rFonts w:ascii="Avenir Book" w:hAnsi="Avenir Book"/>
          <w:sz w:val="21"/>
          <w:szCs w:val="21"/>
        </w:rPr>
      </w:pPr>
      <w:r w:rsidRPr="00041031">
        <w:rPr>
          <w:rFonts w:ascii="Avenir Book" w:hAnsi="Avenir Book"/>
          <w:b/>
          <w:color w:val="00468C"/>
          <w:sz w:val="24"/>
          <w:szCs w:val="21"/>
        </w:rPr>
        <w:t>Additional Information</w:t>
      </w:r>
    </w:p>
    <w:p w14:paraId="4AC6A654" w14:textId="3420558D" w:rsidR="001B6684" w:rsidRPr="00041031" w:rsidRDefault="00BC4458" w:rsidP="00041031">
      <w:pPr>
        <w:rPr>
          <w:rFonts w:ascii="Avenir Book" w:eastAsia="Times New Roman" w:hAnsi="Avenir Book" w:cs="Times New Roman"/>
          <w:color w:val="0E0E0E"/>
          <w:lang w:val="en-GB" w:eastAsia="en-GB"/>
        </w:rPr>
      </w:pPr>
      <w:r w:rsidRPr="00041031">
        <w:rPr>
          <w:rFonts w:ascii="Avenir Book" w:hAnsi="Avenir Book"/>
        </w:rPr>
        <w:t xml:space="preserve">• </w:t>
      </w:r>
      <w:r w:rsidR="00041031" w:rsidRPr="00041031">
        <w:rPr>
          <w:rFonts w:ascii="Avenir Book" w:eastAsia="Times New Roman" w:hAnsi="Avenir Book" w:cs="Times New Roman"/>
          <w:color w:val="0E0E0E"/>
          <w:lang w:val="en-GB" w:eastAsia="en-GB"/>
        </w:rPr>
        <w:t>This post is subject to a Genuine Occupational Requirement that the postholder is a practising Christian, in accordance with the Equality Act 2010.</w:t>
      </w:r>
      <w:r w:rsidRPr="00041031">
        <w:rPr>
          <w:rFonts w:ascii="Avenir Book" w:hAnsi="Avenir Book"/>
        </w:rPr>
        <w:br/>
        <w:t>• The role is subject to an enhanced DBS check.</w:t>
      </w:r>
      <w:r w:rsidRPr="00041031">
        <w:rPr>
          <w:rFonts w:ascii="Avenir Book" w:hAnsi="Avenir Book"/>
        </w:rPr>
        <w:br/>
        <w:t>• Line management will be provided by the Interim Priest-in-Charge.</w:t>
      </w:r>
      <w:r w:rsidRPr="00041031">
        <w:rPr>
          <w:rFonts w:ascii="Avenir Book" w:hAnsi="Avenir Book"/>
        </w:rPr>
        <w:br/>
        <w:t>• The postholder will be based at The Thornbury Centre but will be expected to travel across the four parishes.</w:t>
      </w:r>
    </w:p>
    <w:sectPr w:rsidR="001B6684" w:rsidRPr="000410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AE600" w14:textId="77777777" w:rsidR="008F708D" w:rsidRDefault="008F708D" w:rsidP="00E039AD">
      <w:pPr>
        <w:spacing w:after="0" w:line="240" w:lineRule="auto"/>
      </w:pPr>
      <w:r>
        <w:separator/>
      </w:r>
    </w:p>
  </w:endnote>
  <w:endnote w:type="continuationSeparator" w:id="0">
    <w:p w14:paraId="62E392AB" w14:textId="77777777" w:rsidR="008F708D" w:rsidRDefault="008F708D" w:rsidP="00E03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25761120"/>
      <w:docPartObj>
        <w:docPartGallery w:val="Page Numbers (Bottom of Page)"/>
        <w:docPartUnique/>
      </w:docPartObj>
    </w:sdtPr>
    <w:sdtContent>
      <w:p w14:paraId="5A94A31C" w14:textId="701A3B5F" w:rsidR="00E039AD" w:rsidRDefault="00E039AD" w:rsidP="00484DF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3C2B4C6" w14:textId="77777777" w:rsidR="00E039AD" w:rsidRDefault="00E039AD" w:rsidP="00E039A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05068229"/>
      <w:docPartObj>
        <w:docPartGallery w:val="Page Numbers (Bottom of Page)"/>
        <w:docPartUnique/>
      </w:docPartObj>
    </w:sdtPr>
    <w:sdtContent>
      <w:p w14:paraId="4025BF41" w14:textId="2AA956DB" w:rsidR="00E039AD" w:rsidRDefault="00E039AD" w:rsidP="00484DF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9968B4C" w14:textId="77777777" w:rsidR="00E039AD" w:rsidRDefault="00E039AD" w:rsidP="00E039A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75173" w14:textId="77777777" w:rsidR="008F708D" w:rsidRDefault="008F708D" w:rsidP="00E039AD">
      <w:pPr>
        <w:spacing w:after="0" w:line="240" w:lineRule="auto"/>
      </w:pPr>
      <w:r>
        <w:separator/>
      </w:r>
    </w:p>
  </w:footnote>
  <w:footnote w:type="continuationSeparator" w:id="0">
    <w:p w14:paraId="28AD1967" w14:textId="77777777" w:rsidR="008F708D" w:rsidRDefault="008F708D" w:rsidP="00E039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25C4275"/>
    <w:multiLevelType w:val="hybridMultilevel"/>
    <w:tmpl w:val="987C43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19C3628"/>
    <w:multiLevelType w:val="hybridMultilevel"/>
    <w:tmpl w:val="BC00F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A04B14"/>
    <w:multiLevelType w:val="hybridMultilevel"/>
    <w:tmpl w:val="1A9AEE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03854585">
    <w:abstractNumId w:val="8"/>
  </w:num>
  <w:num w:numId="2" w16cid:durableId="432016517">
    <w:abstractNumId w:val="6"/>
  </w:num>
  <w:num w:numId="3" w16cid:durableId="291249674">
    <w:abstractNumId w:val="5"/>
  </w:num>
  <w:num w:numId="4" w16cid:durableId="1283266936">
    <w:abstractNumId w:val="4"/>
  </w:num>
  <w:num w:numId="5" w16cid:durableId="192117926">
    <w:abstractNumId w:val="7"/>
  </w:num>
  <w:num w:numId="6" w16cid:durableId="1779790435">
    <w:abstractNumId w:val="3"/>
  </w:num>
  <w:num w:numId="7" w16cid:durableId="179896551">
    <w:abstractNumId w:val="2"/>
  </w:num>
  <w:num w:numId="8" w16cid:durableId="1729263097">
    <w:abstractNumId w:val="1"/>
  </w:num>
  <w:num w:numId="9" w16cid:durableId="694425254">
    <w:abstractNumId w:val="0"/>
  </w:num>
  <w:num w:numId="10" w16cid:durableId="2025403526">
    <w:abstractNumId w:val="11"/>
  </w:num>
  <w:num w:numId="11" w16cid:durableId="216860759">
    <w:abstractNumId w:val="9"/>
  </w:num>
  <w:num w:numId="12" w16cid:durableId="5224002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1031"/>
    <w:rsid w:val="0006063C"/>
    <w:rsid w:val="0015074B"/>
    <w:rsid w:val="001B6684"/>
    <w:rsid w:val="00251B5F"/>
    <w:rsid w:val="0029639D"/>
    <w:rsid w:val="00326F90"/>
    <w:rsid w:val="0052556E"/>
    <w:rsid w:val="0085516F"/>
    <w:rsid w:val="008F708D"/>
    <w:rsid w:val="00A93275"/>
    <w:rsid w:val="00AA1D8D"/>
    <w:rsid w:val="00B47730"/>
    <w:rsid w:val="00BC4458"/>
    <w:rsid w:val="00CB0664"/>
    <w:rsid w:val="00D74C44"/>
    <w:rsid w:val="00E039AD"/>
    <w:rsid w:val="00E14BB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49F9A6"/>
  <w14:defaultImageDpi w14:val="300"/>
  <w15:docId w15:val="{FC275E8C-0BE2-5945-984C-2A94565E9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E03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0BAF5F4D291D4EBE197DC4F964DE26" ma:contentTypeVersion="13" ma:contentTypeDescription="Create a new document." ma:contentTypeScope="" ma:versionID="fcca297e9d1b7f3eb16d6c8bce9aae5c">
  <xsd:schema xmlns:xsd="http://www.w3.org/2001/XMLSchema" xmlns:xs="http://www.w3.org/2001/XMLSchema" xmlns:p="http://schemas.microsoft.com/office/2006/metadata/properties" xmlns:ns2="853c8031-2301-4d8e-913a-5705117287ea" xmlns:ns3="e540c1da-f68b-47f1-9f3b-6939efab4729" targetNamespace="http://schemas.microsoft.com/office/2006/metadata/properties" ma:root="true" ma:fieldsID="4a6c42156fa841f905a20bb9253c8ca5" ns2:_="" ns3:_="">
    <xsd:import namespace="853c8031-2301-4d8e-913a-5705117287ea"/>
    <xsd:import namespace="e540c1da-f68b-47f1-9f3b-6939efab47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c8031-2301-4d8e-913a-5705117287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6188c3f-59f5-4dd7-8845-24d24b381d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0c1da-f68b-47f1-9f3b-6939efab47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4156053-fa4e-41ee-b898-6dafd9417c08}" ma:internalName="TaxCatchAll" ma:showField="CatchAllData" ma:web="e540c1da-f68b-47f1-9f3b-6939efab47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3c8031-2301-4d8e-913a-5705117287ea">
      <Terms xmlns="http://schemas.microsoft.com/office/infopath/2007/PartnerControls"/>
    </lcf76f155ced4ddcb4097134ff3c332f>
    <TaxCatchAll xmlns="e540c1da-f68b-47f1-9f3b-6939efab4729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0767E6-7B17-44F8-801F-24D6B2E3AE92}"/>
</file>

<file path=customXml/itemProps3.xml><?xml version="1.0" encoding="utf-8"?>
<ds:datastoreItem xmlns:ds="http://schemas.openxmlformats.org/officeDocument/2006/customXml" ds:itemID="{77E2D3E8-797A-40F0-A8FE-C7155F3364FB}"/>
</file>

<file path=customXml/itemProps4.xml><?xml version="1.0" encoding="utf-8"?>
<ds:datastoreItem xmlns:ds="http://schemas.openxmlformats.org/officeDocument/2006/customXml" ds:itemID="{B76D2C71-0C94-4509-942E-E70A9211C6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655</Words>
  <Characters>4037</Characters>
  <Application>Microsoft Office Word</Application>
  <DocSecurity>0</DocSecurity>
  <Lines>91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4663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Calum Burke</cp:lastModifiedBy>
  <cp:revision>2</cp:revision>
  <dcterms:created xsi:type="dcterms:W3CDTF">2025-12-22T13:18:00Z</dcterms:created>
  <dcterms:modified xsi:type="dcterms:W3CDTF">2025-12-22T13:18:00Z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0x010100AC0BAF5F4D291D4EBE197DC4F964DE26</vt:lpwstr>
  </property>
</Properties>
</file>