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80DC5" w14:textId="77777777" w:rsidR="00980C9A" w:rsidRDefault="0097167B">
      <w:pPr>
        <w:jc w:val="center"/>
      </w:pPr>
      <w:r>
        <w:rPr>
          <w:noProof/>
        </w:rPr>
        <w:drawing>
          <wp:inline distT="0" distB="0" distL="0" distR="0" wp14:anchorId="7BF657CF" wp14:editId="34939E01">
            <wp:extent cx="2011680" cy="13987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CG logo - full colour with straplin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39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53FE4" w14:textId="77777777" w:rsidR="00980C9A" w:rsidRDefault="0097167B">
      <w:pPr>
        <w:jc w:val="center"/>
      </w:pPr>
      <w:r>
        <w:rPr>
          <w:b/>
          <w:color w:val="455B38"/>
          <w:sz w:val="36"/>
        </w:rPr>
        <w:t>TRUSTEE APPLICATION FORM 2026</w:t>
      </w:r>
    </w:p>
    <w:p w14:paraId="4A80FB73" w14:textId="05CFD8D2" w:rsidR="00980C9A" w:rsidRDefault="00281233" w:rsidP="00281233">
      <w:pPr>
        <w:tabs>
          <w:tab w:val="center" w:pos="5112"/>
        </w:tabs>
      </w:pPr>
      <w:r>
        <w:rPr>
          <w:b/>
          <w:color w:val="B07E21"/>
        </w:rPr>
        <w:tab/>
      </w:r>
      <w:r w:rsidR="0097167B">
        <w:rPr>
          <w:b/>
          <w:color w:val="B07E21"/>
        </w:rPr>
        <w:t>Trustee | Treasurer | Legal | Communications &amp; Marketing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980C9A" w14:paraId="6848C424" w14:textId="77777777">
        <w:trPr>
          <w:jc w:val="center"/>
        </w:trPr>
        <w:tc>
          <w:tcPr>
            <w:tcW w:w="10224" w:type="dxa"/>
            <w:shd w:val="clear" w:color="auto" w:fill="F3F0E5"/>
            <w:vAlign w:val="center"/>
          </w:tcPr>
          <w:p w14:paraId="513B3ABA" w14:textId="77777777" w:rsidR="00980C9A" w:rsidRDefault="0097167B">
            <w:r>
              <w:rPr>
                <w:sz w:val="20"/>
              </w:rPr>
              <w:t>Please complete this form and attach your current CV. Your answers should be concise and should demonstrate the skills, experience and perspectives you would bring to NCG's Board.</w:t>
            </w:r>
          </w:p>
        </w:tc>
      </w:tr>
    </w:tbl>
    <w:p w14:paraId="4A99795C" w14:textId="77777777" w:rsidR="00980C9A" w:rsidRDefault="0097167B">
      <w:pPr>
        <w:spacing w:before="140" w:after="60"/>
      </w:pPr>
      <w:r>
        <w:rPr>
          <w:b/>
          <w:color w:val="455B38"/>
          <w:sz w:val="24"/>
        </w:rPr>
        <w:t>Your details</w:t>
      </w:r>
    </w:p>
    <w:p w14:paraId="7CD1A7EB" w14:textId="77777777" w:rsidR="00980C9A" w:rsidRDefault="0097167B">
      <w:pPr>
        <w:spacing w:after="40"/>
      </w:pPr>
      <w:r>
        <w:rPr>
          <w:b/>
        </w:rPr>
        <w:t>Full name:</w:t>
      </w:r>
    </w:p>
    <w:p w14:paraId="1223D8FC" w14:textId="77777777" w:rsidR="00980C9A" w:rsidRDefault="0097167B">
      <w:pPr>
        <w:spacing w:after="20"/>
      </w:pPr>
      <w:r>
        <w:t>________________________________________________________________________________</w:t>
      </w:r>
    </w:p>
    <w:p w14:paraId="044803B5" w14:textId="77777777" w:rsidR="00980C9A" w:rsidRDefault="0097167B">
      <w:pPr>
        <w:spacing w:after="40"/>
      </w:pPr>
      <w:r>
        <w:rPr>
          <w:b/>
        </w:rPr>
        <w:t>Email address:</w:t>
      </w:r>
    </w:p>
    <w:p w14:paraId="59C2E728" w14:textId="77777777" w:rsidR="00980C9A" w:rsidRDefault="0097167B">
      <w:pPr>
        <w:spacing w:after="20"/>
      </w:pPr>
      <w:r>
        <w:t>________________________________________________________________________________</w:t>
      </w:r>
    </w:p>
    <w:p w14:paraId="252AD069" w14:textId="77777777" w:rsidR="00980C9A" w:rsidRDefault="0097167B">
      <w:pPr>
        <w:spacing w:after="40"/>
      </w:pPr>
      <w:r>
        <w:rPr>
          <w:b/>
        </w:rPr>
        <w:t>Telephone number:</w:t>
      </w:r>
    </w:p>
    <w:p w14:paraId="768A0EAE" w14:textId="77777777" w:rsidR="00980C9A" w:rsidRDefault="0097167B">
      <w:pPr>
        <w:spacing w:after="20"/>
      </w:pPr>
      <w:r>
        <w:t>________________________________________________________________________________</w:t>
      </w:r>
    </w:p>
    <w:p w14:paraId="29620E71" w14:textId="77777777" w:rsidR="00980C9A" w:rsidRDefault="0097167B">
      <w:pPr>
        <w:spacing w:before="140" w:after="60"/>
      </w:pPr>
      <w:r>
        <w:rPr>
          <w:b/>
          <w:color w:val="455B38"/>
          <w:sz w:val="24"/>
        </w:rPr>
        <w:t>Role / area of expertise</w:t>
      </w:r>
    </w:p>
    <w:p w14:paraId="31D0C7D0" w14:textId="77777777" w:rsidR="00980C9A" w:rsidRDefault="0097167B">
      <w:pPr>
        <w:spacing w:after="60"/>
      </w:pPr>
      <w:r>
        <w:rPr>
          <w:b/>
        </w:rPr>
        <w:t>Please tick the area(s) most relevant to your application:</w:t>
      </w:r>
    </w:p>
    <w:p w14:paraId="318E4A55" w14:textId="77777777" w:rsidR="00980C9A" w:rsidRDefault="0097167B">
      <w:r>
        <w:t>☐</w:t>
      </w:r>
      <w:r>
        <w:t xml:space="preserve"> Treasurer / Finance     ☐ Legal     ☐ Communications &amp; Marketing     ☐ Other - please specify: __________________</w:t>
      </w:r>
    </w:p>
    <w:p w14:paraId="3AC67B91" w14:textId="77777777" w:rsidR="00980C9A" w:rsidRDefault="0097167B">
      <w:pPr>
        <w:spacing w:before="140" w:after="60"/>
      </w:pPr>
      <w:r>
        <w:rPr>
          <w:b/>
          <w:color w:val="455B38"/>
          <w:sz w:val="24"/>
        </w:rPr>
        <w:t>Application questions</w:t>
      </w:r>
    </w:p>
    <w:p w14:paraId="6B7F3799" w14:textId="77777777" w:rsidR="00980C9A" w:rsidRDefault="0097167B">
      <w:pPr>
        <w:spacing w:before="100" w:after="20"/>
      </w:pPr>
      <w:r>
        <w:rPr>
          <w:b/>
        </w:rPr>
        <w:t>1. Why are you interested in becoming a Trustee of New Citizens' Gateway?</w:t>
      </w:r>
    </w:p>
    <w:p w14:paraId="0A84E531" w14:textId="77777777" w:rsidR="00980C9A" w:rsidRDefault="0097167B">
      <w:pPr>
        <w:spacing w:after="40"/>
      </w:pPr>
      <w:r>
        <w:rPr>
          <w:i/>
          <w:sz w:val="18"/>
        </w:rPr>
        <w:t>Please tell us briefly what attracts you to NCG and our work. Maximum 250 words.</w:t>
      </w:r>
    </w:p>
    <w:p w14:paraId="27593EFA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25D1BCD0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7A452FAE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4B432849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6A6D5EF2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00E04F5F" w14:textId="77777777" w:rsidR="00980C9A" w:rsidRDefault="0097167B">
      <w:pPr>
        <w:spacing w:before="100" w:after="20"/>
      </w:pPr>
      <w:r>
        <w:rPr>
          <w:b/>
        </w:rPr>
        <w:t>2. What skills, knowledge and experience would you bring to NCG's Board?</w:t>
      </w:r>
    </w:p>
    <w:p w14:paraId="3851A0BE" w14:textId="77777777" w:rsidR="00980C9A" w:rsidRDefault="0097167B">
      <w:pPr>
        <w:spacing w:after="40"/>
      </w:pPr>
      <w:r>
        <w:rPr>
          <w:i/>
          <w:sz w:val="18"/>
        </w:rPr>
        <w:t>Please focus on the contribution you could make at Board level. Maximum 300 words.</w:t>
      </w:r>
    </w:p>
    <w:p w14:paraId="2E905977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72C4F142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086878AD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2AEA3687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763A9CED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41A31FAB" w14:textId="77777777" w:rsidR="00980C9A" w:rsidRDefault="0097167B">
      <w:pPr>
        <w:spacing w:before="100" w:after="20"/>
      </w:pPr>
      <w:r>
        <w:rPr>
          <w:b/>
        </w:rPr>
        <w:t>3. Please describe your experience in the specialist area you have selected and how this could support NCG at Board level.</w:t>
      </w:r>
    </w:p>
    <w:p w14:paraId="2A02A86E" w14:textId="77777777" w:rsidR="00980C9A" w:rsidRDefault="0097167B">
      <w:pPr>
        <w:spacing w:after="40"/>
      </w:pPr>
      <w:r>
        <w:rPr>
          <w:i/>
          <w:sz w:val="18"/>
        </w:rPr>
        <w:t>Maximum 300 words.</w:t>
      </w:r>
    </w:p>
    <w:p w14:paraId="43045E79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19A931FC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0AEF44DA" w14:textId="77777777" w:rsidR="00980C9A" w:rsidRDefault="0097167B">
      <w:pPr>
        <w:spacing w:after="0"/>
      </w:pPr>
      <w:r>
        <w:lastRenderedPageBreak/>
        <w:t>________________________________________________________________________________</w:t>
      </w:r>
    </w:p>
    <w:p w14:paraId="18310A6F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2C69F062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7737B1F2" w14:textId="77777777" w:rsidR="00980C9A" w:rsidRDefault="0097167B">
      <w:pPr>
        <w:spacing w:before="100" w:after="20"/>
      </w:pPr>
      <w:r>
        <w:rPr>
          <w:b/>
        </w:rPr>
        <w:t>4. NCG is committed to becoming an increasingly client-led organisation and values lived experience alongside professional expertise. What perspectives, experiences or understanding would you bring to support this ambition?</w:t>
      </w:r>
    </w:p>
    <w:p w14:paraId="2EB282A8" w14:textId="77777777" w:rsidR="00980C9A" w:rsidRDefault="0097167B">
      <w:pPr>
        <w:spacing w:after="40"/>
      </w:pPr>
      <w:r>
        <w:rPr>
          <w:i/>
          <w:sz w:val="18"/>
        </w:rPr>
        <w:t>Maximum 250 words.</w:t>
      </w:r>
    </w:p>
    <w:p w14:paraId="114B36AF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0D7D8E46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24C7DDD6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22961C62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73CB9392" w14:textId="77777777" w:rsidR="00980C9A" w:rsidRDefault="0097167B">
      <w:pPr>
        <w:spacing w:after="0"/>
      </w:pPr>
      <w:r>
        <w:t>________________________________________________________________________________</w:t>
      </w:r>
    </w:p>
    <w:p w14:paraId="63E93C2D" w14:textId="77777777" w:rsidR="00980C9A" w:rsidRDefault="0097167B">
      <w:pPr>
        <w:spacing w:before="140" w:after="60"/>
      </w:pPr>
      <w:r>
        <w:rPr>
          <w:b/>
          <w:color w:val="455B38"/>
          <w:sz w:val="24"/>
        </w:rPr>
        <w:t>Commitment</w:t>
      </w:r>
    </w:p>
    <w:p w14:paraId="05B6792C" w14:textId="77777777" w:rsidR="00980C9A" w:rsidRDefault="0097167B">
      <w:r>
        <w:rPr>
          <w:b/>
        </w:rPr>
        <w:t>5. Please confirm that you can commit the necessary time to the Trustee role, including attending six Board meetings each year and contributing between meetings when required.</w:t>
      </w:r>
    </w:p>
    <w:p w14:paraId="445332E6" w14:textId="77777777" w:rsidR="00980C9A" w:rsidRDefault="0097167B">
      <w:r>
        <w:t>☐</w:t>
      </w:r>
      <w:r>
        <w:t xml:space="preserve"> Yes        ☐ No</w:t>
      </w:r>
    </w:p>
    <w:p w14:paraId="46D477F2" w14:textId="77777777" w:rsidR="00980C9A" w:rsidRDefault="0097167B">
      <w:pPr>
        <w:spacing w:before="140" w:after="60"/>
      </w:pPr>
      <w:r>
        <w:rPr>
          <w:b/>
          <w:color w:val="455B38"/>
          <w:sz w:val="24"/>
        </w:rPr>
        <w:t>CV</w:t>
      </w:r>
    </w:p>
    <w:p w14:paraId="600A6950" w14:textId="77777777" w:rsidR="00980C9A" w:rsidRDefault="0097167B">
      <w:r>
        <w:rPr>
          <w:b/>
        </w:rPr>
        <w:t>Please attach your current CV to this application form.</w:t>
      </w:r>
    </w:p>
    <w:p w14:paraId="0A76F935" w14:textId="77777777" w:rsidR="00980C9A" w:rsidRDefault="0097167B">
      <w:pPr>
        <w:spacing w:before="140" w:after="60"/>
      </w:pPr>
      <w:r>
        <w:rPr>
          <w:b/>
          <w:color w:val="455B38"/>
          <w:sz w:val="24"/>
        </w:rPr>
        <w:t>Submitting your application</w:t>
      </w:r>
    </w:p>
    <w:p w14:paraId="11432340" w14:textId="77777777" w:rsidR="00980C9A" w:rsidRDefault="0097167B">
      <w:r>
        <w:rPr>
          <w:b/>
        </w:rPr>
        <w:t xml:space="preserve">Please return this completed application form together with your CV to: </w:t>
      </w:r>
      <w:r>
        <w:t>info@ncgateway.org.uk</w:t>
      </w:r>
    </w:p>
    <w:p w14:paraId="57ABFC2E" w14:textId="77777777" w:rsidR="00980C9A" w:rsidRDefault="0097167B">
      <w:r>
        <w:rPr>
          <w:b/>
        </w:rPr>
        <w:t>Closing date: Friday 6 November 2026</w:t>
      </w:r>
    </w:p>
    <w:sectPr w:rsidR="00980C9A" w:rsidSect="00034616">
      <w:footerReference w:type="default" r:id="rId9"/>
      <w:pgSz w:w="12240" w:h="15840"/>
      <w:pgMar w:top="648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FAD9D" w14:textId="77777777" w:rsidR="0097167B" w:rsidRDefault="0097167B">
      <w:pPr>
        <w:spacing w:after="0" w:line="240" w:lineRule="auto"/>
      </w:pPr>
      <w:r>
        <w:separator/>
      </w:r>
    </w:p>
  </w:endnote>
  <w:endnote w:type="continuationSeparator" w:id="0">
    <w:p w14:paraId="55B41103" w14:textId="77777777" w:rsidR="0097167B" w:rsidRDefault="0097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C2C9" w14:textId="77777777" w:rsidR="00980C9A" w:rsidRDefault="0097167B">
    <w:pPr>
      <w:pStyle w:val="Footer"/>
      <w:jc w:val="center"/>
    </w:pPr>
    <w:r>
      <w:rPr>
        <w:color w:val="646464"/>
        <w:sz w:val="16"/>
      </w:rPr>
      <w:t>New Citizens' Gateway | Trustee Recruitment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1C68" w14:textId="77777777" w:rsidR="0097167B" w:rsidRDefault="0097167B">
      <w:pPr>
        <w:spacing w:after="0" w:line="240" w:lineRule="auto"/>
      </w:pPr>
      <w:r>
        <w:separator/>
      </w:r>
    </w:p>
  </w:footnote>
  <w:footnote w:type="continuationSeparator" w:id="0">
    <w:p w14:paraId="72B9E8FE" w14:textId="77777777" w:rsidR="0097167B" w:rsidRDefault="00971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1109616">
    <w:abstractNumId w:val="8"/>
  </w:num>
  <w:num w:numId="2" w16cid:durableId="911621081">
    <w:abstractNumId w:val="6"/>
  </w:num>
  <w:num w:numId="3" w16cid:durableId="1403479756">
    <w:abstractNumId w:val="5"/>
  </w:num>
  <w:num w:numId="4" w16cid:durableId="159588345">
    <w:abstractNumId w:val="4"/>
  </w:num>
  <w:num w:numId="5" w16cid:durableId="1348680415">
    <w:abstractNumId w:val="7"/>
  </w:num>
  <w:num w:numId="6" w16cid:durableId="521017049">
    <w:abstractNumId w:val="3"/>
  </w:num>
  <w:num w:numId="7" w16cid:durableId="1367951827">
    <w:abstractNumId w:val="2"/>
  </w:num>
  <w:num w:numId="8" w16cid:durableId="710155957">
    <w:abstractNumId w:val="1"/>
  </w:num>
  <w:num w:numId="9" w16cid:durableId="2014412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887F79"/>
  <w14:defaultImageDpi w14:val="300"/>
  <w15:docId w15:val="{75A22BED-5BC3-4DD6-99AB-B2628BE5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