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word/intelligence2.xml" ContentType="application/vnd.ms-office.intelligence2+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microsoft.com/office/2020/02/relationships/classificationlabels" Target="docMetadata/LabelInfo.xml"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10731" w14:textId="77777777" w:rsidR="009E01B0" w:rsidRPr="00EF5885" w:rsidRDefault="009E01B0" w:rsidP="009E01B0">
      <w:r w:rsidRPr="004305A7">
        <w:rPr>
          <w:noProof/>
        </w:rPr>
        <mc:AlternateContent>
          <mc:Choice Requires="wpg">
            <w:drawing>
              <wp:anchor distT="0" distB="0" distL="114300" distR="114300" simplePos="0" relativeHeight="251658240" behindDoc="0" locked="0" layoutInCell="1" allowOverlap="1" wp14:anchorId="0E664177" wp14:editId="3B9B6584">
                <wp:simplePos x="0" y="0"/>
                <wp:positionH relativeFrom="page">
                  <wp:align>right</wp:align>
                </wp:positionH>
                <wp:positionV relativeFrom="paragraph">
                  <wp:posOffset>-914400</wp:posOffset>
                </wp:positionV>
                <wp:extent cx="7830185" cy="3803650"/>
                <wp:effectExtent l="0" t="0" r="0" b="25400"/>
                <wp:wrapNone/>
                <wp:docPr id="86215037" name="Group 1">
                  <a:extLst xmlns:a="http://schemas.openxmlformats.org/drawingml/2006/main">
                    <a:ext uri="{FF2B5EF4-FFF2-40B4-BE49-F238E27FC236}">
                      <a16:creationId xmlns:a16="http://schemas.microsoft.com/office/drawing/2014/main" id="{AD28D896-58D7-43AD-85A3-1408544B57FC}"/>
                    </a:ext>
                  </a:extLst>
                </wp:docPr>
                <wp:cNvGraphicFramePr/>
                <a:graphic xmlns:a="http://schemas.openxmlformats.org/drawingml/2006/main">
                  <a:graphicData uri="http://schemas.microsoft.com/office/word/2010/wordprocessingGroup">
                    <wpg:wgp>
                      <wpg:cNvGrpSpPr/>
                      <wpg:grpSpPr>
                        <a:xfrm>
                          <a:off x="0" y="0"/>
                          <a:ext cx="7830185" cy="3803650"/>
                          <a:chOff x="-1369560" y="-243341"/>
                          <a:chExt cx="7920391" cy="4078025"/>
                        </a:xfrm>
                      </wpg:grpSpPr>
                      <pic:pic xmlns:pic="http://schemas.openxmlformats.org/drawingml/2006/picture">
                        <pic:nvPicPr>
                          <pic:cNvPr id="274922710" name="Picture 8"/>
                          <pic:cNvPicPr>
                            <a:picLocks noChangeAspect="1"/>
                          </pic:cNvPicPr>
                        </pic:nvPicPr>
                        <pic:blipFill>
                          <a:blip r:embed="rId9">
                            <a:extLst>
                              <a:ext uri="{28A0092B-C50C-407E-A947-70E740481C1C}">
                                <a14:useLocalDpi xmlns:a14="http://schemas.microsoft.com/office/drawing/2010/main" val="0"/>
                              </a:ext>
                            </a:extLst>
                          </a:blip>
                          <a:srcRect t="3908" b="3908"/>
                          <a:stretch/>
                        </pic:blipFill>
                        <pic:spPr bwMode="auto">
                          <a:xfrm>
                            <a:off x="-1369560" y="-243341"/>
                            <a:ext cx="7920391" cy="4066316"/>
                          </a:xfrm>
                          <a:prstGeom prst="rect">
                            <a:avLst/>
                          </a:prstGeom>
                          <a:ln>
                            <a:noFill/>
                          </a:ln>
                          <a:extLst>
                            <a:ext uri="{53640926-AAD7-44D8-BBD7-CCE9431645EC}">
                              <a14:shadowObscured xmlns:a14="http://schemas.microsoft.com/office/drawing/2010/main"/>
                            </a:ext>
                          </a:extLst>
                        </pic:spPr>
                      </pic:pic>
                      <wps:wsp>
                        <wps:cNvPr id="1954932917" name="Text Box 1"/>
                        <wps:cNvSpPr txBox="1"/>
                        <wps:spPr>
                          <a:xfrm>
                            <a:off x="-1057775" y="1241226"/>
                            <a:ext cx="2955640" cy="2593458"/>
                          </a:xfrm>
                          <a:prstGeom prst="rect">
                            <a:avLst/>
                          </a:prstGeom>
                          <a:noFill/>
                          <a:ln w="6350">
                            <a:noFill/>
                          </a:ln>
                          <a:scene3d>
                            <a:camera prst="orthographicFront">
                              <a:rot lat="0" lon="0" rev="0"/>
                            </a:camera>
                            <a:lightRig rig="threePt" dir="t"/>
                          </a:scene3d>
                        </wps:spPr>
                        <wps:txbx>
                          <w:txbxContent>
                            <w:p w14:paraId="5BA429A4" w14:textId="250E6848" w:rsidR="009E01B0" w:rsidRPr="00EF5885" w:rsidRDefault="00105782" w:rsidP="009E01B0">
                              <w:pPr>
                                <w:rPr>
                                  <w:rFonts w:ascii="Gill Sans MT" w:hAnsi="Gill Sans MT"/>
                                  <w:b/>
                                  <w:bCs/>
                                  <w:color w:val="FFFFFF" w:themeColor="background1"/>
                                  <w:sz w:val="160"/>
                                  <w:szCs w:val="160"/>
                                </w:rPr>
                              </w:pPr>
                              <w:r w:rsidRPr="00EF5885">
                                <w:rPr>
                                  <w:rFonts w:ascii="Gill Sans MT" w:hAnsi="Gill Sans MT"/>
                                  <w:b/>
                                  <w:color w:val="FFFFFF" w:themeColor="background1"/>
                                  <w:sz w:val="52"/>
                                  <w:szCs w:val="52"/>
                                </w:rPr>
                                <w:t>Inclusion &amp; Diversity Manager</w:t>
                              </w:r>
                            </w:p>
                            <w:p w14:paraId="43DE5531" w14:textId="77777777" w:rsidR="009E01B0" w:rsidRPr="00EF5885" w:rsidRDefault="009E01B0" w:rsidP="009E01B0">
                              <w:pPr>
                                <w:spacing w:after="0"/>
                                <w:rPr>
                                  <w:rFonts w:ascii="Gill Sans MT" w:hAnsi="Gill Sans MT"/>
                                  <w:color w:val="FFFFFF" w:themeColor="background1"/>
                                </w:rPr>
                              </w:pPr>
                            </w:p>
                            <w:p w14:paraId="4376FFC2" w14:textId="10BB5181" w:rsidR="009E01B0" w:rsidRPr="00EF5885" w:rsidRDefault="00105782" w:rsidP="009E01B0">
                              <w:pPr>
                                <w:spacing w:after="0"/>
                                <w:rPr>
                                  <w:rFonts w:ascii="Gill Sans MT" w:hAnsi="Gill Sans MT"/>
                                  <w:color w:val="FFFFFF" w:themeColor="background1"/>
                                </w:rPr>
                              </w:pPr>
                              <w:r w:rsidRPr="00EF5885">
                                <w:rPr>
                                  <w:rFonts w:ascii="Gill Sans MT" w:hAnsi="Gill Sans MT"/>
                                  <w:color w:val="FFFFFF" w:themeColor="background1"/>
                                </w:rPr>
                                <w:t xml:space="preserve">August </w:t>
                              </w:r>
                              <w:r w:rsidR="009E01B0" w:rsidRPr="00EF5885">
                                <w:rPr>
                                  <w:rFonts w:ascii="Gill Sans MT" w:hAnsi="Gill Sans MT"/>
                                  <w:color w:val="FFFFFF" w:themeColor="background1"/>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664177" id="Group 1" o:spid="_x0000_s1026" style="position:absolute;margin-left:565.35pt;margin-top:-1in;width:616.55pt;height:299.5pt;z-index:251658240;mso-position-horizontal:right;mso-position-horizontal-relative:page;mso-width-relative:margin;mso-height-relative:margin" coordorigin="-13695,-2433" coordsize="79203,407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&#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3695;top:-2433;width:79203;height:40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">
                  <v:imagedata r:id="rId10" o:title="" croptop="2561f" cropbottom="2561f"/>
                </v:shape>
                <v:shapetype id="_x0000_t202" coordsize="21600,21600" o:spt="202" path="m,l,21600r21600,l21600,xe">
                  <v:stroke joinstyle="miter"/>
                  <v:path gradientshapeok="t" o:connecttype="rect"/>
                </v:shapetype>
                <v:shape id="Text Box 1" o:spid="_x0000_s1028" type="#_x0000_t202" style="position:absolute;left:-10577;top:12412;width:29555;height:25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" filled="f" stroked="f" strokeweight=".5pt">
                  <v:textbox>
                    <w:txbxContent>
                      <w:p w14:paraId="5BA429A4" w14:textId="250E6848" w:rsidR="009E01B0" w:rsidRPr="00EF5885" w:rsidRDefault="00105782" w:rsidP="009E01B0">
                        <w:pPr>
                          <w:rPr>
                            <w:rFonts w:ascii="Gill Sans MT" w:hAnsi="Gill Sans MT"/>
                            <w:b/>
                            <w:bCs/>
                            <w:color w:val="FFFFFF" w:themeColor="background1"/>
                            <w:sz w:val="160"/>
                            <w:szCs w:val="160"/>
                          </w:rPr>
                        </w:pPr>
                        <w:r w:rsidRPr="00EF5885">
                          <w:rPr>
                            <w:rFonts w:ascii="Gill Sans MT" w:hAnsi="Gill Sans MT"/>
                            <w:b/>
                            <w:color w:val="FFFFFF" w:themeColor="background1"/>
                            <w:sz w:val="52"/>
                            <w:szCs w:val="52"/>
                          </w:rPr>
                          <w:t>Inclusion &amp; Diversity Manager</w:t>
                        </w:r>
                      </w:p>
                      <w:p w14:paraId="43DE5531" w14:textId="77777777" w:rsidR="009E01B0" w:rsidRPr="00EF5885" w:rsidRDefault="009E01B0" w:rsidP="009E01B0">
                        <w:pPr>
                          <w:spacing w:after="0"/>
                          <w:rPr>
                            <w:rFonts w:ascii="Gill Sans MT" w:hAnsi="Gill Sans MT"/>
                            <w:color w:val="FFFFFF" w:themeColor="background1"/>
                          </w:rPr>
                        </w:pPr>
                      </w:p>
                      <w:p w14:paraId="4376FFC2" w14:textId="10BB5181" w:rsidR="009E01B0" w:rsidRPr="00EF5885" w:rsidRDefault="00105782" w:rsidP="009E01B0">
                        <w:pPr>
                          <w:spacing w:after="0"/>
                          <w:rPr>
                            <w:rFonts w:ascii="Gill Sans MT" w:hAnsi="Gill Sans MT"/>
                            <w:color w:val="FFFFFF" w:themeColor="background1"/>
                          </w:rPr>
                        </w:pPr>
                        <w:r w:rsidRPr="00EF5885">
                          <w:rPr>
                            <w:rFonts w:ascii="Gill Sans MT" w:hAnsi="Gill Sans MT"/>
                            <w:color w:val="FFFFFF" w:themeColor="background1"/>
                          </w:rPr>
                          <w:t xml:space="preserve">August </w:t>
                        </w:r>
                        <w:r w:rsidR="009E01B0" w:rsidRPr="00EF5885">
                          <w:rPr>
                            <w:rFonts w:ascii="Gill Sans MT" w:hAnsi="Gill Sans MT"/>
                            <w:color w:val="FFFFFF" w:themeColor="background1"/>
                          </w:rPr>
                          <w:t>2026</w:t>
                        </w:r>
                      </w:p>
                    </w:txbxContent>
                  </v:textbox>
                </v:shape>
                <w10:wrap anchorx="page"/>
              </v:group>
            </w:pict>
          </mc:Fallback>
        </mc:AlternateContent>
      </w:r>
    </w:p>
    <w:p w14:paraId="7C1DC5B4" w14:textId="77777777" w:rsidR="009E01B0" w:rsidRPr="00EF5885" w:rsidRDefault="009E01B0" w:rsidP="009E01B0"/>
    <w:p w14:paraId="1D36819B" w14:textId="77777777" w:rsidR="009E01B0" w:rsidRPr="00EF5885" w:rsidRDefault="009E01B0" w:rsidP="009E01B0"/>
    <w:p w14:paraId="4F16CA7C" w14:textId="77777777" w:rsidR="009E01B0" w:rsidRPr="00EF5885" w:rsidRDefault="009E01B0" w:rsidP="009E01B0"/>
    <w:p w14:paraId="3862D336" w14:textId="77777777" w:rsidR="009E01B0" w:rsidRPr="00EF5885" w:rsidRDefault="009E01B0" w:rsidP="009E01B0"/>
    <w:p w14:paraId="424D8221" w14:textId="77777777" w:rsidR="009E01B0" w:rsidRPr="00EF5885" w:rsidRDefault="009E01B0" w:rsidP="009E01B0"/>
    <w:p w14:paraId="3285F8B7" w14:textId="77777777" w:rsidR="009E01B0" w:rsidRPr="00EF5885" w:rsidRDefault="009E01B0" w:rsidP="009E01B0"/>
    <w:p w14:paraId="58A35E51" w14:textId="77777777" w:rsidR="009E01B0" w:rsidRPr="00EF5885" w:rsidRDefault="009E01B0" w:rsidP="009E01B0"/>
    <w:p w14:paraId="075FA1E0" w14:textId="77777777" w:rsidR="00640F08" w:rsidRPr="00EF5885" w:rsidRDefault="009C11D2" w:rsidP="1FFDD154">
      <w:pPr>
        <w:rPr>
          <w:rFonts w:ascii="Gill Sans MT" w:eastAsia="Gill Sans MT" w:hAnsi="Gill Sans MT" w:cs="Gill Sans MT"/>
        </w:rPr>
      </w:pPr>
      <w:r w:rsidRPr="00EF5885">
        <w:rPr>
          <w:rFonts w:ascii="Gill Sans MT" w:eastAsia="Gill Sans MT" w:hAnsi="Gill Sans MT" w:cs="Gill Sans MT"/>
        </w:rPr>
        <w:t>BELONG HERE. TOGETHER, WE MAKE PARLIAMENT HAPPEN.</w:t>
      </w:r>
    </w:p>
    <w:p w14:paraId="1F9D9CC7" w14:textId="77777777" w:rsidR="00640D4A" w:rsidRPr="00EF5885" w:rsidRDefault="00640D4A" w:rsidP="00640D4A">
      <w:pPr>
        <w:pStyle w:val="Heading1"/>
        <w:spacing w:before="0" w:after="120" w:line="240" w:lineRule="auto"/>
        <w:rPr>
          <w:rFonts w:ascii="Gill Sans MT" w:eastAsia="Gill Sans MT" w:hAnsi="Gill Sans MT" w:cs="Gill Sans MT"/>
          <w:color w:val="B50938"/>
        </w:rPr>
      </w:pPr>
    </w:p>
    <w:p w14:paraId="065756C1" w14:textId="050136A5" w:rsidR="00640D4A" w:rsidRPr="00EF5885" w:rsidRDefault="00640D4A" w:rsidP="00640D4A">
      <w:pPr>
        <w:pStyle w:val="Heading1"/>
        <w:spacing w:before="0" w:after="120" w:line="240" w:lineRule="auto"/>
        <w:rPr>
          <w:rFonts w:ascii="Gill Sans MT" w:eastAsia="Gill Sans MT" w:hAnsi="Gill Sans MT" w:cs="Gill Sans MT"/>
          <w:color w:val="B50938"/>
        </w:rPr>
      </w:pPr>
      <w:r w:rsidRPr="00EF5885">
        <w:rPr>
          <w:rFonts w:ascii="Gill Sans MT" w:eastAsia="Gill Sans MT" w:hAnsi="Gill Sans MT" w:cs="Gill Sans MT"/>
          <w:color w:val="B50938"/>
        </w:rPr>
        <w:t xml:space="preserve">Salary: </w:t>
      </w:r>
      <w:r w:rsidRPr="00EF5885">
        <w:rPr>
          <w:rFonts w:ascii="Gill Sans MT" w:eastAsia="Gill Sans MT" w:hAnsi="Gill Sans MT" w:cs="Gill Sans MT"/>
          <w:b w:val="0"/>
          <w:bCs w:val="0"/>
          <w:color w:val="000000" w:themeColor="text1"/>
        </w:rPr>
        <w:t>£</w:t>
      </w:r>
      <w:r w:rsidR="75FDF259" w:rsidRPr="00EF5885">
        <w:rPr>
          <w:rFonts w:ascii="Gill Sans MT" w:eastAsia="Gill Sans MT" w:hAnsi="Gill Sans MT" w:cs="Gill Sans MT"/>
          <w:b w:val="0"/>
          <w:bCs w:val="0"/>
          <w:color w:val="000000" w:themeColor="text1"/>
        </w:rPr>
        <w:t>46,500-53,700</w:t>
      </w:r>
      <w:r w:rsidRPr="00EF5885">
        <w:rPr>
          <w:rFonts w:ascii="Gill Sans MT" w:eastAsia="Gill Sans MT" w:hAnsi="Gill Sans MT" w:cs="Gill Sans MT"/>
          <w:b w:val="0"/>
          <w:bCs w:val="0"/>
          <w:color w:val="000000" w:themeColor="text1"/>
        </w:rPr>
        <w:t xml:space="preserve"> </w:t>
      </w:r>
      <w:r w:rsidRPr="00EF5885">
        <w:rPr>
          <w:rFonts w:ascii="Gill Sans MT" w:eastAsia="Gill Sans MT" w:hAnsi="Gill Sans MT" w:cs="Gill Sans MT"/>
          <w:b w:val="0"/>
          <w:bCs w:val="0"/>
          <w:i/>
          <w:iCs/>
          <w:color w:val="000000" w:themeColor="text1"/>
        </w:rPr>
        <w:t>(appointments are usually at the bottom of the pay band)</w:t>
      </w:r>
    </w:p>
    <w:p w14:paraId="5FA7EF92" w14:textId="3ED71229" w:rsidR="00640D4A" w:rsidRPr="00EF5885" w:rsidRDefault="00640D4A" w:rsidP="00640D4A">
      <w:pPr>
        <w:pStyle w:val="Heading1"/>
        <w:spacing w:before="0" w:after="120" w:line="240" w:lineRule="auto"/>
        <w:rPr>
          <w:rFonts w:ascii="Gill Sans MT" w:eastAsia="Gill Sans MT" w:hAnsi="Gill Sans MT" w:cs="Gill Sans MT"/>
          <w:b w:val="0"/>
          <w:bCs w:val="0"/>
          <w:color w:val="000000" w:themeColor="text1"/>
        </w:rPr>
      </w:pPr>
      <w:r w:rsidRPr="00EF5885">
        <w:rPr>
          <w:rFonts w:ascii="Gill Sans MT" w:eastAsia="Gill Sans MT" w:hAnsi="Gill Sans MT" w:cs="Gill Sans MT"/>
          <w:color w:val="B50938"/>
        </w:rPr>
        <w:t xml:space="preserve">Contract: </w:t>
      </w:r>
      <w:r w:rsidRPr="00EF5885">
        <w:rPr>
          <w:rFonts w:ascii="Gill Sans MT" w:eastAsia="Gill Sans MT" w:hAnsi="Gill Sans MT" w:cs="Gill Sans MT"/>
          <w:b w:val="0"/>
          <w:bCs w:val="0"/>
          <w:color w:val="000000" w:themeColor="text1"/>
        </w:rPr>
        <w:t>Permanent (House of Lords pay band HL</w:t>
      </w:r>
      <w:r w:rsidR="6C8DB13F" w:rsidRPr="00EF5885">
        <w:rPr>
          <w:rFonts w:ascii="Gill Sans MT" w:eastAsia="Gill Sans MT" w:hAnsi="Gill Sans MT" w:cs="Gill Sans MT"/>
          <w:b w:val="0"/>
          <w:bCs w:val="0"/>
          <w:color w:val="000000" w:themeColor="text1"/>
        </w:rPr>
        <w:t>7</w:t>
      </w:r>
      <w:r w:rsidRPr="00EF5885">
        <w:rPr>
          <w:rFonts w:ascii="Gill Sans MT" w:eastAsia="Gill Sans MT" w:hAnsi="Gill Sans MT" w:cs="Gill Sans MT"/>
          <w:b w:val="0"/>
          <w:bCs w:val="0"/>
          <w:color w:val="000000" w:themeColor="text1"/>
        </w:rPr>
        <w:t>)</w:t>
      </w:r>
    </w:p>
    <w:p w14:paraId="489E9C7D" w14:textId="7CBD594D" w:rsidR="00640D4A" w:rsidRPr="00EF5885" w:rsidRDefault="00640D4A" w:rsidP="00640D4A">
      <w:pPr>
        <w:pStyle w:val="Heading1"/>
        <w:spacing w:before="0" w:after="120" w:line="240" w:lineRule="auto"/>
        <w:rPr>
          <w:rFonts w:ascii="Gill Sans MT" w:eastAsia="Gill Sans MT" w:hAnsi="Gill Sans MT" w:cs="Gill Sans MT"/>
          <w:color w:val="B50938"/>
        </w:rPr>
      </w:pPr>
      <w:r w:rsidRPr="00EF5885">
        <w:rPr>
          <w:rFonts w:ascii="Gill Sans MT" w:eastAsia="Gill Sans MT" w:hAnsi="Gill Sans MT" w:cs="Gill Sans MT"/>
          <w:color w:val="B50938"/>
        </w:rPr>
        <w:t xml:space="preserve">Location: </w:t>
      </w:r>
      <w:r w:rsidRPr="00EF5885">
        <w:rPr>
          <w:rFonts w:ascii="Gill Sans MT" w:eastAsia="Gill Sans MT" w:hAnsi="Gill Sans MT" w:cs="Gill Sans MT"/>
          <w:b w:val="0"/>
          <w:bCs w:val="0"/>
          <w:color w:val="000000" w:themeColor="text1"/>
        </w:rPr>
        <w:t>Parliamentary Estate</w:t>
      </w:r>
      <w:r w:rsidR="3BE57784" w:rsidRPr="00EF5885">
        <w:rPr>
          <w:rFonts w:ascii="Gill Sans MT" w:eastAsia="Gill Sans MT" w:hAnsi="Gill Sans MT" w:cs="Gill Sans MT"/>
          <w:b w:val="0"/>
          <w:bCs w:val="0"/>
          <w:color w:val="000000" w:themeColor="text1"/>
        </w:rPr>
        <w:t xml:space="preserve"> </w:t>
      </w:r>
      <w:r w:rsidRPr="00EF5885">
        <w:rPr>
          <w:rFonts w:ascii="Gill Sans MT" w:eastAsia="Gill Sans MT" w:hAnsi="Gill Sans MT" w:cs="Gill Sans MT"/>
          <w:b w:val="0"/>
          <w:bCs w:val="0"/>
          <w:color w:val="000000" w:themeColor="text1"/>
        </w:rPr>
        <w:t>/</w:t>
      </w:r>
      <w:r w:rsidR="3BE57784" w:rsidRPr="00EF5885">
        <w:rPr>
          <w:rFonts w:ascii="Gill Sans MT" w:eastAsia="Gill Sans MT" w:hAnsi="Gill Sans MT" w:cs="Gill Sans MT"/>
          <w:b w:val="0"/>
          <w:bCs w:val="0"/>
          <w:color w:val="000000" w:themeColor="text1"/>
        </w:rPr>
        <w:t xml:space="preserve"> </w:t>
      </w:r>
      <w:r w:rsidRPr="00EF5885">
        <w:rPr>
          <w:rFonts w:ascii="Gill Sans MT" w:eastAsia="Gill Sans MT" w:hAnsi="Gill Sans MT" w:cs="Gill Sans MT"/>
          <w:b w:val="0"/>
          <w:bCs w:val="0"/>
          <w:color w:val="000000" w:themeColor="text1"/>
        </w:rPr>
        <w:t>hybrid working</w:t>
      </w:r>
    </w:p>
    <w:p w14:paraId="79C143EA" w14:textId="65EB7ED9" w:rsidR="00640D4A" w:rsidRPr="00EF5885" w:rsidRDefault="00640D4A" w:rsidP="00640D4A">
      <w:pPr>
        <w:pStyle w:val="Heading1"/>
        <w:spacing w:before="0" w:line="240" w:lineRule="auto"/>
        <w:rPr>
          <w:rFonts w:ascii="Gill Sans MT" w:eastAsia="Gill Sans MT" w:hAnsi="Gill Sans MT" w:cs="Gill Sans MT"/>
          <w:b w:val="0"/>
          <w:bCs w:val="0"/>
          <w:color w:val="000000" w:themeColor="text1"/>
        </w:rPr>
      </w:pPr>
      <w:r w:rsidRPr="00EF5885">
        <w:rPr>
          <w:rFonts w:ascii="Gill Sans MT" w:eastAsia="Gill Sans MT" w:hAnsi="Gill Sans MT" w:cs="Gill Sans MT"/>
          <w:color w:val="B50938"/>
        </w:rPr>
        <w:t xml:space="preserve">Hours: </w:t>
      </w:r>
      <w:r w:rsidRPr="00EF5885">
        <w:rPr>
          <w:rFonts w:ascii="Gill Sans MT" w:eastAsia="Gill Sans MT" w:hAnsi="Gill Sans MT" w:cs="Gill Sans MT"/>
          <w:b w:val="0"/>
          <w:bCs w:val="0"/>
          <w:color w:val="000000" w:themeColor="text1"/>
        </w:rPr>
        <w:t>Full-time (36 hours a week)</w:t>
      </w:r>
    </w:p>
    <w:p w14:paraId="0E59D480" w14:textId="11801563" w:rsidR="00640F08" w:rsidRPr="00EF5885" w:rsidRDefault="009C11D2" w:rsidP="1FFDD154">
      <w:pPr>
        <w:pStyle w:val="Heading1"/>
        <w:rPr>
          <w:rFonts w:ascii="Gill Sans MT" w:eastAsia="Gill Sans MT" w:hAnsi="Gill Sans MT" w:cs="Gill Sans MT"/>
          <w:color w:val="B50938"/>
        </w:rPr>
      </w:pPr>
      <w:r w:rsidRPr="00EF5885">
        <w:rPr>
          <w:rFonts w:ascii="Gill Sans MT" w:eastAsia="Gill Sans MT" w:hAnsi="Gill Sans MT" w:cs="Gill Sans MT"/>
          <w:color w:val="B50938"/>
        </w:rPr>
        <w:t>What you’ll do</w:t>
      </w:r>
    </w:p>
    <w:p w14:paraId="523987BB" w14:textId="1C304B33" w:rsidR="00640F08" w:rsidRPr="00EF5885" w:rsidRDefault="54A67B81" w:rsidP="2EEBFC12">
      <w:r w:rsidRPr="00EF5885">
        <w:rPr>
          <w:rFonts w:ascii="Gill Sans MT" w:eastAsia="Gill Sans MT" w:hAnsi="Gill Sans MT" w:cs="Gill Sans MT"/>
          <w:sz w:val="24"/>
          <w:szCs w:val="24"/>
        </w:rPr>
        <w:t>As a</w:t>
      </w:r>
      <w:r w:rsidR="282772AD" w:rsidRPr="00EF5885">
        <w:rPr>
          <w:rFonts w:ascii="Gill Sans MT" w:eastAsia="Gill Sans MT" w:hAnsi="Gill Sans MT" w:cs="Gill Sans MT"/>
          <w:sz w:val="24"/>
          <w:szCs w:val="24"/>
        </w:rPr>
        <w:t xml:space="preserve">n Inclusion &amp; Diversity </w:t>
      </w:r>
      <w:r w:rsidR="16278BBB" w:rsidRPr="00EF5885">
        <w:rPr>
          <w:rFonts w:ascii="Gill Sans MT" w:eastAsia="Gill Sans MT" w:hAnsi="Gill Sans MT" w:cs="Gill Sans MT"/>
          <w:sz w:val="24"/>
          <w:szCs w:val="24"/>
        </w:rPr>
        <w:t xml:space="preserve">(I&amp;D) </w:t>
      </w:r>
      <w:r w:rsidR="282772AD" w:rsidRPr="00EF5885">
        <w:rPr>
          <w:rFonts w:ascii="Gill Sans MT" w:eastAsia="Gill Sans MT" w:hAnsi="Gill Sans MT" w:cs="Gill Sans MT"/>
          <w:sz w:val="24"/>
          <w:szCs w:val="24"/>
        </w:rPr>
        <w:t>Manager</w:t>
      </w:r>
      <w:r w:rsidR="42EDFB39" w:rsidRPr="00EF5885">
        <w:rPr>
          <w:rFonts w:ascii="Gill Sans MT" w:eastAsia="Gill Sans MT" w:hAnsi="Gill Sans MT" w:cs="Gill Sans MT"/>
          <w:sz w:val="24"/>
          <w:szCs w:val="24"/>
        </w:rPr>
        <w:t xml:space="preserve"> in the House of Lords</w:t>
      </w:r>
      <w:r w:rsidRPr="00EF5885">
        <w:rPr>
          <w:rFonts w:ascii="Gill Sans MT" w:eastAsia="Gill Sans MT" w:hAnsi="Gill Sans MT" w:cs="Gill Sans MT"/>
          <w:sz w:val="24"/>
          <w:szCs w:val="24"/>
        </w:rPr>
        <w:t>, you’ll play an important role in supporting the UK’s parliamentary democracy. Your work will help ensure Members</w:t>
      </w:r>
      <w:r w:rsidR="25469F8F" w:rsidRPr="00EF5885">
        <w:rPr>
          <w:rFonts w:ascii="Gill Sans MT" w:eastAsia="Gill Sans MT" w:hAnsi="Gill Sans MT" w:cs="Gill Sans MT"/>
          <w:sz w:val="24"/>
          <w:szCs w:val="24"/>
        </w:rPr>
        <w:t xml:space="preserve"> and colleagues</w:t>
      </w:r>
      <w:r w:rsidRPr="00EF5885">
        <w:rPr>
          <w:rFonts w:ascii="Gill Sans MT" w:eastAsia="Gill Sans MT" w:hAnsi="Gill Sans MT" w:cs="Gill Sans MT"/>
          <w:sz w:val="24"/>
          <w:szCs w:val="24"/>
        </w:rPr>
        <w:t xml:space="preserve"> are able to carry out their responsibilities effectively, contributing to something bigger than any one role.</w:t>
      </w:r>
    </w:p>
    <w:p w14:paraId="1305FBF0" w14:textId="0A7F0B1F" w:rsidR="34C3DE91" w:rsidRPr="002D7B40" w:rsidRDefault="488BC8BF" w:rsidP="546CF07D">
      <w:pPr>
        <w:pStyle w:val="paragraph"/>
        <w:spacing w:after="160" w:afterAutospacing="0" w:line="279" w:lineRule="auto"/>
        <w:rPr>
          <w:rFonts w:ascii="Gill Sans MT" w:eastAsia="Gill Sans MT" w:hAnsi="Gill Sans MT" w:cs="Gill Sans MT"/>
          <w:color w:val="000000" w:themeColor="text1"/>
        </w:rPr>
      </w:pPr>
      <w:r w:rsidRPr="00EF5885">
        <w:rPr>
          <w:rFonts w:ascii="Gill Sans MT" w:eastAsia="Gill Sans MT" w:hAnsi="Gill Sans MT" w:cs="Gill Sans MT"/>
          <w:color w:val="000000" w:themeColor="text1"/>
        </w:rPr>
        <w:t xml:space="preserve">Your key objective will be </w:t>
      </w:r>
      <w:r w:rsidR="34C3DE91" w:rsidRPr="00EF5885">
        <w:rPr>
          <w:rFonts w:ascii="Gill Sans MT" w:eastAsia="Gill Sans MT" w:hAnsi="Gill Sans MT" w:cs="Gill Sans MT"/>
          <w:color w:val="000000" w:themeColor="text1"/>
        </w:rPr>
        <w:t>to support the Head of I</w:t>
      </w:r>
      <w:r w:rsidR="5B415C07" w:rsidRPr="00EF5885">
        <w:rPr>
          <w:rFonts w:ascii="Gill Sans MT" w:eastAsia="Gill Sans MT" w:hAnsi="Gill Sans MT" w:cs="Gill Sans MT"/>
          <w:color w:val="000000" w:themeColor="text1"/>
        </w:rPr>
        <w:t>&amp;D</w:t>
      </w:r>
      <w:r w:rsidR="34C3DE91" w:rsidRPr="00EF5885">
        <w:rPr>
          <w:rFonts w:ascii="Gill Sans MT" w:eastAsia="Gill Sans MT" w:hAnsi="Gill Sans MT" w:cs="Gill Sans MT"/>
          <w:color w:val="000000" w:themeColor="text1"/>
        </w:rPr>
        <w:t xml:space="preserve"> in the development and delivery of I&amp;D priorities for House of Lords Administration</w:t>
      </w:r>
      <w:r w:rsidR="2A0E8E8D" w:rsidRPr="00EF5885">
        <w:rPr>
          <w:rFonts w:ascii="Gill Sans MT" w:eastAsia="Gill Sans MT" w:hAnsi="Gill Sans MT" w:cs="Gill Sans MT"/>
          <w:color w:val="000000" w:themeColor="text1"/>
        </w:rPr>
        <w:t xml:space="preserve"> and, with the House of Commons I&amp;D team, for all of UK Parliament</w:t>
      </w:r>
      <w:r w:rsidR="34C3DE91" w:rsidRPr="00EF5885">
        <w:rPr>
          <w:rFonts w:ascii="Gill Sans MT" w:eastAsia="Gill Sans MT" w:hAnsi="Gill Sans MT" w:cs="Gill Sans MT"/>
          <w:color w:val="000000" w:themeColor="text1"/>
        </w:rPr>
        <w:t>.</w:t>
      </w:r>
    </w:p>
    <w:p w14:paraId="151984F7" w14:textId="6E62D2FC" w:rsidR="34C3DE91" w:rsidRPr="002D7B40" w:rsidRDefault="3B236899" w:rsidP="65451D7B">
      <w:pPr>
        <w:pStyle w:val="paragraph"/>
        <w:spacing w:after="160" w:afterAutospacing="0"/>
        <w:rPr>
          <w:rFonts w:ascii="Gill Sans MT" w:eastAsia="Gill Sans MT" w:hAnsi="Gill Sans MT" w:cs="Gill Sans MT"/>
          <w:color w:val="000000" w:themeColor="text1"/>
        </w:rPr>
      </w:pPr>
      <w:r w:rsidRPr="00EF5885">
        <w:rPr>
          <w:rFonts w:ascii="Gill Sans MT" w:eastAsia="Gill Sans MT" w:hAnsi="Gill Sans MT" w:cs="Gill Sans MT"/>
          <w:color w:val="000000" w:themeColor="text1"/>
        </w:rPr>
        <w:t>You</w:t>
      </w:r>
      <w:r w:rsidR="34C3DE91" w:rsidRPr="00EF5885">
        <w:rPr>
          <w:rFonts w:ascii="Gill Sans MT" w:eastAsia="Gill Sans MT" w:hAnsi="Gill Sans MT" w:cs="Gill Sans MT"/>
          <w:color w:val="000000" w:themeColor="text1"/>
        </w:rPr>
        <w:t xml:space="preserve"> will have specialist knowledge of </w:t>
      </w:r>
      <w:r w:rsidR="62C11927" w:rsidRPr="00EF5885">
        <w:rPr>
          <w:rFonts w:ascii="Gill Sans MT" w:eastAsia="Gill Sans MT" w:hAnsi="Gill Sans MT" w:cs="Gill Sans MT"/>
          <w:color w:val="000000" w:themeColor="text1"/>
        </w:rPr>
        <w:t xml:space="preserve">I&amp;D </w:t>
      </w:r>
      <w:r w:rsidR="34C3DE91" w:rsidRPr="00EF5885">
        <w:rPr>
          <w:rFonts w:ascii="Gill Sans MT" w:eastAsia="Gill Sans MT" w:hAnsi="Gill Sans MT" w:cs="Gill Sans MT"/>
          <w:color w:val="000000" w:themeColor="text1"/>
        </w:rPr>
        <w:t xml:space="preserve">topics, including equality legislation and best practice, to advise colleagues and stakeholders </w:t>
      </w:r>
      <w:r w:rsidR="6A655A06" w:rsidRPr="00EF5885">
        <w:rPr>
          <w:rFonts w:ascii="Gill Sans MT" w:eastAsia="Gill Sans MT" w:hAnsi="Gill Sans MT" w:cs="Gill Sans MT"/>
          <w:color w:val="000000" w:themeColor="text1"/>
        </w:rPr>
        <w:t xml:space="preserve">on </w:t>
      </w:r>
      <w:r w:rsidR="34C3DE91" w:rsidRPr="00EF5885">
        <w:rPr>
          <w:rFonts w:ascii="Gill Sans MT" w:eastAsia="Gill Sans MT" w:hAnsi="Gill Sans MT" w:cs="Gill Sans MT"/>
          <w:color w:val="000000" w:themeColor="text1"/>
        </w:rPr>
        <w:t>how best to realise the Administration’s value of inclusivity and engage with the I&amp;D Strategy.</w:t>
      </w:r>
    </w:p>
    <w:p w14:paraId="5573879A" w14:textId="23E5BA8C" w:rsidR="34C3DE91" w:rsidRPr="00EF5885" w:rsidRDefault="2E43D492" w:rsidP="4C84F4A6">
      <w:pPr>
        <w:pStyle w:val="paragraph"/>
        <w:spacing w:after="160" w:afterAutospacing="0"/>
        <w:rPr>
          <w:rFonts w:ascii="Gill Sans MT" w:eastAsia="Gill Sans MT" w:hAnsi="Gill Sans MT" w:cs="Gill Sans MT"/>
          <w:color w:val="000000" w:themeColor="text1"/>
        </w:rPr>
      </w:pPr>
      <w:r w:rsidRPr="00EF5885">
        <w:rPr>
          <w:rFonts w:ascii="Gill Sans MT" w:eastAsia="Gill Sans MT" w:hAnsi="Gill Sans MT" w:cs="Gill Sans MT"/>
          <w:color w:val="000000" w:themeColor="text1"/>
        </w:rPr>
        <w:t xml:space="preserve">You </w:t>
      </w:r>
      <w:r w:rsidR="34C3DE91" w:rsidRPr="00EF5885">
        <w:rPr>
          <w:rFonts w:ascii="Gill Sans MT" w:eastAsia="Gill Sans MT" w:hAnsi="Gill Sans MT" w:cs="Gill Sans MT"/>
          <w:color w:val="000000" w:themeColor="text1"/>
        </w:rPr>
        <w:t>will independently manage portions of the I&amp;D Strategy, taking responsibility for delivering projects and initiatives from inception to insight gathering.</w:t>
      </w:r>
    </w:p>
    <w:p w14:paraId="17CC8DF1" w14:textId="039B80D1" w:rsidR="3AD0A7A9" w:rsidRPr="00EF5885" w:rsidRDefault="6855F868" w:rsidP="3809D113">
      <w:r w:rsidRPr="00EF5885">
        <w:rPr>
          <w:rFonts w:ascii="Gill Sans MT" w:eastAsia="Gill Sans MT" w:hAnsi="Gill Sans MT" w:cs="Gill Sans MT"/>
          <w:color w:val="000000" w:themeColor="text1"/>
          <w:sz w:val="24"/>
          <w:szCs w:val="24"/>
        </w:rPr>
        <w:t>Your responsibilities will include</w:t>
      </w:r>
      <w:r w:rsidR="6E525AF6" w:rsidRPr="00EF5885">
        <w:rPr>
          <w:rFonts w:ascii="Gill Sans MT" w:eastAsia="Gill Sans MT" w:hAnsi="Gill Sans MT" w:cs="Gill Sans MT"/>
          <w:color w:val="000000" w:themeColor="text1"/>
          <w:sz w:val="24"/>
          <w:szCs w:val="24"/>
        </w:rPr>
        <w:t>:</w:t>
      </w:r>
    </w:p>
    <w:p w14:paraId="34DAA0F7" w14:textId="2F5FB55B" w:rsidR="07B542F8" w:rsidRPr="00EF5885" w:rsidRDefault="0ECBF4FF" w:rsidP="2E580359">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lastRenderedPageBreak/>
        <w:t>Taking responsibility for I&amp;D’s strategic priorities, ensuring the effective roll out of activities to achieve set targets. You will manage the review and insight gathering processes of inclusion projects to ensure alignment with the I&amp;D Strategy.</w:t>
      </w:r>
    </w:p>
    <w:p w14:paraId="70DBFF88" w14:textId="5CC0310D" w:rsidR="30797AAC" w:rsidRPr="00EF5885" w:rsidRDefault="60DE7778" w:rsidP="2E580359">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Leading on projects and programmes and delivering against strategic objectives. This will require effective stakeholder engagement and tracking measurable outcomes.</w:t>
      </w:r>
    </w:p>
    <w:p w14:paraId="22A878CC" w14:textId="711C5673" w:rsidR="07B542F8" w:rsidRPr="00BC33EE" w:rsidRDefault="0ECBF4FF" w:rsidP="7CFE9E19">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Building strong relationships with senior leaders, securing buy-in for the I&amp;D team’s work.</w:t>
      </w:r>
    </w:p>
    <w:p w14:paraId="35AF3224" w14:textId="44BCBF87" w:rsidR="0501FE08" w:rsidRPr="00EF5885" w:rsidRDefault="6B358DAD" w:rsidP="2DB0CB55">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Providing specialist advice, </w:t>
      </w:r>
      <w:r w:rsidR="537F0801" w:rsidRPr="00EF5885">
        <w:rPr>
          <w:rFonts w:ascii="Gill Sans MT" w:eastAsia="Gill Sans MT" w:hAnsi="Gill Sans MT" w:cs="Gill Sans MT"/>
          <w:sz w:val="24"/>
          <w:szCs w:val="24"/>
        </w:rPr>
        <w:t>particularly</w:t>
      </w:r>
      <w:r w:rsidRPr="00EF5885">
        <w:rPr>
          <w:rFonts w:ascii="Gill Sans MT" w:eastAsia="Gill Sans MT" w:hAnsi="Gill Sans MT" w:cs="Gill Sans MT"/>
          <w:sz w:val="24"/>
          <w:szCs w:val="24"/>
        </w:rPr>
        <w:t xml:space="preserve"> relating to the Equality Act 2010, and how they apply to the House of Lords.</w:t>
      </w:r>
    </w:p>
    <w:p w14:paraId="155A4B67" w14:textId="33792D38" w:rsidR="0957E4BD" w:rsidRPr="00EF5885" w:rsidRDefault="0957E4BD" w:rsidP="093D913D">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Responding to queries from internal and external stakeholders, including senior leaders, members, press queries and Freedom of Information requests.</w:t>
      </w:r>
    </w:p>
    <w:p w14:paraId="5076AE77" w14:textId="6B9F1FA9" w:rsidR="0501FE08" w:rsidRPr="00EF5885" w:rsidRDefault="172A3C00" w:rsidP="2DB0CB55">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Overseeing </w:t>
      </w:r>
      <w:r w:rsidR="008B112A" w:rsidRPr="00EF5885">
        <w:rPr>
          <w:rFonts w:ascii="Gill Sans MT" w:eastAsia="Gill Sans MT" w:hAnsi="Gill Sans MT" w:cs="Gill Sans MT"/>
          <w:sz w:val="24"/>
          <w:szCs w:val="24"/>
        </w:rPr>
        <w:t>UK Parliament’s</w:t>
      </w:r>
      <w:r w:rsidRPr="00EF5885">
        <w:rPr>
          <w:rFonts w:ascii="Gill Sans MT" w:eastAsia="Gill Sans MT" w:hAnsi="Gill Sans MT" w:cs="Gill Sans MT"/>
          <w:sz w:val="24"/>
          <w:szCs w:val="24"/>
        </w:rPr>
        <w:t xml:space="preserve"> Workplace Equality Networks to guide and support their strategic direction and alignment with the </w:t>
      </w:r>
      <w:r w:rsidR="397E3623" w:rsidRPr="00EF5885">
        <w:rPr>
          <w:rFonts w:ascii="Gill Sans MT" w:eastAsia="Gill Sans MT" w:hAnsi="Gill Sans MT" w:cs="Gill Sans MT"/>
          <w:sz w:val="24"/>
          <w:szCs w:val="24"/>
        </w:rPr>
        <w:t>House of Lords</w:t>
      </w:r>
      <w:r w:rsidRPr="00EF5885">
        <w:rPr>
          <w:rFonts w:ascii="Gill Sans MT" w:eastAsia="Gill Sans MT" w:hAnsi="Gill Sans MT" w:cs="Gill Sans MT"/>
          <w:sz w:val="24"/>
          <w:szCs w:val="24"/>
        </w:rPr>
        <w:t xml:space="preserve"> objectives.</w:t>
      </w:r>
    </w:p>
    <w:p w14:paraId="2BCEC922" w14:textId="682B968F" w:rsidR="52D86A64" w:rsidRPr="00EF5885" w:rsidRDefault="34122DE9" w:rsidP="52D86A64">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Developing and supporting diversity data reports, </w:t>
      </w:r>
      <w:r w:rsidR="7E47E9CE" w:rsidRPr="00EF5885">
        <w:rPr>
          <w:rFonts w:ascii="Gill Sans MT" w:eastAsia="Gill Sans MT" w:hAnsi="Gill Sans MT" w:cs="Gill Sans MT"/>
          <w:sz w:val="24"/>
          <w:szCs w:val="24"/>
        </w:rPr>
        <w:t xml:space="preserve">reviewing and analysing demographic data to target I&amp;D activities, </w:t>
      </w:r>
      <w:r w:rsidRPr="00EF5885">
        <w:rPr>
          <w:rFonts w:ascii="Gill Sans MT" w:eastAsia="Gill Sans MT" w:hAnsi="Gill Sans MT" w:cs="Gill Sans MT"/>
          <w:sz w:val="24"/>
          <w:szCs w:val="24"/>
        </w:rPr>
        <w:t>including our annual pay gaps report.</w:t>
      </w:r>
    </w:p>
    <w:p w14:paraId="23109B85" w14:textId="72A2768E" w:rsidR="6EE1CDED" w:rsidRPr="00EF5885" w:rsidRDefault="42917AC4" w:rsidP="048AD9A9">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Working with the wider HR Office, including the other members of the I&amp;D team and the Learning &amp; Organisational Development team to support and co</w:t>
      </w:r>
      <w:r w:rsidR="58934496" w:rsidRPr="00EF5885">
        <w:rPr>
          <w:rFonts w:ascii="Gill Sans MT" w:eastAsia="Gill Sans MT" w:hAnsi="Gill Sans MT" w:cs="Gill Sans MT"/>
          <w:sz w:val="24"/>
          <w:szCs w:val="24"/>
        </w:rPr>
        <w:t>-ordinate</w:t>
      </w:r>
      <w:r w:rsidRPr="00EF5885">
        <w:rPr>
          <w:rFonts w:ascii="Gill Sans MT" w:eastAsia="Gill Sans MT" w:hAnsi="Gill Sans MT" w:cs="Gill Sans MT"/>
          <w:sz w:val="24"/>
          <w:szCs w:val="24"/>
        </w:rPr>
        <w:t xml:space="preserve"> I&amp;D activities</w:t>
      </w:r>
      <w:r w:rsidR="00102ECD">
        <w:rPr>
          <w:rFonts w:ascii="Gill Sans MT" w:eastAsia="Gill Sans MT" w:hAnsi="Gill Sans MT" w:cs="Gill Sans MT"/>
          <w:sz w:val="24"/>
          <w:szCs w:val="24"/>
        </w:rPr>
        <w:t>.</w:t>
      </w:r>
    </w:p>
    <w:p w14:paraId="494BEBFD" w14:textId="1C3FFEE0" w:rsidR="6EE1CDED" w:rsidRPr="00EF5885" w:rsidRDefault="47B1C591" w:rsidP="0B304DEE">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Engaging in benchmarking exercises with external organizations to ensure the House of Lords meets a high standard of excellence in I&amp;D. This will include delivering gap analyses and action plans based on benchmarking results.</w:t>
      </w:r>
    </w:p>
    <w:p w14:paraId="61C30823" w14:textId="3E2B1CBE" w:rsidR="6EE1CDED" w:rsidRPr="00EF5885" w:rsidRDefault="47B1C591" w:rsidP="77EDEF41">
      <w:pPr>
        <w:pStyle w:val="ListBullet"/>
      </w:pPr>
      <w:r w:rsidRPr="00EF5885">
        <w:rPr>
          <w:rFonts w:ascii="Gill Sans MT" w:eastAsia="Gill Sans MT" w:hAnsi="Gill Sans MT" w:cs="Gill Sans MT"/>
          <w:sz w:val="24"/>
          <w:szCs w:val="24"/>
        </w:rPr>
        <w:t>Delivering events and collaborating with partners to highlight traditionally under-represented groups and build the House of Lords’ reputation as an inclusive employer.</w:t>
      </w:r>
    </w:p>
    <w:p w14:paraId="34A0FCF3" w14:textId="083ECE99" w:rsidR="15CD5C49" w:rsidRPr="00EF5885" w:rsidRDefault="26E18C4D" w:rsidP="3809D113">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Representing the House of Lords I&amp;D team on internal stakeholder groups</w:t>
      </w:r>
      <w:r w:rsidR="15817476" w:rsidRPr="00EF5885">
        <w:rPr>
          <w:rFonts w:ascii="Gill Sans MT" w:eastAsia="Gill Sans MT" w:hAnsi="Gill Sans MT" w:cs="Gill Sans MT"/>
          <w:sz w:val="24"/>
          <w:szCs w:val="24"/>
        </w:rPr>
        <w:t>, deputising for the Head of I&amp;D and/or providing cover as needed</w:t>
      </w:r>
      <w:r w:rsidR="00170A5C">
        <w:rPr>
          <w:rFonts w:ascii="Gill Sans MT" w:eastAsia="Gill Sans MT" w:hAnsi="Gill Sans MT" w:cs="Gill Sans MT"/>
          <w:sz w:val="24"/>
          <w:szCs w:val="24"/>
        </w:rPr>
        <w:t>. F</w:t>
      </w:r>
      <w:r w:rsidR="15817476" w:rsidRPr="00EF5885">
        <w:rPr>
          <w:rFonts w:ascii="Gill Sans MT" w:eastAsia="Gill Sans MT" w:hAnsi="Gill Sans MT" w:cs="Gill Sans MT"/>
          <w:sz w:val="24"/>
          <w:szCs w:val="24"/>
        </w:rPr>
        <w:t>or example, during annual leave</w:t>
      </w:r>
      <w:r w:rsidRPr="00EF5885">
        <w:rPr>
          <w:rFonts w:ascii="Gill Sans MT" w:eastAsia="Gill Sans MT" w:hAnsi="Gill Sans MT" w:cs="Gill Sans MT"/>
          <w:sz w:val="24"/>
          <w:szCs w:val="24"/>
        </w:rPr>
        <w:t>.</w:t>
      </w:r>
    </w:p>
    <w:p w14:paraId="0B59EE29" w14:textId="65F593A6" w:rsidR="4F249CBB" w:rsidRPr="00EF5885" w:rsidRDefault="63E728EE" w:rsidP="4F249CBB">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Contributing to the development, review and implementation of </w:t>
      </w:r>
      <w:bookmarkStart w:id="0" w:name="_Int_IY018k23"/>
      <w:r w:rsidRPr="00EF5885">
        <w:rPr>
          <w:rFonts w:ascii="Gill Sans MT" w:eastAsia="Gill Sans MT" w:hAnsi="Gill Sans MT" w:cs="Gill Sans MT"/>
          <w:sz w:val="24"/>
          <w:szCs w:val="24"/>
        </w:rPr>
        <w:t>people</w:t>
      </w:r>
      <w:bookmarkEnd w:id="0"/>
      <w:r w:rsidRPr="00EF5885">
        <w:rPr>
          <w:rFonts w:ascii="Gill Sans MT" w:eastAsia="Gill Sans MT" w:hAnsi="Gill Sans MT" w:cs="Gill Sans MT"/>
          <w:sz w:val="24"/>
          <w:szCs w:val="24"/>
        </w:rPr>
        <w:t xml:space="preserve"> policies and guidance.</w:t>
      </w:r>
    </w:p>
    <w:p w14:paraId="4820609A" w14:textId="2444C4D8" w:rsidR="52D86A64" w:rsidRPr="00EF5885" w:rsidRDefault="43FDA4CE" w:rsidP="52D86A64">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Presenting at I&amp;D-related events, utilising expert knowledge and confidence in explaining </w:t>
      </w:r>
      <w:r w:rsidR="0D6B1806" w:rsidRPr="00EF5885">
        <w:rPr>
          <w:rFonts w:ascii="Gill Sans MT" w:eastAsia="Gill Sans MT" w:hAnsi="Gill Sans MT" w:cs="Gill Sans MT"/>
          <w:sz w:val="24"/>
          <w:szCs w:val="24"/>
        </w:rPr>
        <w:t>I&amp;D</w:t>
      </w:r>
      <w:r w:rsidRPr="00EF5885">
        <w:rPr>
          <w:rFonts w:ascii="Gill Sans MT" w:eastAsia="Gill Sans MT" w:hAnsi="Gill Sans MT" w:cs="Gill Sans MT"/>
          <w:sz w:val="24"/>
          <w:szCs w:val="24"/>
        </w:rPr>
        <w:t xml:space="preserve"> topics</w:t>
      </w:r>
      <w:r w:rsidR="051D2DDA" w:rsidRPr="00EF5885">
        <w:rPr>
          <w:rFonts w:ascii="Gill Sans MT" w:eastAsia="Gill Sans MT" w:hAnsi="Gill Sans MT" w:cs="Gill Sans MT"/>
          <w:sz w:val="24"/>
          <w:szCs w:val="24"/>
        </w:rPr>
        <w:t>, and undertaking regular Continuous Professional Development</w:t>
      </w:r>
      <w:r w:rsidRPr="00EF5885">
        <w:rPr>
          <w:rFonts w:ascii="Gill Sans MT" w:eastAsia="Gill Sans MT" w:hAnsi="Gill Sans MT" w:cs="Gill Sans MT"/>
          <w:sz w:val="24"/>
          <w:szCs w:val="24"/>
        </w:rPr>
        <w:t>.</w:t>
      </w:r>
    </w:p>
    <w:p w14:paraId="7EAA919E" w14:textId="0C7206F1" w:rsidR="1F11BF3D" w:rsidRPr="00EF5885" w:rsidRDefault="43FDA4CE" w:rsidP="11EAB48D">
      <w:pPr>
        <w:pStyle w:val="ListBullet"/>
        <w:rPr>
          <w:rFonts w:ascii="Gill Sans MT" w:eastAsia="Gill Sans MT" w:hAnsi="Gill Sans MT" w:cs="Gill Sans MT"/>
          <w:sz w:val="24"/>
          <w:szCs w:val="24"/>
        </w:rPr>
      </w:pPr>
      <w:r w:rsidRPr="00EF5885">
        <w:rPr>
          <w:rFonts w:ascii="Gill Sans MT" w:eastAsia="Gill Sans MT" w:hAnsi="Gill Sans MT" w:cs="Gill Sans MT"/>
          <w:sz w:val="24"/>
          <w:szCs w:val="24"/>
        </w:rPr>
        <w:t>Contributing to internal and external communications that promote the I&amp;D team’s work.</w:t>
      </w:r>
    </w:p>
    <w:p w14:paraId="57A3DBD8" w14:textId="77777777" w:rsidR="00640F08" w:rsidRPr="00EF5885" w:rsidRDefault="009C11D2" w:rsidP="1FFDD154">
      <w:pPr>
        <w:rPr>
          <w:rFonts w:ascii="Gill Sans MT" w:eastAsia="Gill Sans MT" w:hAnsi="Gill Sans MT" w:cs="Gill Sans MT"/>
          <w:sz w:val="24"/>
          <w:szCs w:val="24"/>
        </w:rPr>
      </w:pPr>
      <w:r w:rsidRPr="00EF5885">
        <w:rPr>
          <w:rFonts w:ascii="Gill Sans MT" w:eastAsia="Gill Sans MT" w:hAnsi="Gill Sans MT" w:cs="Gill Sans MT"/>
          <w:sz w:val="24"/>
          <w:szCs w:val="24"/>
        </w:rPr>
        <w:t>You may occasionally take on additional responsibilities in line with your role and grade.</w:t>
      </w:r>
    </w:p>
    <w:p w14:paraId="0F41C880" w14:textId="77777777" w:rsidR="00640F08" w:rsidRPr="00EF5885" w:rsidRDefault="009C11D2" w:rsidP="1FFDD154">
      <w:pPr>
        <w:pStyle w:val="Heading1"/>
        <w:rPr>
          <w:rFonts w:ascii="Gill Sans MT" w:eastAsia="Gill Sans MT" w:hAnsi="Gill Sans MT" w:cs="Gill Sans MT"/>
          <w:color w:val="C00000"/>
        </w:rPr>
      </w:pPr>
      <w:r w:rsidRPr="00EF5885">
        <w:rPr>
          <w:rFonts w:ascii="Gill Sans MT" w:eastAsia="Gill Sans MT" w:hAnsi="Gill Sans MT" w:cs="Gill Sans MT"/>
          <w:color w:val="C00000"/>
        </w:rPr>
        <w:lastRenderedPageBreak/>
        <w:t>What you’ll bring</w:t>
      </w:r>
    </w:p>
    <w:p w14:paraId="56A7656E" w14:textId="6468FF6C" w:rsidR="00640F08" w:rsidRPr="00EF5885" w:rsidRDefault="009C11D2" w:rsidP="1FFDD154">
      <w:r w:rsidRPr="00EF5885">
        <w:rPr>
          <w:rFonts w:ascii="Gill Sans MT" w:eastAsia="Gill Sans MT" w:hAnsi="Gill Sans MT" w:cs="Gill Sans MT"/>
          <w:sz w:val="24"/>
          <w:szCs w:val="24"/>
        </w:rPr>
        <w:t>We’re looking for someone who can bring their skills and experience to make a meaningful contribution here.</w:t>
      </w:r>
    </w:p>
    <w:p w14:paraId="1E1F081B" w14:textId="46D463BE" w:rsidR="00212BCF" w:rsidRPr="00EF5885" w:rsidRDefault="703170B5" w:rsidP="26FEA539">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We </w:t>
      </w:r>
      <w:r w:rsidR="708F5E02" w:rsidRPr="00EF5885">
        <w:rPr>
          <w:rFonts w:ascii="Gill Sans MT" w:eastAsia="Gill Sans MT" w:hAnsi="Gill Sans MT" w:cs="Gill Sans MT"/>
          <w:sz w:val="24"/>
          <w:szCs w:val="24"/>
        </w:rPr>
        <w:t>require a qualification in a relevant discipline (most likely HR or I&amp;D) or equivalent experience gained through relevant work experience.</w:t>
      </w:r>
      <w:r w:rsidR="00ED1BBE" w:rsidRPr="00EF5885">
        <w:rPr>
          <w:rFonts w:ascii="Gill Sans MT" w:eastAsia="Gill Sans MT" w:hAnsi="Gill Sans MT" w:cs="Gill Sans MT"/>
          <w:sz w:val="24"/>
          <w:szCs w:val="24"/>
        </w:rPr>
        <w:t xml:space="preserve"> Please include any qualifications or other relevant experience in your CV.</w:t>
      </w:r>
    </w:p>
    <w:p w14:paraId="0CFC2B0A" w14:textId="10F1DD99" w:rsidR="00640D4A" w:rsidRDefault="00640D4A" w:rsidP="00150512">
      <w:pPr>
        <w:pStyle w:val="Heading1"/>
        <w:rPr>
          <w:rFonts w:ascii="Gill Sans MT" w:eastAsia="Gill Sans MT" w:hAnsi="Gill Sans MT" w:cs="Gill Sans MT"/>
          <w:b w:val="0"/>
          <w:bCs w:val="0"/>
          <w:color w:val="C00000"/>
        </w:rPr>
      </w:pPr>
      <w:r w:rsidRPr="00EF5885">
        <w:rPr>
          <w:rFonts w:ascii="Gill Sans MT" w:eastAsia="Gill Sans MT" w:hAnsi="Gill Sans MT" w:cs="Gill Sans MT"/>
          <w:b w:val="0"/>
          <w:bCs w:val="0"/>
          <w:color w:val="C00000"/>
        </w:rPr>
        <w:t>Essential criteria:</w:t>
      </w:r>
    </w:p>
    <w:p w14:paraId="2E9ADAA7" w14:textId="175D2B18" w:rsidR="00930346" w:rsidRPr="00930346" w:rsidRDefault="00930346" w:rsidP="00930346">
      <w:pPr>
        <w:rPr>
          <w:rFonts w:ascii="Gill Sans MT" w:hAnsi="Gill Sans MT"/>
          <w:i/>
          <w:iCs/>
          <w:sz w:val="24"/>
          <w:szCs w:val="24"/>
        </w:rPr>
      </w:pPr>
      <w:r w:rsidRPr="00930346">
        <w:rPr>
          <w:rFonts w:ascii="Gill Sans MT" w:hAnsi="Gill Sans MT"/>
          <w:i/>
          <w:iCs/>
          <w:sz w:val="24"/>
          <w:szCs w:val="24"/>
        </w:rPr>
        <w:t>The following criteria will be assessed at application and interview.</w:t>
      </w:r>
      <w:r w:rsidR="005F4C54">
        <w:rPr>
          <w:rFonts w:ascii="Gill Sans MT" w:hAnsi="Gill Sans MT"/>
          <w:i/>
          <w:iCs/>
          <w:sz w:val="24"/>
          <w:szCs w:val="24"/>
        </w:rPr>
        <w:t xml:space="preserve"> We recommend that your application answers do not exceed 300 words. </w:t>
      </w:r>
    </w:p>
    <w:p w14:paraId="00A9AB11" w14:textId="47B85D07" w:rsidR="00B258BE" w:rsidRPr="00930346" w:rsidRDefault="004A5753" w:rsidP="1E517F96">
      <w:pPr>
        <w:pStyle w:val="ListNumber"/>
        <w:rPr>
          <w:rFonts w:ascii="Gill Sans MT" w:eastAsia="Gill Sans MT" w:hAnsi="Gill Sans MT" w:cs="Gill Sans MT"/>
          <w:sz w:val="24"/>
          <w:szCs w:val="24"/>
        </w:rPr>
      </w:pPr>
      <w:r>
        <w:rPr>
          <w:rFonts w:ascii="Gill Sans MT" w:eastAsia="Gill Sans MT" w:hAnsi="Gill Sans MT" w:cs="Gill Sans MT"/>
          <w:b/>
          <w:bCs/>
          <w:sz w:val="24"/>
          <w:szCs w:val="24"/>
        </w:rPr>
        <w:t>An i</w:t>
      </w:r>
      <w:r w:rsidR="00446EEA" w:rsidRPr="00930346">
        <w:rPr>
          <w:rFonts w:ascii="Gill Sans MT" w:eastAsia="Gill Sans MT" w:hAnsi="Gill Sans MT" w:cs="Gill Sans MT"/>
          <w:b/>
          <w:bCs/>
          <w:sz w:val="24"/>
          <w:szCs w:val="24"/>
        </w:rPr>
        <w:t xml:space="preserve">nterest in </w:t>
      </w:r>
      <w:r w:rsidR="00E50E2A" w:rsidRPr="00EF5885">
        <w:rPr>
          <w:rFonts w:ascii="Gill Sans MT" w:eastAsia="Gill Sans MT" w:hAnsi="Gill Sans MT" w:cs="Gill Sans MT"/>
          <w:b/>
          <w:bCs/>
          <w:sz w:val="24"/>
          <w:szCs w:val="24"/>
        </w:rPr>
        <w:t>the</w:t>
      </w:r>
      <w:r w:rsidR="00AB5789" w:rsidRPr="00EF5885">
        <w:rPr>
          <w:rFonts w:ascii="Gill Sans MT" w:eastAsia="Gill Sans MT" w:hAnsi="Gill Sans MT" w:cs="Gill Sans MT"/>
          <w:b/>
          <w:bCs/>
          <w:sz w:val="24"/>
          <w:szCs w:val="24"/>
        </w:rPr>
        <w:t xml:space="preserve"> House of Lords</w:t>
      </w:r>
      <w:r w:rsidR="00446EEA" w:rsidRPr="00EF5885">
        <w:rPr>
          <w:rFonts w:ascii="Gill Sans MT" w:eastAsia="Gill Sans MT" w:hAnsi="Gill Sans MT" w:cs="Gill Sans MT"/>
          <w:sz w:val="24"/>
          <w:szCs w:val="24"/>
        </w:rPr>
        <w:t xml:space="preserve"> </w:t>
      </w:r>
      <w:r w:rsidR="00B258BE" w:rsidRPr="00EF5885">
        <w:rPr>
          <w:rFonts w:ascii="Gill Sans MT" w:eastAsia="Gill Sans MT" w:hAnsi="Gill Sans MT" w:cs="Gill Sans MT"/>
          <w:sz w:val="24"/>
          <w:szCs w:val="24"/>
        </w:rPr>
        <w:t xml:space="preserve">– </w:t>
      </w:r>
      <w:r w:rsidR="00E50E2A" w:rsidRPr="00930346">
        <w:rPr>
          <w:rFonts w:ascii="Gill Sans MT" w:eastAsia="Gill Sans MT" w:hAnsi="Gill Sans MT" w:cs="Gill Sans MT"/>
          <w:sz w:val="24"/>
          <w:szCs w:val="24"/>
        </w:rPr>
        <w:t>Demonstrable</w:t>
      </w:r>
      <w:r w:rsidR="00446EEA" w:rsidRPr="00930346">
        <w:rPr>
          <w:rFonts w:ascii="Gill Sans MT" w:eastAsia="Gill Sans MT" w:hAnsi="Gill Sans MT" w:cs="Gill Sans MT"/>
          <w:sz w:val="24"/>
          <w:szCs w:val="24"/>
        </w:rPr>
        <w:t xml:space="preserve"> interest in and commitment to the role of the House of Lords in parliamentary democracy</w:t>
      </w:r>
      <w:r w:rsidR="00E50E2A" w:rsidRPr="00930346">
        <w:rPr>
          <w:rFonts w:ascii="Gill Sans MT" w:eastAsia="Gill Sans MT" w:hAnsi="Gill Sans MT" w:cs="Gill Sans MT"/>
          <w:sz w:val="24"/>
          <w:szCs w:val="24"/>
        </w:rPr>
        <w:t>.</w:t>
      </w:r>
    </w:p>
    <w:p w14:paraId="22ADA681" w14:textId="0A8F430E" w:rsidR="7BF9FF92" w:rsidRPr="00EF5885" w:rsidRDefault="24299584" w:rsidP="1E517F96">
      <w:pPr>
        <w:pStyle w:val="ListNumber"/>
        <w:rPr>
          <w:rFonts w:ascii="Gill Sans MT" w:eastAsia="Gill Sans MT" w:hAnsi="Gill Sans MT" w:cs="Gill Sans MT"/>
          <w:sz w:val="24"/>
          <w:szCs w:val="24"/>
        </w:rPr>
      </w:pPr>
      <w:r w:rsidRPr="00EF5885">
        <w:rPr>
          <w:rFonts w:ascii="Gill Sans MT" w:eastAsia="Gill Sans MT" w:hAnsi="Gill Sans MT" w:cs="Gill Sans MT"/>
          <w:b/>
          <w:bCs/>
          <w:sz w:val="24"/>
          <w:szCs w:val="24"/>
        </w:rPr>
        <w:t>Experience with i</w:t>
      </w:r>
      <w:r w:rsidR="542FD7FC" w:rsidRPr="00EF5885">
        <w:rPr>
          <w:rFonts w:ascii="Gill Sans MT" w:eastAsia="Gill Sans MT" w:hAnsi="Gill Sans MT" w:cs="Gill Sans MT"/>
          <w:b/>
          <w:bCs/>
          <w:sz w:val="24"/>
          <w:szCs w:val="24"/>
        </w:rPr>
        <w:t xml:space="preserve">nclusion and </w:t>
      </w:r>
      <w:r w:rsidR="1162458E" w:rsidRPr="00EF5885">
        <w:rPr>
          <w:rFonts w:ascii="Gill Sans MT" w:eastAsia="Gill Sans MT" w:hAnsi="Gill Sans MT" w:cs="Gill Sans MT"/>
          <w:b/>
          <w:bCs/>
          <w:sz w:val="24"/>
          <w:szCs w:val="24"/>
        </w:rPr>
        <w:t>diversity</w:t>
      </w:r>
      <w:r w:rsidR="3E4D1AF5" w:rsidRPr="00EF5885">
        <w:rPr>
          <w:rFonts w:ascii="Gill Sans MT" w:eastAsia="Gill Sans MT" w:hAnsi="Gill Sans MT" w:cs="Gill Sans MT"/>
          <w:b/>
          <w:bCs/>
          <w:sz w:val="24"/>
          <w:szCs w:val="24"/>
        </w:rPr>
        <w:t xml:space="preserve"> </w:t>
      </w:r>
      <w:r w:rsidR="39FF6471" w:rsidRPr="00EF5885">
        <w:rPr>
          <w:rFonts w:ascii="Gill Sans MT" w:eastAsia="Gill Sans MT" w:hAnsi="Gill Sans MT" w:cs="Gill Sans MT"/>
          <w:sz w:val="24"/>
          <w:szCs w:val="24"/>
        </w:rPr>
        <w:t xml:space="preserve">– </w:t>
      </w:r>
      <w:r w:rsidR="331B6AED" w:rsidRPr="00EF5885">
        <w:rPr>
          <w:rFonts w:ascii="Gill Sans MT" w:eastAsia="Gill Sans MT" w:hAnsi="Gill Sans MT" w:cs="Gill Sans MT"/>
          <w:sz w:val="24"/>
          <w:szCs w:val="24"/>
        </w:rPr>
        <w:t xml:space="preserve">Specialist knowledge and experience working in an inclusion and diversity </w:t>
      </w:r>
      <w:r w:rsidR="54091107" w:rsidRPr="00EF5885">
        <w:rPr>
          <w:rFonts w:ascii="Gill Sans MT" w:eastAsia="Gill Sans MT" w:hAnsi="Gill Sans MT" w:cs="Gill Sans MT"/>
          <w:sz w:val="24"/>
          <w:szCs w:val="24"/>
        </w:rPr>
        <w:t>role</w:t>
      </w:r>
      <w:r w:rsidR="331B6AED" w:rsidRPr="00EF5885">
        <w:rPr>
          <w:rFonts w:ascii="Gill Sans MT" w:eastAsia="Gill Sans MT" w:hAnsi="Gill Sans MT" w:cs="Gill Sans MT"/>
          <w:sz w:val="24"/>
          <w:szCs w:val="24"/>
        </w:rPr>
        <w:t>, including experience delivering measurable improvements t</w:t>
      </w:r>
      <w:r w:rsidR="257A152A" w:rsidRPr="00EF5885">
        <w:rPr>
          <w:rFonts w:ascii="Gill Sans MT" w:eastAsia="Gill Sans MT" w:hAnsi="Gill Sans MT" w:cs="Gill Sans MT"/>
          <w:sz w:val="24"/>
          <w:szCs w:val="24"/>
        </w:rPr>
        <w:t>hrough</w:t>
      </w:r>
      <w:r w:rsidR="331B6AED" w:rsidRPr="00EF5885">
        <w:rPr>
          <w:rFonts w:ascii="Gill Sans MT" w:eastAsia="Gill Sans MT" w:hAnsi="Gill Sans MT" w:cs="Gill Sans MT"/>
          <w:sz w:val="24"/>
          <w:szCs w:val="24"/>
        </w:rPr>
        <w:t xml:space="preserve"> inclusion and diversity initiatives.</w:t>
      </w:r>
    </w:p>
    <w:p w14:paraId="65C75BF6" w14:textId="5DB8DB5A" w:rsidR="00B258BE" w:rsidRPr="00EF5885" w:rsidRDefault="00B258BE" w:rsidP="00B258BE">
      <w:pPr>
        <w:pStyle w:val="ListNumber"/>
        <w:rPr>
          <w:rFonts w:ascii="Gill Sans MT" w:eastAsia="Gill Sans MT" w:hAnsi="Gill Sans MT" w:cs="Gill Sans MT"/>
          <w:sz w:val="24"/>
          <w:szCs w:val="24"/>
        </w:rPr>
      </w:pPr>
      <w:r w:rsidRPr="00EF5885">
        <w:rPr>
          <w:rFonts w:ascii="Gill Sans MT" w:eastAsia="Gill Sans MT" w:hAnsi="Gill Sans MT" w:cs="Gill Sans MT"/>
          <w:b/>
          <w:bCs/>
          <w:sz w:val="24"/>
          <w:szCs w:val="24"/>
        </w:rPr>
        <w:t xml:space="preserve">Proficiency in strategic working </w:t>
      </w:r>
      <w:r w:rsidRPr="00EF5885">
        <w:rPr>
          <w:rFonts w:ascii="Gill Sans MT" w:eastAsia="Gill Sans MT" w:hAnsi="Gill Sans MT" w:cs="Gill Sans MT"/>
          <w:sz w:val="24"/>
          <w:szCs w:val="24"/>
        </w:rPr>
        <w:t>– Experience contributing to and executing initiatives related to strategic objectives. The ability to assess the effectiveness of initiatives and adapt them to meet strategic aims.</w:t>
      </w:r>
    </w:p>
    <w:p w14:paraId="6572485A" w14:textId="1C1AF7EE" w:rsidR="6EFCBE9D" w:rsidRPr="00EF5885" w:rsidRDefault="662CE0C6" w:rsidP="01A3CFD4">
      <w:pPr>
        <w:pStyle w:val="ListNumber"/>
        <w:rPr>
          <w:rFonts w:ascii="Gill Sans MT" w:eastAsia="Gill Sans MT" w:hAnsi="Gill Sans MT" w:cs="Gill Sans MT"/>
          <w:sz w:val="24"/>
          <w:szCs w:val="24"/>
        </w:rPr>
      </w:pPr>
      <w:r w:rsidRPr="00EF5885">
        <w:rPr>
          <w:rFonts w:ascii="Gill Sans MT" w:eastAsia="Gill Sans MT" w:hAnsi="Gill Sans MT" w:cs="Gill Sans MT"/>
          <w:b/>
          <w:bCs/>
          <w:sz w:val="24"/>
          <w:szCs w:val="24"/>
        </w:rPr>
        <w:t xml:space="preserve">Competency in project management </w:t>
      </w:r>
      <w:r w:rsidRPr="00EF5885">
        <w:rPr>
          <w:rFonts w:ascii="Gill Sans MT" w:eastAsia="Gill Sans MT" w:hAnsi="Gill Sans MT" w:cs="Gill Sans MT"/>
          <w:sz w:val="24"/>
          <w:szCs w:val="24"/>
        </w:rPr>
        <w:t>– Demonstrable ability to independently manage projects and programmes, including their design, delivery and review</w:t>
      </w:r>
      <w:r w:rsidR="5F97163B" w:rsidRPr="00EF5885">
        <w:rPr>
          <w:rFonts w:ascii="Gill Sans MT" w:eastAsia="Gill Sans MT" w:hAnsi="Gill Sans MT" w:cs="Gill Sans MT"/>
          <w:sz w:val="24"/>
          <w:szCs w:val="24"/>
        </w:rPr>
        <w:t xml:space="preserve"> to quality, time and budget,</w:t>
      </w:r>
      <w:r w:rsidR="05A41E1C" w:rsidRPr="00EF5885">
        <w:rPr>
          <w:rFonts w:ascii="Gill Sans MT" w:eastAsia="Gill Sans MT" w:hAnsi="Gill Sans MT" w:cs="Gill Sans MT"/>
          <w:sz w:val="24"/>
          <w:szCs w:val="24"/>
        </w:rPr>
        <w:t xml:space="preserve"> alongside “business as usual” and reactive work</w:t>
      </w:r>
      <w:r w:rsidRPr="00EF5885">
        <w:rPr>
          <w:rFonts w:ascii="Gill Sans MT" w:eastAsia="Gill Sans MT" w:hAnsi="Gill Sans MT" w:cs="Gill Sans MT"/>
          <w:sz w:val="24"/>
          <w:szCs w:val="24"/>
        </w:rPr>
        <w:t>.</w:t>
      </w:r>
    </w:p>
    <w:p w14:paraId="3571BD72" w14:textId="1F2544FF" w:rsidR="005C6EA7" w:rsidRDefault="00150512" w:rsidP="007552C5">
      <w:pPr>
        <w:pStyle w:val="Heading1"/>
        <w:rPr>
          <w:rFonts w:ascii="Gill Sans MT" w:eastAsia="Gill Sans MT" w:hAnsi="Gill Sans MT" w:cs="Gill Sans MT"/>
          <w:b w:val="0"/>
          <w:bCs w:val="0"/>
          <w:color w:val="C00000"/>
        </w:rPr>
      </w:pPr>
      <w:r w:rsidRPr="007552C5">
        <w:rPr>
          <w:rFonts w:ascii="Gill Sans MT" w:eastAsia="Gill Sans MT" w:hAnsi="Gill Sans MT" w:cs="Gill Sans MT"/>
          <w:b w:val="0"/>
          <w:bCs w:val="0"/>
          <w:color w:val="C00000"/>
        </w:rPr>
        <w:t>Desirable</w:t>
      </w:r>
      <w:r w:rsidR="005C6EA7" w:rsidRPr="007552C5">
        <w:rPr>
          <w:rFonts w:ascii="Gill Sans MT" w:eastAsia="Gill Sans MT" w:hAnsi="Gill Sans MT" w:cs="Gill Sans MT"/>
          <w:b w:val="0"/>
          <w:bCs w:val="0"/>
          <w:color w:val="C00000"/>
        </w:rPr>
        <w:t xml:space="preserve"> criteria:</w:t>
      </w:r>
    </w:p>
    <w:p w14:paraId="004B81A5" w14:textId="6A420322" w:rsidR="00930346" w:rsidRPr="00930346" w:rsidRDefault="00930346" w:rsidP="00930346">
      <w:pPr>
        <w:rPr>
          <w:rFonts w:ascii="Gill Sans MT" w:hAnsi="Gill Sans MT"/>
          <w:i/>
          <w:iCs/>
          <w:sz w:val="24"/>
          <w:szCs w:val="24"/>
        </w:rPr>
      </w:pPr>
      <w:r w:rsidRPr="00930346">
        <w:rPr>
          <w:rFonts w:ascii="Gill Sans MT" w:hAnsi="Gill Sans MT"/>
          <w:i/>
          <w:iCs/>
          <w:sz w:val="24"/>
          <w:szCs w:val="24"/>
        </w:rPr>
        <w:t>The following criteria will be assessed at interview.</w:t>
      </w:r>
    </w:p>
    <w:p w14:paraId="77206559" w14:textId="28A30B64" w:rsidR="004A25E1" w:rsidRPr="00EC0F3E" w:rsidRDefault="004A25E1" w:rsidP="00EC0F3E">
      <w:pPr>
        <w:pStyle w:val="ListNumber"/>
        <w:numPr>
          <w:ilvl w:val="0"/>
          <w:numId w:val="46"/>
        </w:numPr>
        <w:rPr>
          <w:rFonts w:ascii="Gill Sans MT" w:eastAsia="Gill Sans MT" w:hAnsi="Gill Sans MT" w:cs="Gill Sans MT"/>
          <w:sz w:val="24"/>
          <w:szCs w:val="24"/>
        </w:rPr>
      </w:pPr>
      <w:r w:rsidRPr="00EC0F3E">
        <w:rPr>
          <w:rFonts w:ascii="Gill Sans MT" w:eastAsia="Gill Sans MT" w:hAnsi="Gill Sans MT" w:cs="Gill Sans MT"/>
          <w:b/>
          <w:bCs/>
          <w:sz w:val="24"/>
          <w:szCs w:val="24"/>
        </w:rPr>
        <w:t>Stakeholder management skills</w:t>
      </w:r>
      <w:r w:rsidRPr="00EC0F3E">
        <w:rPr>
          <w:rFonts w:ascii="Gill Sans MT" w:eastAsia="Gill Sans MT" w:hAnsi="Gill Sans MT" w:cs="Gill Sans MT"/>
          <w:sz w:val="24"/>
          <w:szCs w:val="24"/>
        </w:rPr>
        <w:t xml:space="preserve"> – Proven ability to build effective working relationships with a wide range of stakeholders, including team members, senior leaders and colleagues from different backgrounds.</w:t>
      </w:r>
    </w:p>
    <w:p w14:paraId="0D435288" w14:textId="4797CA42" w:rsidR="3BD05A36" w:rsidRPr="00EF5885" w:rsidRDefault="7C5BD4BE" w:rsidP="1E517F96">
      <w:pPr>
        <w:pStyle w:val="ListNumber"/>
        <w:rPr>
          <w:rFonts w:ascii="Gill Sans MT" w:eastAsia="Gill Sans MT" w:hAnsi="Gill Sans MT" w:cs="Gill Sans MT"/>
          <w:sz w:val="24"/>
          <w:szCs w:val="24"/>
        </w:rPr>
      </w:pPr>
      <w:r w:rsidRPr="00EF5885">
        <w:rPr>
          <w:rFonts w:ascii="Gill Sans MT" w:eastAsia="Gill Sans MT" w:hAnsi="Gill Sans MT" w:cs="Gill Sans MT"/>
          <w:b/>
          <w:bCs/>
          <w:sz w:val="24"/>
          <w:szCs w:val="24"/>
        </w:rPr>
        <w:t>Ability to problem solve</w:t>
      </w:r>
      <w:r w:rsidRPr="00EF5885">
        <w:rPr>
          <w:rFonts w:ascii="Gill Sans MT" w:eastAsia="Gill Sans MT" w:hAnsi="Gill Sans MT" w:cs="Gill Sans MT"/>
          <w:sz w:val="24"/>
          <w:szCs w:val="24"/>
        </w:rPr>
        <w:t xml:space="preserve"> – </w:t>
      </w:r>
      <w:r w:rsidR="17ED0B14" w:rsidRPr="00EF5885">
        <w:rPr>
          <w:rFonts w:ascii="Gill Sans MT" w:eastAsia="Gill Sans MT" w:hAnsi="Gill Sans MT" w:cs="Gill Sans MT"/>
          <w:sz w:val="24"/>
          <w:szCs w:val="24"/>
        </w:rPr>
        <w:t>A h</w:t>
      </w:r>
      <w:r w:rsidRPr="00EF5885">
        <w:rPr>
          <w:rFonts w:ascii="Gill Sans MT" w:eastAsia="Gill Sans MT" w:hAnsi="Gill Sans MT" w:cs="Gill Sans MT"/>
          <w:sz w:val="24"/>
          <w:szCs w:val="24"/>
        </w:rPr>
        <w:t>igh level of initiative and adaptability, including the ability to pick up work on short notice, offering resolutions and advice on inclusion and diversity-related issues.</w:t>
      </w:r>
    </w:p>
    <w:p w14:paraId="3D5A19FA" w14:textId="4F9209B5" w:rsidR="3BD05A36" w:rsidRPr="00EF5885" w:rsidRDefault="6DC5D514" w:rsidP="1E517F96">
      <w:pPr>
        <w:pStyle w:val="ListNumber"/>
        <w:rPr>
          <w:rFonts w:ascii="Gill Sans MT" w:eastAsia="Gill Sans MT" w:hAnsi="Gill Sans MT" w:cs="Gill Sans MT"/>
          <w:sz w:val="24"/>
          <w:szCs w:val="24"/>
        </w:rPr>
      </w:pPr>
      <w:r w:rsidRPr="00EF5885">
        <w:rPr>
          <w:rFonts w:ascii="Gill Sans MT" w:eastAsia="Gill Sans MT" w:hAnsi="Gill Sans MT" w:cs="Gill Sans MT"/>
          <w:b/>
          <w:bCs/>
          <w:sz w:val="24"/>
          <w:szCs w:val="24"/>
        </w:rPr>
        <w:t>Ability to act with pro</w:t>
      </w:r>
      <w:r w:rsidR="4E510759" w:rsidRPr="00EF5885">
        <w:rPr>
          <w:rFonts w:ascii="Gill Sans MT" w:eastAsia="Gill Sans MT" w:hAnsi="Gill Sans MT" w:cs="Gill Sans MT"/>
          <w:b/>
          <w:bCs/>
          <w:sz w:val="24"/>
          <w:szCs w:val="24"/>
        </w:rPr>
        <w:t xml:space="preserve">fessionalism, tact and discretion </w:t>
      </w:r>
      <w:r w:rsidR="4E510759" w:rsidRPr="00EF5885">
        <w:rPr>
          <w:rFonts w:ascii="Gill Sans MT" w:eastAsia="Gill Sans MT" w:hAnsi="Gill Sans MT" w:cs="Gill Sans MT"/>
          <w:sz w:val="24"/>
          <w:szCs w:val="24"/>
        </w:rPr>
        <w:t xml:space="preserve">– </w:t>
      </w:r>
      <w:r w:rsidR="75873EA6" w:rsidRPr="00EF5885">
        <w:rPr>
          <w:rFonts w:ascii="Gill Sans MT" w:eastAsia="Gill Sans MT" w:hAnsi="Gill Sans MT" w:cs="Gill Sans MT"/>
          <w:sz w:val="24"/>
          <w:szCs w:val="24"/>
        </w:rPr>
        <w:t>Demonstrable competence in managing sensitive issues tactfully and in alignment with the House of Lords Impartiality Guidance, representing the team with professionalism.</w:t>
      </w:r>
    </w:p>
    <w:p w14:paraId="6BC75AFA" w14:textId="603B9941" w:rsidR="00640F08" w:rsidRPr="00EF5885" w:rsidRDefault="108B39DF" w:rsidP="1FFDD154">
      <w:pPr>
        <w:pStyle w:val="Heading1"/>
        <w:rPr>
          <w:rFonts w:ascii="Gill Sans MT" w:eastAsia="Gill Sans MT" w:hAnsi="Gill Sans MT" w:cs="Gill Sans MT"/>
          <w:color w:val="C00000"/>
        </w:rPr>
      </w:pPr>
      <w:r w:rsidRPr="00EF5885">
        <w:rPr>
          <w:rFonts w:ascii="Gill Sans MT" w:eastAsia="Gill Sans MT" w:hAnsi="Gill Sans MT" w:cs="Gill Sans MT"/>
          <w:color w:val="C00000"/>
        </w:rPr>
        <w:lastRenderedPageBreak/>
        <w:t>About this team</w:t>
      </w:r>
    </w:p>
    <w:p w14:paraId="015E315C" w14:textId="59FF728D" w:rsidR="491E7A58" w:rsidRPr="00EF5885" w:rsidRDefault="516E9F9C" w:rsidP="00E45C6B">
      <w:r w:rsidRPr="00EF5885">
        <w:rPr>
          <w:rFonts w:ascii="Gill Sans MT" w:eastAsia="Gill Sans MT" w:hAnsi="Gill Sans MT" w:cs="Gill Sans MT"/>
          <w:sz w:val="24"/>
          <w:szCs w:val="24"/>
        </w:rPr>
        <w:t xml:space="preserve">The I&amp;D </w:t>
      </w:r>
      <w:r w:rsidR="4CFC90DD" w:rsidRPr="00EF5885">
        <w:rPr>
          <w:rFonts w:ascii="Gill Sans MT" w:eastAsia="Gill Sans MT" w:hAnsi="Gill Sans MT" w:cs="Gill Sans MT"/>
          <w:sz w:val="24"/>
          <w:szCs w:val="24"/>
        </w:rPr>
        <w:t xml:space="preserve">team </w:t>
      </w:r>
      <w:r w:rsidRPr="00EF5885">
        <w:rPr>
          <w:rFonts w:ascii="Gill Sans MT" w:eastAsia="Gill Sans MT" w:hAnsi="Gill Sans MT" w:cs="Gill Sans MT"/>
          <w:sz w:val="24"/>
          <w:szCs w:val="24"/>
        </w:rPr>
        <w:t>is made up of three people and works closely with the Learning &amp; Organisational Development</w:t>
      </w:r>
      <w:r w:rsidR="59605003" w:rsidRPr="00EF5885">
        <w:rPr>
          <w:rFonts w:ascii="Gill Sans MT" w:eastAsia="Gill Sans MT" w:hAnsi="Gill Sans MT" w:cs="Gill Sans MT"/>
          <w:sz w:val="24"/>
          <w:szCs w:val="24"/>
        </w:rPr>
        <w:t xml:space="preserve"> (L&amp;OD)</w:t>
      </w:r>
      <w:r w:rsidRPr="00EF5885">
        <w:rPr>
          <w:rFonts w:ascii="Gill Sans MT" w:eastAsia="Gill Sans MT" w:hAnsi="Gill Sans MT" w:cs="Gill Sans MT"/>
          <w:sz w:val="24"/>
          <w:szCs w:val="24"/>
        </w:rPr>
        <w:t xml:space="preserve"> team on projects and programmes. The team sits within H</w:t>
      </w:r>
      <w:r w:rsidR="7E47A0A4" w:rsidRPr="00EF5885">
        <w:rPr>
          <w:rFonts w:ascii="Gill Sans MT" w:eastAsia="Gill Sans MT" w:hAnsi="Gill Sans MT" w:cs="Gill Sans MT"/>
          <w:sz w:val="24"/>
          <w:szCs w:val="24"/>
        </w:rPr>
        <w:t xml:space="preserve">uman </w:t>
      </w:r>
      <w:r w:rsidRPr="00EF5885">
        <w:rPr>
          <w:rFonts w:ascii="Gill Sans MT" w:eastAsia="Gill Sans MT" w:hAnsi="Gill Sans MT" w:cs="Gill Sans MT"/>
          <w:sz w:val="24"/>
          <w:szCs w:val="24"/>
        </w:rPr>
        <w:t>R</w:t>
      </w:r>
      <w:r w:rsidR="1EBFD5EF" w:rsidRPr="00EF5885">
        <w:rPr>
          <w:rFonts w:ascii="Gill Sans MT" w:eastAsia="Gill Sans MT" w:hAnsi="Gill Sans MT" w:cs="Gill Sans MT"/>
          <w:sz w:val="24"/>
          <w:szCs w:val="24"/>
        </w:rPr>
        <w:t>esources (HR)</w:t>
      </w:r>
      <w:r w:rsidRPr="00EF5885">
        <w:rPr>
          <w:rFonts w:ascii="Gill Sans MT" w:eastAsia="Gill Sans MT" w:hAnsi="Gill Sans MT" w:cs="Gill Sans MT"/>
          <w:sz w:val="24"/>
          <w:szCs w:val="24"/>
        </w:rPr>
        <w:t xml:space="preserve"> and collaborates with other functions to deliver impactful people outcomes aligned to the </w:t>
      </w:r>
      <w:r w:rsidR="5CCBF9F9" w:rsidRPr="00EF5885">
        <w:rPr>
          <w:rFonts w:ascii="Gill Sans MT" w:eastAsia="Gill Sans MT" w:hAnsi="Gill Sans MT" w:cs="Gill Sans MT"/>
          <w:sz w:val="24"/>
          <w:szCs w:val="24"/>
        </w:rPr>
        <w:t xml:space="preserve">I&amp;D Strategy and </w:t>
      </w:r>
      <w:r w:rsidRPr="00EF5885">
        <w:rPr>
          <w:rFonts w:ascii="Gill Sans MT" w:eastAsia="Gill Sans MT" w:hAnsi="Gill Sans MT" w:cs="Gill Sans MT"/>
          <w:sz w:val="24"/>
          <w:szCs w:val="24"/>
        </w:rPr>
        <w:t>People Strategy.</w:t>
      </w:r>
    </w:p>
    <w:p w14:paraId="4E6EB2D2" w14:textId="6F789638" w:rsidR="46F0ABD2" w:rsidRPr="00EF5885" w:rsidRDefault="46F0ABD2" w:rsidP="5DF40F3D">
      <w:pPr>
        <w:pStyle w:val="paragraph"/>
        <w:spacing w:after="160" w:afterAutospacing="0"/>
      </w:pPr>
      <w:r w:rsidRPr="00EF5885">
        <w:rPr>
          <w:rFonts w:ascii="Gill Sans MT" w:eastAsia="Gill Sans MT" w:hAnsi="Gill Sans MT" w:cs="Gill Sans MT"/>
          <w:color w:val="000000" w:themeColor="text1"/>
        </w:rPr>
        <w:t>You will report into the Head of I&amp;D</w:t>
      </w:r>
      <w:r w:rsidR="08C89B26" w:rsidRPr="00EF5885">
        <w:rPr>
          <w:rFonts w:ascii="Gill Sans MT" w:eastAsia="Gill Sans MT" w:hAnsi="Gill Sans MT" w:cs="Gill Sans MT"/>
          <w:color w:val="000000" w:themeColor="text1"/>
        </w:rPr>
        <w:t xml:space="preserve"> and will</w:t>
      </w:r>
      <w:r w:rsidR="5582151E" w:rsidRPr="00EF5885">
        <w:rPr>
          <w:rFonts w:ascii="Gill Sans MT" w:eastAsia="Gill Sans MT" w:hAnsi="Gill Sans MT" w:cs="Gill Sans MT"/>
          <w:color w:val="000000" w:themeColor="text1"/>
        </w:rPr>
        <w:t xml:space="preserve"> advise and guide </w:t>
      </w:r>
      <w:r w:rsidRPr="00EF5885">
        <w:rPr>
          <w:rFonts w:ascii="Gill Sans MT" w:eastAsia="Gill Sans MT" w:hAnsi="Gill Sans MT" w:cs="Gill Sans MT"/>
          <w:color w:val="000000" w:themeColor="text1"/>
        </w:rPr>
        <w:t>more junior team members to support the team’s objectives and deliver work to a high standard.</w:t>
      </w:r>
    </w:p>
    <w:p w14:paraId="1A5E95FB" w14:textId="06F42E49" w:rsidR="78561696" w:rsidRPr="00EF5885" w:rsidRDefault="78561696" w:rsidP="6F7BD045">
      <w:pPr>
        <w:pStyle w:val="paragraph"/>
        <w:spacing w:after="160" w:afterAutospacing="0"/>
        <w:rPr>
          <w:rFonts w:ascii="Gill Sans MT" w:eastAsia="Gill Sans MT" w:hAnsi="Gill Sans MT" w:cs="Gill Sans MT"/>
        </w:rPr>
      </w:pPr>
      <w:r w:rsidRPr="00EF5885">
        <w:rPr>
          <w:rFonts w:ascii="Gill Sans MT" w:eastAsia="Gill Sans MT" w:hAnsi="Gill Sans MT" w:cs="Gill Sans MT"/>
          <w:color w:val="000000" w:themeColor="text1"/>
        </w:rPr>
        <w:t>Othe</w:t>
      </w:r>
      <w:r w:rsidRPr="00EF5885">
        <w:rPr>
          <w:rFonts w:ascii="Gill Sans MT" w:eastAsia="Gill Sans MT" w:hAnsi="Gill Sans MT" w:cs="Gill Sans MT"/>
        </w:rPr>
        <w:t xml:space="preserve">r key </w:t>
      </w:r>
      <w:r w:rsidR="4EF71E58" w:rsidRPr="00EF5885">
        <w:rPr>
          <w:rFonts w:ascii="Gill Sans MT" w:eastAsia="Gill Sans MT" w:hAnsi="Gill Sans MT" w:cs="Gill Sans MT"/>
        </w:rPr>
        <w:t>relationships</w:t>
      </w:r>
      <w:r w:rsidRPr="00EF5885">
        <w:rPr>
          <w:rFonts w:ascii="Gill Sans MT" w:eastAsia="Gill Sans MT" w:hAnsi="Gill Sans MT" w:cs="Gill Sans MT"/>
        </w:rPr>
        <w:t xml:space="preserve"> will include:</w:t>
      </w:r>
    </w:p>
    <w:p w14:paraId="218F468E" w14:textId="7056717D" w:rsidR="78561696" w:rsidRPr="00EF5885" w:rsidRDefault="5BDACFF5" w:rsidP="05D65ADE">
      <w:pPr>
        <w:pStyle w:val="ListParagraph"/>
        <w:numPr>
          <w:ilvl w:val="0"/>
          <w:numId w:val="28"/>
        </w:numPr>
        <w:spacing w:after="0"/>
        <w:rPr>
          <w:rFonts w:ascii="Gill Sans MT" w:eastAsia="Gill Sans MT" w:hAnsi="Gill Sans MT" w:cs="Gill Sans MT"/>
          <w:sz w:val="24"/>
          <w:szCs w:val="24"/>
        </w:rPr>
      </w:pPr>
      <w:r w:rsidRPr="00EF5885">
        <w:rPr>
          <w:rStyle w:val="normaltextrun"/>
          <w:rFonts w:ascii="Gill Sans MT" w:eastAsia="Gill Sans MT" w:hAnsi="Gill Sans MT" w:cs="Gill Sans MT"/>
        </w:rPr>
        <w:t>HR colleagues and the HR Senior Managemen</w:t>
      </w:r>
      <w:r w:rsidR="2EB2F8BA" w:rsidRPr="00EF5885">
        <w:rPr>
          <w:rStyle w:val="normaltextrun"/>
          <w:rFonts w:ascii="Gill Sans MT" w:eastAsia="Gill Sans MT" w:hAnsi="Gill Sans MT" w:cs="Gill Sans MT"/>
        </w:rPr>
        <w:t>t t</w:t>
      </w:r>
      <w:r w:rsidRPr="00EF5885">
        <w:rPr>
          <w:rStyle w:val="normaltextrun"/>
          <w:rFonts w:ascii="Gill Sans MT" w:eastAsia="Gill Sans MT" w:hAnsi="Gill Sans MT" w:cs="Gill Sans MT"/>
        </w:rPr>
        <w:t>eam</w:t>
      </w:r>
    </w:p>
    <w:p w14:paraId="1767EE34" w14:textId="4B89CE9F" w:rsidR="78561696" w:rsidRPr="00EF5885" w:rsidRDefault="5BDACFF5" w:rsidP="6F7BD045">
      <w:pPr>
        <w:pStyle w:val="ListParagraph"/>
        <w:numPr>
          <w:ilvl w:val="0"/>
          <w:numId w:val="28"/>
        </w:numPr>
        <w:spacing w:after="0"/>
        <w:rPr>
          <w:rFonts w:ascii="Gill Sans MT" w:eastAsia="Gill Sans MT" w:hAnsi="Gill Sans MT" w:cs="Gill Sans MT"/>
          <w:sz w:val="24"/>
          <w:szCs w:val="24"/>
        </w:rPr>
      </w:pPr>
      <w:r w:rsidRPr="00EF5885">
        <w:rPr>
          <w:rStyle w:val="normaltextrun"/>
          <w:rFonts w:ascii="Gill Sans MT" w:eastAsia="Gill Sans MT" w:hAnsi="Gill Sans MT" w:cs="Gill Sans MT"/>
        </w:rPr>
        <w:t>Line managers and colleagues throughout the House of Lords</w:t>
      </w:r>
    </w:p>
    <w:p w14:paraId="65202E27" w14:textId="6DE80196" w:rsidR="78561696" w:rsidRPr="00EF5885" w:rsidRDefault="5BDACFF5" w:rsidP="6F7BD045">
      <w:pPr>
        <w:pStyle w:val="ListParagraph"/>
        <w:numPr>
          <w:ilvl w:val="0"/>
          <w:numId w:val="28"/>
        </w:numPr>
        <w:spacing w:after="0"/>
        <w:rPr>
          <w:rFonts w:ascii="Gill Sans MT" w:eastAsia="Gill Sans MT" w:hAnsi="Gill Sans MT" w:cs="Gill Sans MT"/>
          <w:sz w:val="24"/>
          <w:szCs w:val="24"/>
        </w:rPr>
      </w:pPr>
      <w:r w:rsidRPr="00EF5885">
        <w:rPr>
          <w:rFonts w:ascii="Gill Sans MT" w:eastAsia="Gill Sans MT" w:hAnsi="Gill Sans MT" w:cs="Gill Sans MT"/>
          <w:sz w:val="24"/>
          <w:szCs w:val="24"/>
        </w:rPr>
        <w:t>Members of the Lords Management Board</w:t>
      </w:r>
    </w:p>
    <w:p w14:paraId="1158EEC4" w14:textId="49F32B2B" w:rsidR="78561696" w:rsidRPr="00EF5885" w:rsidRDefault="5BDACFF5" w:rsidP="05D65ADE">
      <w:pPr>
        <w:pStyle w:val="ListParagraph"/>
        <w:numPr>
          <w:ilvl w:val="0"/>
          <w:numId w:val="28"/>
        </w:numPr>
        <w:spacing w:after="0"/>
        <w:rPr>
          <w:rFonts w:ascii="Gill Sans MT" w:eastAsia="Gill Sans MT" w:hAnsi="Gill Sans MT" w:cs="Gill Sans MT"/>
          <w:sz w:val="24"/>
          <w:szCs w:val="24"/>
        </w:rPr>
      </w:pPr>
      <w:r w:rsidRPr="00EF5885">
        <w:rPr>
          <w:rStyle w:val="normaltextrun"/>
          <w:rFonts w:ascii="Gill Sans MT" w:eastAsia="Gill Sans MT" w:hAnsi="Gill Sans MT" w:cs="Gill Sans MT"/>
        </w:rPr>
        <w:t xml:space="preserve">Colleagues in other offices, such as the Parliamentary Health &amp; Wellbeing </w:t>
      </w:r>
      <w:r w:rsidR="3765D120" w:rsidRPr="00EF5885">
        <w:rPr>
          <w:rStyle w:val="normaltextrun"/>
          <w:rFonts w:ascii="Gill Sans MT" w:eastAsia="Gill Sans MT" w:hAnsi="Gill Sans MT" w:cs="Gill Sans MT"/>
        </w:rPr>
        <w:t>s</w:t>
      </w:r>
      <w:r w:rsidRPr="00EF5885">
        <w:rPr>
          <w:rStyle w:val="normaltextrun"/>
          <w:rFonts w:ascii="Gill Sans MT" w:eastAsia="Gill Sans MT" w:hAnsi="Gill Sans MT" w:cs="Gill Sans MT"/>
        </w:rPr>
        <w:t xml:space="preserve">ervice, and Communications </w:t>
      </w:r>
      <w:r w:rsidR="3765D120" w:rsidRPr="00EF5885">
        <w:rPr>
          <w:rStyle w:val="normaltextrun"/>
          <w:rFonts w:ascii="Gill Sans MT" w:eastAsia="Gill Sans MT" w:hAnsi="Gill Sans MT" w:cs="Gill Sans MT"/>
        </w:rPr>
        <w:t>t</w:t>
      </w:r>
      <w:r w:rsidRPr="00EF5885">
        <w:rPr>
          <w:rStyle w:val="normaltextrun"/>
          <w:rFonts w:ascii="Gill Sans MT" w:eastAsia="Gill Sans MT" w:hAnsi="Gill Sans MT" w:cs="Gill Sans MT"/>
        </w:rPr>
        <w:t>eam</w:t>
      </w:r>
    </w:p>
    <w:p w14:paraId="4520835D" w14:textId="7998971C" w:rsidR="78561696" w:rsidRPr="00EF5885" w:rsidRDefault="5BDACFF5" w:rsidP="6F7BD045">
      <w:pPr>
        <w:pStyle w:val="ListParagraph"/>
        <w:numPr>
          <w:ilvl w:val="0"/>
          <w:numId w:val="28"/>
        </w:numPr>
        <w:spacing w:after="0"/>
        <w:rPr>
          <w:rFonts w:ascii="Gill Sans MT" w:eastAsia="Gill Sans MT" w:hAnsi="Gill Sans MT" w:cs="Gill Sans MT"/>
          <w:sz w:val="24"/>
          <w:szCs w:val="24"/>
        </w:rPr>
      </w:pPr>
      <w:r w:rsidRPr="00EF5885">
        <w:rPr>
          <w:rStyle w:val="normaltextrun"/>
          <w:rFonts w:ascii="Gill Sans MT" w:eastAsia="Gill Sans MT" w:hAnsi="Gill Sans MT" w:cs="Gill Sans MT"/>
        </w:rPr>
        <w:t>Chairs and members of the Workplace Equality Networks</w:t>
      </w:r>
    </w:p>
    <w:p w14:paraId="6417B656" w14:textId="6CE1BBEB" w:rsidR="78561696" w:rsidRPr="00EF5885" w:rsidRDefault="5BDACFF5" w:rsidP="05D65ADE">
      <w:pPr>
        <w:pStyle w:val="ListParagraph"/>
        <w:numPr>
          <w:ilvl w:val="0"/>
          <w:numId w:val="28"/>
        </w:numPr>
        <w:spacing w:after="160"/>
        <w:rPr>
          <w:rFonts w:ascii="Gill Sans MT" w:eastAsia="Gill Sans MT" w:hAnsi="Gill Sans MT" w:cs="Gill Sans MT"/>
          <w:sz w:val="24"/>
          <w:szCs w:val="24"/>
        </w:rPr>
      </w:pPr>
      <w:r w:rsidRPr="00EF5885">
        <w:rPr>
          <w:rStyle w:val="normaltextrun"/>
          <w:rFonts w:ascii="Gill Sans MT" w:eastAsia="Gill Sans MT" w:hAnsi="Gill Sans MT" w:cs="Gill Sans MT"/>
        </w:rPr>
        <w:t xml:space="preserve">Other I&amp;D professionals and colleagues across the parliamentary community, including the House of Commons I&amp;D </w:t>
      </w:r>
      <w:r w:rsidR="66880492" w:rsidRPr="00EF5885">
        <w:rPr>
          <w:rStyle w:val="normaltextrun"/>
          <w:rFonts w:ascii="Gill Sans MT" w:eastAsia="Gill Sans MT" w:hAnsi="Gill Sans MT" w:cs="Gill Sans MT"/>
        </w:rPr>
        <w:t>t</w:t>
      </w:r>
      <w:r w:rsidRPr="00EF5885">
        <w:rPr>
          <w:rStyle w:val="normaltextrun"/>
          <w:rFonts w:ascii="Gill Sans MT" w:eastAsia="Gill Sans MT" w:hAnsi="Gill Sans MT" w:cs="Gill Sans MT"/>
        </w:rPr>
        <w:t>eam</w:t>
      </w:r>
    </w:p>
    <w:p w14:paraId="006750B5" w14:textId="57A64A73" w:rsidR="04FCE8BA" w:rsidRPr="00EF5885" w:rsidRDefault="5BDACFF5" w:rsidP="6F7BD045">
      <w:pPr>
        <w:pStyle w:val="ListParagraph"/>
        <w:numPr>
          <w:ilvl w:val="0"/>
          <w:numId w:val="28"/>
        </w:numPr>
        <w:spacing w:after="160"/>
        <w:rPr>
          <w:rFonts w:ascii="Gill Sans MT" w:eastAsia="Gill Sans MT" w:hAnsi="Gill Sans MT" w:cs="Gill Sans MT"/>
          <w:sz w:val="24"/>
          <w:szCs w:val="24"/>
        </w:rPr>
      </w:pPr>
      <w:r w:rsidRPr="00EF5885">
        <w:rPr>
          <w:rStyle w:val="normaltextrun"/>
          <w:rFonts w:ascii="Gill Sans MT" w:eastAsia="Gill Sans MT" w:hAnsi="Gill Sans MT" w:cs="Gill Sans MT"/>
        </w:rPr>
        <w:t>Third party suppliers (e.g., managing external memberships and relationships to support our training and I&amp;D programming)</w:t>
      </w:r>
    </w:p>
    <w:p w14:paraId="60314712" w14:textId="77777777" w:rsidR="00640F08" w:rsidRPr="00EF5885" w:rsidRDefault="009C11D2" w:rsidP="1FFDD154">
      <w:pPr>
        <w:pStyle w:val="Heading1"/>
        <w:rPr>
          <w:rFonts w:ascii="Gill Sans MT" w:eastAsia="Gill Sans MT" w:hAnsi="Gill Sans MT" w:cs="Gill Sans MT"/>
          <w:color w:val="C00000"/>
        </w:rPr>
      </w:pPr>
      <w:r w:rsidRPr="00EF5885">
        <w:rPr>
          <w:rFonts w:ascii="Gill Sans MT" w:eastAsia="Gill Sans MT" w:hAnsi="Gill Sans MT" w:cs="Gill Sans MT"/>
          <w:color w:val="C00000"/>
        </w:rPr>
        <w:t>About us</w:t>
      </w:r>
    </w:p>
    <w:p w14:paraId="68010978" w14:textId="749F57A2" w:rsidR="791C672D" w:rsidRPr="00EF5885" w:rsidRDefault="791C672D" w:rsidP="1FFDD154">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Every day, we support the UK’s parliamentary democracy. It’s work that matters — helping Members of the House of Lords examine legislation, hold government </w:t>
      </w:r>
      <w:bookmarkStart w:id="1" w:name="_Int_iMQ6AsqK"/>
      <w:r w:rsidRPr="00EF5885">
        <w:rPr>
          <w:rFonts w:ascii="Gill Sans MT" w:eastAsia="Gill Sans MT" w:hAnsi="Gill Sans MT" w:cs="Gill Sans MT"/>
          <w:sz w:val="24"/>
          <w:szCs w:val="24"/>
        </w:rPr>
        <w:t>t</w:t>
      </w:r>
      <w:r w:rsidR="26914200" w:rsidRPr="00EF5885">
        <w:rPr>
          <w:rFonts w:ascii="Gill Sans MT" w:eastAsia="Gill Sans MT" w:hAnsi="Gill Sans MT" w:cs="Gill Sans MT"/>
          <w:sz w:val="24"/>
          <w:szCs w:val="24"/>
        </w:rPr>
        <w:t>o</w:t>
      </w:r>
      <w:r w:rsidRPr="00EF5885">
        <w:rPr>
          <w:rFonts w:ascii="Gill Sans MT" w:eastAsia="Gill Sans MT" w:hAnsi="Gill Sans MT" w:cs="Gill Sans MT"/>
          <w:sz w:val="24"/>
          <w:szCs w:val="24"/>
        </w:rPr>
        <w:t xml:space="preserve"> account</w:t>
      </w:r>
      <w:bookmarkEnd w:id="1"/>
      <w:r w:rsidRPr="00EF5885">
        <w:rPr>
          <w:rFonts w:ascii="Gill Sans MT" w:eastAsia="Gill Sans MT" w:hAnsi="Gill Sans MT" w:cs="Gill Sans MT"/>
          <w:sz w:val="24"/>
          <w:szCs w:val="24"/>
        </w:rPr>
        <w:t xml:space="preserve"> and contribute to national debate.</w:t>
      </w:r>
    </w:p>
    <w:p w14:paraId="585E855B" w14:textId="5A342E00" w:rsidR="791C672D" w:rsidRPr="00EF5885" w:rsidRDefault="791C672D" w:rsidP="1FFDD154">
      <w:pPr>
        <w:rPr>
          <w:rFonts w:ascii="Gill Sans MT" w:eastAsia="Gill Sans MT" w:hAnsi="Gill Sans MT" w:cs="Gill Sans MT"/>
          <w:sz w:val="24"/>
          <w:szCs w:val="24"/>
        </w:rPr>
      </w:pPr>
      <w:r w:rsidRPr="00EF5885">
        <w:rPr>
          <w:rFonts w:ascii="Gill Sans MT" w:eastAsia="Gill Sans MT" w:hAnsi="Gill Sans MT" w:cs="Gill Sans MT"/>
          <w:sz w:val="24"/>
          <w:szCs w:val="24"/>
        </w:rPr>
        <w:t>You’ll be based on the Parliamentary Estate, a unique UNESCO World Heritage site at the heart of Westminster. It’s a place shaped by history but powered by the people who work here today. From the Chamber and committee rooms to offices, kitchens and public spaces, it’s a working environment like no other — busy, varied and full of purpose.</w:t>
      </w:r>
    </w:p>
    <w:p w14:paraId="4DFF57C9" w14:textId="3EC8B718" w:rsidR="791C672D" w:rsidRPr="00EF5885" w:rsidRDefault="791C672D" w:rsidP="1FFDD154">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You’ll be joining a community of colleagues from a wide range of backgrounds and professions. Researchers, specialists, project managers, digital experts, caterers, security teams and many more all play their part. Whatever your role, </w:t>
      </w:r>
      <w:bookmarkStart w:id="2" w:name="_Int_N5eRpLjA"/>
      <w:r w:rsidRPr="00EF5885">
        <w:rPr>
          <w:rFonts w:ascii="Gill Sans MT" w:eastAsia="Gill Sans MT" w:hAnsi="Gill Sans MT" w:cs="Gill Sans MT"/>
          <w:sz w:val="24"/>
          <w:szCs w:val="24"/>
        </w:rPr>
        <w:t>you’re</w:t>
      </w:r>
      <w:bookmarkEnd w:id="2"/>
      <w:r w:rsidRPr="00EF5885">
        <w:rPr>
          <w:rFonts w:ascii="Gill Sans MT" w:eastAsia="Gill Sans MT" w:hAnsi="Gill Sans MT" w:cs="Gill Sans MT"/>
          <w:sz w:val="24"/>
          <w:szCs w:val="24"/>
        </w:rPr>
        <w:t xml:space="preserve"> part of something bigger — working together to keep Parliament running smoothly.</w:t>
      </w:r>
    </w:p>
    <w:p w14:paraId="2F1E8271" w14:textId="67060701" w:rsidR="791C672D" w:rsidRPr="00EF5885" w:rsidRDefault="791C672D" w:rsidP="1FFDD154">
      <w:pPr>
        <w:rPr>
          <w:rFonts w:ascii="Gill Sans MT" w:eastAsia="Gill Sans MT" w:hAnsi="Gill Sans MT" w:cs="Gill Sans MT"/>
          <w:sz w:val="24"/>
          <w:szCs w:val="24"/>
        </w:rPr>
      </w:pPr>
      <w:r w:rsidRPr="00EF5885">
        <w:rPr>
          <w:rFonts w:ascii="Gill Sans MT" w:eastAsia="Gill Sans MT" w:hAnsi="Gill Sans MT" w:cs="Gill Sans MT"/>
          <w:sz w:val="24"/>
          <w:szCs w:val="24"/>
        </w:rPr>
        <w:t>How we work is just as important as what we do. Our values guide our day-to-day behaviours</w:t>
      </w:r>
      <w:r w:rsidR="005A152E" w:rsidRPr="00EF5885">
        <w:rPr>
          <w:rFonts w:ascii="Gill Sans MT" w:eastAsia="Gill Sans MT" w:hAnsi="Gill Sans MT" w:cs="Gill Sans MT"/>
          <w:sz w:val="24"/>
          <w:szCs w:val="24"/>
        </w:rPr>
        <w:t>:</w:t>
      </w:r>
    </w:p>
    <w:p w14:paraId="23386E94" w14:textId="31C18B5D" w:rsidR="791C672D" w:rsidRPr="00EF5885" w:rsidRDefault="791C672D" w:rsidP="1FFDD154">
      <w:pPr>
        <w:pStyle w:val="ListParagraph"/>
        <w:numPr>
          <w:ilvl w:val="0"/>
          <w:numId w:val="34"/>
        </w:numPr>
        <w:rPr>
          <w:rFonts w:ascii="Gill Sans MT" w:eastAsia="Gill Sans MT" w:hAnsi="Gill Sans MT" w:cs="Gill Sans MT"/>
          <w:sz w:val="24"/>
          <w:szCs w:val="24"/>
        </w:rPr>
      </w:pPr>
      <w:r w:rsidRPr="00EF5885">
        <w:rPr>
          <w:rFonts w:ascii="Gill Sans MT" w:eastAsia="Gill Sans MT" w:hAnsi="Gill Sans MT" w:cs="Gill Sans MT"/>
          <w:b/>
          <w:bCs/>
          <w:sz w:val="24"/>
          <w:szCs w:val="24"/>
        </w:rPr>
        <w:lastRenderedPageBreak/>
        <w:t>Respect</w:t>
      </w:r>
      <w:r w:rsidRPr="00EF5885">
        <w:rPr>
          <w:rFonts w:ascii="Gill Sans MT" w:eastAsia="Gill Sans MT" w:hAnsi="Gill Sans MT" w:cs="Gill Sans MT"/>
          <w:sz w:val="24"/>
          <w:szCs w:val="24"/>
        </w:rPr>
        <w:t xml:space="preserve"> – we treat each other with fairness, kindness and consideration</w:t>
      </w:r>
    </w:p>
    <w:p w14:paraId="21CC5008" w14:textId="77777777" w:rsidR="005A152E" w:rsidRPr="00EF5885" w:rsidRDefault="791C672D" w:rsidP="005A152E">
      <w:pPr>
        <w:pStyle w:val="ListParagraph"/>
        <w:numPr>
          <w:ilvl w:val="0"/>
          <w:numId w:val="34"/>
        </w:numPr>
        <w:rPr>
          <w:rFonts w:ascii="Gill Sans MT" w:eastAsia="Gill Sans MT" w:hAnsi="Gill Sans MT" w:cs="Gill Sans MT"/>
          <w:sz w:val="24"/>
          <w:szCs w:val="24"/>
        </w:rPr>
      </w:pPr>
      <w:r w:rsidRPr="00EF5885">
        <w:rPr>
          <w:rFonts w:ascii="Gill Sans MT" w:eastAsia="Gill Sans MT" w:hAnsi="Gill Sans MT" w:cs="Gill Sans MT"/>
          <w:b/>
          <w:bCs/>
          <w:sz w:val="24"/>
          <w:szCs w:val="24"/>
        </w:rPr>
        <w:t>Inclusivity</w:t>
      </w:r>
      <w:r w:rsidRPr="00EF5885">
        <w:rPr>
          <w:rFonts w:ascii="Gill Sans MT" w:eastAsia="Gill Sans MT" w:hAnsi="Gill Sans MT" w:cs="Gill Sans MT"/>
          <w:sz w:val="24"/>
          <w:szCs w:val="24"/>
        </w:rPr>
        <w:t xml:space="preserve"> – </w:t>
      </w:r>
      <w:r w:rsidR="005A152E" w:rsidRPr="00EF5885">
        <w:rPr>
          <w:rFonts w:ascii="Gill Sans MT" w:eastAsia="Gill Sans MT" w:hAnsi="Gill Sans MT" w:cs="Gill Sans MT"/>
          <w:sz w:val="24"/>
          <w:szCs w:val="24"/>
        </w:rPr>
        <w:t>we value difference and diversity, and create space for everyone to contribute</w:t>
      </w:r>
    </w:p>
    <w:p w14:paraId="3CA061B9" w14:textId="3ECB48BF" w:rsidR="791C672D" w:rsidRPr="00EF5885" w:rsidRDefault="791C672D" w:rsidP="1FFDD154">
      <w:pPr>
        <w:pStyle w:val="ListParagraph"/>
        <w:numPr>
          <w:ilvl w:val="0"/>
          <w:numId w:val="34"/>
        </w:numPr>
        <w:rPr>
          <w:rFonts w:ascii="Gill Sans MT" w:eastAsia="Gill Sans MT" w:hAnsi="Gill Sans MT" w:cs="Gill Sans MT"/>
          <w:sz w:val="24"/>
          <w:szCs w:val="24"/>
        </w:rPr>
      </w:pPr>
      <w:r w:rsidRPr="00EF5885">
        <w:rPr>
          <w:rFonts w:ascii="Gill Sans MT" w:eastAsia="Gill Sans MT" w:hAnsi="Gill Sans MT" w:cs="Gill Sans MT"/>
          <w:b/>
          <w:bCs/>
          <w:sz w:val="24"/>
          <w:szCs w:val="24"/>
        </w:rPr>
        <w:t>Professionalism</w:t>
      </w:r>
      <w:r w:rsidRPr="00EF5885">
        <w:rPr>
          <w:rFonts w:ascii="Gill Sans MT" w:eastAsia="Gill Sans MT" w:hAnsi="Gill Sans MT" w:cs="Gill Sans MT"/>
          <w:sz w:val="24"/>
          <w:szCs w:val="24"/>
        </w:rPr>
        <w:t xml:space="preserve"> – </w:t>
      </w:r>
      <w:r w:rsidR="005A152E" w:rsidRPr="00EF5885">
        <w:rPr>
          <w:rFonts w:ascii="Gill Sans MT" w:eastAsia="Gill Sans MT" w:hAnsi="Gill Sans MT" w:cs="Gill Sans MT"/>
          <w:sz w:val="24"/>
          <w:szCs w:val="24"/>
        </w:rPr>
        <w:t>we take pride in our work and aim for high standards. We act with impartiality, integrity and openness.</w:t>
      </w:r>
    </w:p>
    <w:p w14:paraId="410214CC" w14:textId="17BE0970" w:rsidR="791C672D" w:rsidRPr="00EF5885" w:rsidRDefault="791C672D" w:rsidP="1FFDD154">
      <w:pPr>
        <w:pStyle w:val="ListParagraph"/>
        <w:numPr>
          <w:ilvl w:val="0"/>
          <w:numId w:val="34"/>
        </w:numPr>
        <w:rPr>
          <w:rFonts w:ascii="Gill Sans MT" w:eastAsia="Gill Sans MT" w:hAnsi="Gill Sans MT" w:cs="Gill Sans MT"/>
          <w:sz w:val="24"/>
          <w:szCs w:val="24"/>
        </w:rPr>
      </w:pPr>
      <w:r w:rsidRPr="00EF5885">
        <w:rPr>
          <w:rFonts w:ascii="Gill Sans MT" w:eastAsia="Gill Sans MT" w:hAnsi="Gill Sans MT" w:cs="Gill Sans MT"/>
          <w:b/>
          <w:bCs/>
          <w:sz w:val="24"/>
          <w:szCs w:val="24"/>
        </w:rPr>
        <w:t>Responsibility</w:t>
      </w:r>
      <w:r w:rsidRPr="00EF5885">
        <w:rPr>
          <w:rFonts w:ascii="Gill Sans MT" w:eastAsia="Gill Sans MT" w:hAnsi="Gill Sans MT" w:cs="Gill Sans MT"/>
          <w:sz w:val="24"/>
          <w:szCs w:val="24"/>
        </w:rPr>
        <w:t xml:space="preserve"> – </w:t>
      </w:r>
      <w:r w:rsidR="005A152E" w:rsidRPr="00EF5885">
        <w:rPr>
          <w:rFonts w:ascii="Gill Sans MT" w:eastAsia="Gill Sans MT" w:hAnsi="Gill Sans MT" w:cs="Gill Sans MT"/>
          <w:sz w:val="24"/>
          <w:szCs w:val="24"/>
        </w:rPr>
        <w:t>we take ownership of our work and actions. We hold each other to account and keep learning</w:t>
      </w:r>
    </w:p>
    <w:p w14:paraId="38A709B5" w14:textId="30F30F18" w:rsidR="791C672D" w:rsidRPr="00EF5885" w:rsidRDefault="791C672D" w:rsidP="1FFDD154">
      <w:pPr>
        <w:rPr>
          <w:rFonts w:ascii="Gill Sans MT" w:eastAsia="Gill Sans MT" w:hAnsi="Gill Sans MT" w:cs="Gill Sans MT"/>
          <w:sz w:val="24"/>
          <w:szCs w:val="24"/>
        </w:rPr>
      </w:pPr>
      <w:r w:rsidRPr="00EF5885">
        <w:rPr>
          <w:rFonts w:ascii="Gill Sans MT" w:eastAsia="Gill Sans MT" w:hAnsi="Gill Sans MT" w:cs="Gill Sans MT"/>
          <w:sz w:val="24"/>
          <w:szCs w:val="24"/>
        </w:rPr>
        <w:t>We know that when people feel they belong, they can do their best work. That’s why we’re committed to building an inclusive and welcoming environment, where you’re supported to grow, develop and contribute in ways that matter.</w:t>
      </w:r>
    </w:p>
    <w:p w14:paraId="75937AE8" w14:textId="77777777" w:rsidR="00640F08" w:rsidRPr="00EF5885" w:rsidRDefault="009C11D2" w:rsidP="1FFDD154">
      <w:pPr>
        <w:pStyle w:val="Heading2"/>
        <w:rPr>
          <w:rFonts w:ascii="Gill Sans MT" w:eastAsia="Gill Sans MT" w:hAnsi="Gill Sans MT" w:cs="Gill Sans MT"/>
        </w:rPr>
      </w:pPr>
      <w:r w:rsidRPr="00EF5885">
        <w:rPr>
          <w:rFonts w:ascii="Gill Sans MT" w:eastAsia="Gill Sans MT" w:hAnsi="Gill Sans MT" w:cs="Gill Sans MT"/>
          <w:color w:val="C00000"/>
          <w:sz w:val="28"/>
          <w:szCs w:val="28"/>
        </w:rPr>
        <w:t>Flexibility</w:t>
      </w:r>
    </w:p>
    <w:p w14:paraId="0B29AE6C" w14:textId="79F5A8BF" w:rsidR="13A30AD2" w:rsidRPr="00EF5885" w:rsidRDefault="13A30AD2" w:rsidP="1FFDD154">
      <w:pPr>
        <w:rPr>
          <w:rFonts w:ascii="Gill Sans MT" w:eastAsia="Gill Sans MT" w:hAnsi="Gill Sans MT" w:cs="Gill Sans MT"/>
          <w:sz w:val="24"/>
          <w:szCs w:val="24"/>
        </w:rPr>
      </w:pPr>
      <w:r w:rsidRPr="00EF5885">
        <w:rPr>
          <w:rFonts w:ascii="Gill Sans MT" w:eastAsia="Gill Sans MT" w:hAnsi="Gill Sans MT" w:cs="Gill Sans MT"/>
          <w:sz w:val="24"/>
          <w:szCs w:val="24"/>
        </w:rPr>
        <w:t>We know flexibility matters. Wherever possible, we’ll support working patterns that work for</w:t>
      </w:r>
      <w:r w:rsidRPr="00EF5885">
        <w:rPr>
          <w:rFonts w:ascii="Gill Sans MT" w:eastAsia="Gill Sans MT" w:hAnsi="Gill Sans MT" w:cs="Gill Sans MT"/>
        </w:rPr>
        <w:t xml:space="preserve"> </w:t>
      </w:r>
      <w:r w:rsidRPr="00EF5885">
        <w:rPr>
          <w:rFonts w:ascii="Gill Sans MT" w:eastAsia="Gill Sans MT" w:hAnsi="Gill Sans MT" w:cs="Gill Sans MT"/>
          <w:sz w:val="24"/>
          <w:szCs w:val="24"/>
        </w:rPr>
        <w:t>you — including options like hybrid working, job share or adjusted hours.</w:t>
      </w:r>
    </w:p>
    <w:p w14:paraId="4B369E03" w14:textId="77777777" w:rsidR="0087255F" w:rsidRPr="00EF5885" w:rsidRDefault="0087255F" w:rsidP="0087255F">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You’ll get a very generous annual leave allowance of 30 days, which increases to 35 </w:t>
      </w:r>
      <w:bookmarkStart w:id="3" w:name="_Int_N5kqjD9r"/>
      <w:r w:rsidRPr="00EF5885">
        <w:rPr>
          <w:rFonts w:ascii="Gill Sans MT" w:eastAsia="Gill Sans MT" w:hAnsi="Gill Sans MT" w:cs="Gill Sans MT"/>
          <w:sz w:val="24"/>
          <w:szCs w:val="24"/>
        </w:rPr>
        <w:t>days after</w:t>
      </w:r>
      <w:bookmarkEnd w:id="3"/>
      <w:r w:rsidRPr="00EF5885">
        <w:rPr>
          <w:rFonts w:ascii="Gill Sans MT" w:eastAsia="Gill Sans MT" w:hAnsi="Gill Sans MT" w:cs="Gill Sans MT"/>
          <w:sz w:val="24"/>
          <w:szCs w:val="24"/>
        </w:rPr>
        <w:t xml:space="preserve"> a year. Most annual leave is taken when parliament is not sitting, and we offer different types of paid special leave for when “life happens” and won’t wait until recess.</w:t>
      </w:r>
    </w:p>
    <w:p w14:paraId="0958C72A" w14:textId="424675EE" w:rsidR="0087255F" w:rsidRPr="00EF5885" w:rsidRDefault="0087255F" w:rsidP="0087255F">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Not every role can offer the same level of flexibility, and this will depend on the nature of the work. We’ll always be open about what’s possible and talk this through with you. For this role, the following working patterns are available: </w:t>
      </w:r>
    </w:p>
    <w:p w14:paraId="441A1515" w14:textId="6A530378" w:rsidR="004C77DF" w:rsidRPr="00EF5885" w:rsidRDefault="313CD166" w:rsidP="005A152E">
      <w:pPr>
        <w:pStyle w:val="ListParagraph"/>
        <w:numPr>
          <w:ilvl w:val="0"/>
          <w:numId w:val="4"/>
        </w:numPr>
        <w:rPr>
          <w:rFonts w:ascii="Gill Sans MT" w:eastAsia="Gill Sans MT" w:hAnsi="Gill Sans MT" w:cs="Gill Sans MT"/>
          <w:sz w:val="24"/>
          <w:szCs w:val="24"/>
        </w:rPr>
      </w:pPr>
      <w:r w:rsidRPr="00EF5885">
        <w:rPr>
          <w:rFonts w:ascii="Gill Sans MT" w:eastAsia="Gill Sans MT" w:hAnsi="Gill Sans MT" w:cs="Gill Sans MT"/>
          <w:b/>
          <w:bCs/>
          <w:sz w:val="24"/>
          <w:szCs w:val="24"/>
        </w:rPr>
        <w:t>Hybrid working</w:t>
      </w:r>
      <w:r w:rsidR="6933B746" w:rsidRPr="00EF5885">
        <w:rPr>
          <w:rFonts w:ascii="Gill Sans MT" w:eastAsia="Gill Sans MT" w:hAnsi="Gill Sans MT" w:cs="Gill Sans MT"/>
          <w:sz w:val="24"/>
          <w:szCs w:val="24"/>
        </w:rPr>
        <w:t xml:space="preserve"> – U</w:t>
      </w:r>
      <w:r w:rsidR="3A698D0D" w:rsidRPr="00EF5885">
        <w:rPr>
          <w:rFonts w:ascii="Gill Sans MT" w:eastAsia="Gill Sans MT" w:hAnsi="Gill Sans MT" w:cs="Gill Sans MT"/>
          <w:sz w:val="24"/>
          <w:szCs w:val="24"/>
        </w:rPr>
        <w:t xml:space="preserve">p to 3 </w:t>
      </w:r>
      <w:r w:rsidRPr="00EF5885">
        <w:rPr>
          <w:rFonts w:ascii="Gill Sans MT" w:eastAsia="Gill Sans MT" w:hAnsi="Gill Sans MT" w:cs="Gill Sans MT"/>
          <w:sz w:val="24"/>
          <w:szCs w:val="24"/>
        </w:rPr>
        <w:t>days a week from home w</w:t>
      </w:r>
      <w:r w:rsidR="276AD356" w:rsidRPr="00EF5885">
        <w:rPr>
          <w:rFonts w:ascii="Gill Sans MT" w:eastAsia="Gill Sans MT" w:hAnsi="Gill Sans MT" w:cs="Gill Sans MT"/>
          <w:sz w:val="24"/>
          <w:szCs w:val="24"/>
        </w:rPr>
        <w:t>ith specified days in the office</w:t>
      </w:r>
      <w:r w:rsidRPr="00EF5885">
        <w:rPr>
          <w:rFonts w:ascii="Gill Sans MT" w:eastAsia="Gill Sans MT" w:hAnsi="Gill Sans MT" w:cs="Gill Sans MT"/>
          <w:sz w:val="24"/>
          <w:szCs w:val="24"/>
        </w:rPr>
        <w:t xml:space="preserve">.  </w:t>
      </w:r>
    </w:p>
    <w:p w14:paraId="72B9AF15" w14:textId="19446CC6" w:rsidR="004C77DF" w:rsidRPr="00EF5885" w:rsidRDefault="004C77DF" w:rsidP="004C77DF">
      <w:pPr>
        <w:pStyle w:val="ListParagraph"/>
        <w:numPr>
          <w:ilvl w:val="0"/>
          <w:numId w:val="4"/>
        </w:numPr>
        <w:rPr>
          <w:rFonts w:ascii="Gill Sans MT" w:eastAsia="Gill Sans MT" w:hAnsi="Gill Sans MT" w:cs="Gill Sans MT"/>
          <w:sz w:val="24"/>
          <w:szCs w:val="24"/>
        </w:rPr>
      </w:pPr>
      <w:r w:rsidRPr="00EF5885">
        <w:rPr>
          <w:rFonts w:ascii="Gill Sans MT" w:eastAsia="Gill Sans MT" w:hAnsi="Gill Sans MT" w:cs="Gill Sans MT"/>
          <w:b/>
          <w:bCs/>
          <w:sz w:val="24"/>
          <w:szCs w:val="24"/>
        </w:rPr>
        <w:t>Job-share</w:t>
      </w:r>
      <w:r w:rsidRPr="00EF5885">
        <w:rPr>
          <w:rFonts w:ascii="Gill Sans MT" w:eastAsia="Gill Sans MT" w:hAnsi="Gill Sans MT" w:cs="Gill Sans MT"/>
          <w:sz w:val="24"/>
          <w:szCs w:val="24"/>
        </w:rPr>
        <w:t xml:space="preserve"> </w:t>
      </w:r>
      <w:r w:rsidR="2D46F464" w:rsidRPr="00EF5885">
        <w:rPr>
          <w:rFonts w:ascii="Gill Sans MT" w:eastAsia="Gill Sans MT" w:hAnsi="Gill Sans MT" w:cs="Gill Sans MT"/>
          <w:sz w:val="24"/>
          <w:szCs w:val="24"/>
        </w:rPr>
        <w:t xml:space="preserve">– </w:t>
      </w:r>
      <w:r w:rsidR="539C51C8" w:rsidRPr="00EF5885">
        <w:rPr>
          <w:rFonts w:ascii="Gill Sans MT" w:eastAsia="Gill Sans MT" w:hAnsi="Gill Sans MT" w:cs="Gill Sans MT"/>
          <w:sz w:val="24"/>
          <w:szCs w:val="24"/>
        </w:rPr>
        <w:t xml:space="preserve">2 </w:t>
      </w:r>
      <w:r w:rsidRPr="00EF5885">
        <w:rPr>
          <w:rFonts w:ascii="Gill Sans MT" w:eastAsia="Gill Sans MT" w:hAnsi="Gill Sans MT" w:cs="Gill Sans MT"/>
          <w:sz w:val="24"/>
          <w:szCs w:val="24"/>
        </w:rPr>
        <w:t>individuals share the responsibilities of one full-time role, with an agreed split of hours and duties, ensuring sufficient overlap and coverage,</w:t>
      </w:r>
      <w:r w:rsidR="17871C48" w:rsidRPr="00EF5885">
        <w:rPr>
          <w:rFonts w:ascii="Gill Sans MT" w:eastAsia="Gill Sans MT" w:hAnsi="Gill Sans MT" w:cs="Gill Sans MT"/>
          <w:sz w:val="24"/>
          <w:szCs w:val="24"/>
        </w:rPr>
        <w:t xml:space="preserve"> and </w:t>
      </w:r>
      <w:r w:rsidRPr="00EF5885">
        <w:rPr>
          <w:rFonts w:ascii="Gill Sans MT" w:eastAsia="Gill Sans MT" w:hAnsi="Gill Sans MT" w:cs="Gill Sans MT"/>
          <w:sz w:val="24"/>
          <w:szCs w:val="24"/>
        </w:rPr>
        <w:t xml:space="preserve">including at least </w:t>
      </w:r>
      <w:r w:rsidR="00C0E721" w:rsidRPr="00EF5885">
        <w:rPr>
          <w:rFonts w:ascii="Gill Sans MT" w:eastAsia="Gill Sans MT" w:hAnsi="Gill Sans MT" w:cs="Gill Sans MT"/>
          <w:sz w:val="24"/>
          <w:szCs w:val="24"/>
        </w:rPr>
        <w:t>3</w:t>
      </w:r>
      <w:r w:rsidRPr="00EF5885">
        <w:rPr>
          <w:rFonts w:ascii="Gill Sans MT" w:eastAsia="Gill Sans MT" w:hAnsi="Gill Sans MT" w:cs="Gill Sans MT"/>
          <w:sz w:val="24"/>
          <w:szCs w:val="24"/>
        </w:rPr>
        <w:t xml:space="preserve"> days on-site between postholders</w:t>
      </w:r>
      <w:r w:rsidR="6362D795" w:rsidRPr="00EF5885">
        <w:rPr>
          <w:rFonts w:ascii="Gill Sans MT" w:eastAsia="Gill Sans MT" w:hAnsi="Gill Sans MT" w:cs="Gill Sans MT"/>
          <w:sz w:val="24"/>
          <w:szCs w:val="24"/>
        </w:rPr>
        <w:t>.</w:t>
      </w:r>
    </w:p>
    <w:p w14:paraId="272C3267" w14:textId="374A68D4" w:rsidR="0087255F" w:rsidRPr="00EF5885" w:rsidRDefault="004C77DF" w:rsidP="0087255F">
      <w:pPr>
        <w:pStyle w:val="ListParagraph"/>
        <w:numPr>
          <w:ilvl w:val="0"/>
          <w:numId w:val="4"/>
        </w:numPr>
        <w:rPr>
          <w:rFonts w:ascii="Gill Sans MT" w:eastAsia="Gill Sans MT" w:hAnsi="Gill Sans MT" w:cs="Gill Sans MT"/>
          <w:sz w:val="24"/>
          <w:szCs w:val="24"/>
        </w:rPr>
      </w:pPr>
      <w:r w:rsidRPr="00EF5885">
        <w:rPr>
          <w:rFonts w:ascii="Gill Sans MT" w:eastAsia="Gill Sans MT" w:hAnsi="Gill Sans MT" w:cs="Gill Sans MT"/>
          <w:b/>
          <w:bCs/>
          <w:sz w:val="24"/>
          <w:szCs w:val="24"/>
        </w:rPr>
        <w:t>Compressed hours</w:t>
      </w:r>
      <w:r w:rsidR="31C8410C" w:rsidRPr="00EF5885">
        <w:rPr>
          <w:rFonts w:ascii="Gill Sans MT" w:eastAsia="Gill Sans MT" w:hAnsi="Gill Sans MT" w:cs="Gill Sans MT"/>
          <w:sz w:val="24"/>
          <w:szCs w:val="24"/>
        </w:rPr>
        <w:t xml:space="preserve"> – F</w:t>
      </w:r>
      <w:r w:rsidRPr="00EF5885">
        <w:rPr>
          <w:rFonts w:ascii="Gill Sans MT" w:eastAsia="Gill Sans MT" w:hAnsi="Gill Sans MT" w:cs="Gill Sans MT"/>
          <w:sz w:val="24"/>
          <w:szCs w:val="24"/>
        </w:rPr>
        <w:t xml:space="preserve">ull-time hours worked over fewer days, typically </w:t>
      </w:r>
      <w:r w:rsidR="2A33226E" w:rsidRPr="00EF5885">
        <w:rPr>
          <w:rFonts w:ascii="Gill Sans MT" w:eastAsia="Gill Sans MT" w:hAnsi="Gill Sans MT" w:cs="Gill Sans MT"/>
          <w:sz w:val="24"/>
          <w:szCs w:val="24"/>
        </w:rPr>
        <w:t>a 9-day fortnight</w:t>
      </w:r>
      <w:r w:rsidRPr="00EF5885">
        <w:rPr>
          <w:rFonts w:ascii="Gill Sans MT" w:eastAsia="Gill Sans MT" w:hAnsi="Gill Sans MT" w:cs="Gill Sans MT"/>
          <w:sz w:val="24"/>
          <w:szCs w:val="24"/>
        </w:rPr>
        <w:t xml:space="preserve">, with at least </w:t>
      </w:r>
      <w:r w:rsidR="3077F4F9" w:rsidRPr="00EF5885">
        <w:rPr>
          <w:rFonts w:ascii="Gill Sans MT" w:eastAsia="Gill Sans MT" w:hAnsi="Gill Sans MT" w:cs="Gill Sans MT"/>
          <w:sz w:val="24"/>
          <w:szCs w:val="24"/>
        </w:rPr>
        <w:t>2</w:t>
      </w:r>
      <w:r w:rsidRPr="00EF5885">
        <w:rPr>
          <w:rFonts w:ascii="Gill Sans MT" w:eastAsia="Gill Sans MT" w:hAnsi="Gill Sans MT" w:cs="Gill Sans MT"/>
          <w:sz w:val="24"/>
          <w:szCs w:val="24"/>
        </w:rPr>
        <w:t xml:space="preserve"> days worked on-site when parliament is sitting</w:t>
      </w:r>
      <w:r w:rsidR="46C98C62" w:rsidRPr="00EF5885">
        <w:rPr>
          <w:rFonts w:ascii="Gill Sans MT" w:eastAsia="Gill Sans MT" w:hAnsi="Gill Sans MT" w:cs="Gill Sans MT"/>
          <w:sz w:val="24"/>
          <w:szCs w:val="24"/>
        </w:rPr>
        <w:t>.</w:t>
      </w:r>
    </w:p>
    <w:p w14:paraId="11903EA3" w14:textId="035D239F" w:rsidR="004C77DF" w:rsidRPr="00EF5885" w:rsidRDefault="0087255F" w:rsidP="00430078">
      <w:pPr>
        <w:rPr>
          <w:rFonts w:ascii="Gill Sans MT" w:eastAsia="Gill Sans MT" w:hAnsi="Gill Sans MT" w:cs="Gill Sans MT"/>
          <w:sz w:val="24"/>
          <w:szCs w:val="24"/>
        </w:rPr>
      </w:pPr>
      <w:r w:rsidRPr="00EF5885">
        <w:rPr>
          <w:rFonts w:ascii="Gill Sans MT" w:eastAsia="Gill Sans MT" w:hAnsi="Gill Sans MT" w:cs="Gill Sans MT"/>
          <w:sz w:val="24"/>
          <w:szCs w:val="24"/>
        </w:rPr>
        <w:t>If you’re invited to interview, we’ll ask about your preferred working pattern so we can understand what works best for you.</w:t>
      </w:r>
    </w:p>
    <w:p w14:paraId="5784E978" w14:textId="77777777" w:rsidR="00640F08" w:rsidRPr="00EF5885" w:rsidRDefault="009C11D2" w:rsidP="1FFDD154">
      <w:pPr>
        <w:pStyle w:val="Heading2"/>
        <w:rPr>
          <w:rFonts w:ascii="Gill Sans MT" w:eastAsia="Gill Sans MT" w:hAnsi="Gill Sans MT" w:cs="Gill Sans MT"/>
        </w:rPr>
      </w:pPr>
      <w:r w:rsidRPr="00EF5885">
        <w:rPr>
          <w:rFonts w:ascii="Gill Sans MT" w:eastAsia="Gill Sans MT" w:hAnsi="Gill Sans MT" w:cs="Gill Sans MT"/>
          <w:color w:val="C00000"/>
          <w:sz w:val="28"/>
          <w:szCs w:val="28"/>
        </w:rPr>
        <w:t>Benefits</w:t>
      </w:r>
    </w:p>
    <w:p w14:paraId="6D4BE6C1" w14:textId="0507F632" w:rsidR="00640F08" w:rsidRPr="00EF5885" w:rsidRDefault="009C11D2" w:rsidP="1FFDD154">
      <w:pPr>
        <w:rPr>
          <w:rFonts w:ascii="Gill Sans MT" w:eastAsia="Gill Sans MT" w:hAnsi="Gill Sans MT" w:cs="Gill Sans MT"/>
          <w:color w:val="000000" w:themeColor="text1"/>
          <w:sz w:val="24"/>
          <w:szCs w:val="24"/>
        </w:rPr>
      </w:pPr>
      <w:r w:rsidRPr="00EF5885">
        <w:rPr>
          <w:rFonts w:ascii="Gill Sans MT" w:eastAsia="Gill Sans MT" w:hAnsi="Gill Sans MT" w:cs="Gill Sans MT"/>
          <w:sz w:val="24"/>
          <w:szCs w:val="24"/>
        </w:rPr>
        <w:t>Alongside your pay, you’ll have access to a wide range of benefits and development opportunities.</w:t>
      </w:r>
      <w:r w:rsidR="37FA48C9" w:rsidRPr="00EF5885">
        <w:rPr>
          <w:rFonts w:ascii="Gill Sans MT" w:eastAsia="Gill Sans MT" w:hAnsi="Gill Sans MT" w:cs="Gill Sans MT"/>
          <w:sz w:val="24"/>
          <w:szCs w:val="24"/>
        </w:rPr>
        <w:t xml:space="preserve"> </w:t>
      </w:r>
      <w:r w:rsidR="37FA48C9" w:rsidRPr="00EF5885">
        <w:rPr>
          <w:rFonts w:ascii="Gill Sans MT" w:eastAsia="Gill Sans MT" w:hAnsi="Gill Sans MT" w:cs="Gill Sans MT"/>
          <w:color w:val="000000" w:themeColor="text1"/>
          <w:sz w:val="24"/>
          <w:szCs w:val="24"/>
        </w:rPr>
        <w:t xml:space="preserve">Full details can be found on our </w:t>
      </w:r>
      <w:hyperlink r:id="rId11">
        <w:r w:rsidR="37FA48C9" w:rsidRPr="00EF5885">
          <w:rPr>
            <w:rStyle w:val="Hyperlink"/>
            <w:rFonts w:ascii="Gill Sans MT" w:eastAsia="Gill Sans MT" w:hAnsi="Gill Sans MT" w:cs="Gill Sans MT"/>
            <w:sz w:val="24"/>
            <w:szCs w:val="24"/>
          </w:rPr>
          <w:t>Benefits - UK Parliament</w:t>
        </w:r>
      </w:hyperlink>
      <w:r w:rsidR="37FA48C9" w:rsidRPr="00EF5885">
        <w:rPr>
          <w:rFonts w:ascii="Gill Sans MT" w:eastAsia="Gill Sans MT" w:hAnsi="Gill Sans MT" w:cs="Gill Sans MT"/>
          <w:color w:val="000000" w:themeColor="text1"/>
          <w:sz w:val="24"/>
          <w:szCs w:val="24"/>
        </w:rPr>
        <w:t xml:space="preserve"> page. </w:t>
      </w:r>
    </w:p>
    <w:p w14:paraId="4A23E536" w14:textId="1789DB83" w:rsidR="004C77DF" w:rsidRPr="00EF5885" w:rsidRDefault="004C77DF" w:rsidP="1FFDD154">
      <w:pPr>
        <w:rPr>
          <w:rFonts w:ascii="Gill Sans MT" w:eastAsia="Gill Sans MT" w:hAnsi="Gill Sans MT" w:cs="Gill Sans MT"/>
          <w:sz w:val="24"/>
          <w:szCs w:val="24"/>
        </w:rPr>
      </w:pPr>
      <w:r w:rsidRPr="00EF5885">
        <w:rPr>
          <w:rFonts w:ascii="Gill Sans MT" w:eastAsia="Gill Sans MT" w:hAnsi="Gill Sans MT" w:cs="Gill Sans MT"/>
          <w:color w:val="000000" w:themeColor="text1"/>
          <w:sz w:val="24"/>
          <w:szCs w:val="24"/>
        </w:rPr>
        <w:t>Benefits include a commitment to your learning and development, an in-house health and wellbeing service, on-site gym and nursery, the opportunity to attend events including the State Opening of Parliament, on-site canteens and restaurants, and the civil service pension schemes.</w:t>
      </w:r>
    </w:p>
    <w:p w14:paraId="636B09F0" w14:textId="19329EDD" w:rsidR="00640F08" w:rsidRPr="00EF5885" w:rsidRDefault="004C77DF" w:rsidP="1FFDD154">
      <w:pPr>
        <w:pStyle w:val="Heading2"/>
        <w:rPr>
          <w:rFonts w:ascii="Gill Sans MT" w:eastAsia="Gill Sans MT" w:hAnsi="Gill Sans MT" w:cs="Gill Sans MT"/>
          <w:color w:val="C00000"/>
          <w:sz w:val="28"/>
          <w:szCs w:val="28"/>
        </w:rPr>
      </w:pPr>
      <w:r w:rsidRPr="00EF5885">
        <w:rPr>
          <w:rFonts w:ascii="Gill Sans MT" w:eastAsia="Gill Sans MT" w:hAnsi="Gill Sans MT" w:cs="Gill Sans MT"/>
          <w:color w:val="C00000"/>
          <w:sz w:val="28"/>
          <w:szCs w:val="28"/>
        </w:rPr>
        <w:lastRenderedPageBreak/>
        <w:t xml:space="preserve">Being </w:t>
      </w:r>
      <w:r w:rsidR="490FC021" w:rsidRPr="00EF5885">
        <w:rPr>
          <w:rFonts w:ascii="Gill Sans MT" w:eastAsia="Gill Sans MT" w:hAnsi="Gill Sans MT" w:cs="Gill Sans MT"/>
          <w:color w:val="C00000"/>
          <w:sz w:val="28"/>
          <w:szCs w:val="28"/>
        </w:rPr>
        <w:t>Impartial</w:t>
      </w:r>
    </w:p>
    <w:p w14:paraId="12DA9D57"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Working here means upholding impartiality in everything you do. You’ll provide services, make decisions and carry out your responsibilities without being influenced by personal political views, or favouring one perspective over another.</w:t>
      </w:r>
    </w:p>
    <w:p w14:paraId="67D2D97C" w14:textId="77777777" w:rsidR="004C77DF" w:rsidRPr="00EF5885" w:rsidRDefault="004C77DF" w:rsidP="004C77DF">
      <w:pPr>
        <w:rPr>
          <w:rFonts w:ascii="Gill Sans MT" w:eastAsia="Gill Sans MT" w:hAnsi="Gill Sans MT" w:cs="Gill Sans MT"/>
          <w:b/>
          <w:bCs/>
          <w:color w:val="C00000"/>
          <w:sz w:val="24"/>
          <w:szCs w:val="24"/>
        </w:rPr>
      </w:pPr>
      <w:r w:rsidRPr="00EF5885">
        <w:rPr>
          <w:rFonts w:ascii="Gill Sans MT" w:eastAsia="Gill Sans MT" w:hAnsi="Gill Sans MT" w:cs="Gill Sans MT"/>
          <w:sz w:val="24"/>
          <w:szCs w:val="24"/>
        </w:rPr>
        <w:t xml:space="preserve">In practice, this usually includes not taking part in political activity or public campaigning outside of work. If you have any questions about what this involves, please contact us at </w:t>
      </w:r>
      <w:hyperlink r:id="rId12">
        <w:r w:rsidRPr="00EF5885">
          <w:rPr>
            <w:rStyle w:val="Hyperlink"/>
            <w:rFonts w:ascii="Gill Sans MT" w:eastAsia="Gill Sans MT" w:hAnsi="Gill Sans MT" w:cs="Gill Sans MT"/>
            <w:sz w:val="24"/>
            <w:szCs w:val="24"/>
          </w:rPr>
          <w:t>hlrecruitment@parliament.uk</w:t>
        </w:r>
      </w:hyperlink>
      <w:r w:rsidRPr="00EF5885">
        <w:rPr>
          <w:rFonts w:ascii="Gill Sans MT" w:eastAsia="Gill Sans MT" w:hAnsi="Gill Sans MT" w:cs="Gill Sans MT"/>
          <w:sz w:val="24"/>
          <w:szCs w:val="24"/>
        </w:rPr>
        <w:t xml:space="preserve"> — we’re happy to help.</w:t>
      </w:r>
    </w:p>
    <w:p w14:paraId="4E2CD021" w14:textId="1872601E" w:rsidR="00640F08" w:rsidRPr="00EF5885" w:rsidRDefault="009C11D2" w:rsidP="00801C98">
      <w:pPr>
        <w:spacing w:after="0"/>
        <w:rPr>
          <w:rFonts w:ascii="Gill Sans MT" w:eastAsia="Gill Sans MT" w:hAnsi="Gill Sans MT" w:cs="Gill Sans MT"/>
          <w:b/>
          <w:bCs/>
          <w:color w:val="C00000"/>
          <w:sz w:val="28"/>
          <w:szCs w:val="28"/>
        </w:rPr>
      </w:pPr>
      <w:r w:rsidRPr="00EF5885">
        <w:rPr>
          <w:rFonts w:ascii="Gill Sans MT" w:eastAsia="Gill Sans MT" w:hAnsi="Gill Sans MT" w:cs="Gill Sans MT"/>
          <w:b/>
          <w:bCs/>
          <w:color w:val="C00000"/>
          <w:sz w:val="28"/>
          <w:szCs w:val="28"/>
        </w:rPr>
        <w:t>Inclusion and belonging</w:t>
      </w:r>
    </w:p>
    <w:p w14:paraId="7447505A"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We’re steeped in history but not limited by it, and we want everyone to feel they belong here. </w:t>
      </w:r>
      <w:r w:rsidRPr="00EF5885">
        <w:rPr>
          <w:rFonts w:ascii="Gill Sans MT" w:eastAsia="Gill Sans MT" w:hAnsi="Gill Sans MT" w:cs="Gill Sans MT"/>
          <w:color w:val="000000" w:themeColor="text1"/>
          <w:sz w:val="24"/>
          <w:szCs w:val="24"/>
        </w:rPr>
        <w:t xml:space="preserve">We welcome applications from all candidates with diverse characteristics, including different ages, disability, sex, gender reassignment/trans, marriage and civil partnership, pregnancy and maternity, race/ethnicity, religion or belief, sexual orientation and socio-economic status, and support a range of workplace adjustments, including for caring responsibilities. </w:t>
      </w:r>
      <w:r w:rsidRPr="00EF5885">
        <w:rPr>
          <w:rFonts w:ascii="Gill Sans MT" w:eastAsia="Gill Sans MT" w:hAnsi="Gill Sans MT" w:cs="Gill Sans MT"/>
          <w:sz w:val="24"/>
          <w:szCs w:val="24"/>
        </w:rPr>
        <w:t xml:space="preserve"> </w:t>
      </w:r>
    </w:p>
    <w:p w14:paraId="2585A092" w14:textId="77777777" w:rsidR="00640F08" w:rsidRPr="00EF5885" w:rsidRDefault="009C11D2" w:rsidP="00801C98">
      <w:pPr>
        <w:spacing w:after="0"/>
        <w:rPr>
          <w:rFonts w:ascii="Gill Sans MT" w:eastAsia="Gill Sans MT" w:hAnsi="Gill Sans MT" w:cs="Gill Sans MT"/>
        </w:rPr>
      </w:pPr>
      <w:r w:rsidRPr="00EF5885">
        <w:rPr>
          <w:rFonts w:ascii="Gill Sans MT" w:eastAsia="Gill Sans MT" w:hAnsi="Gill Sans MT" w:cs="Gill Sans MT"/>
          <w:b/>
          <w:bCs/>
          <w:color w:val="C00000"/>
          <w:sz w:val="28"/>
          <w:szCs w:val="28"/>
        </w:rPr>
        <w:t>How to apply</w:t>
      </w:r>
    </w:p>
    <w:p w14:paraId="6158E6BC" w14:textId="06AB616E" w:rsidR="592C9A68" w:rsidRPr="00EF5885" w:rsidRDefault="77D71E9B" w:rsidP="7F885624">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Apply online by </w:t>
      </w:r>
      <w:r w:rsidR="40E89CDB" w:rsidRPr="00EF5885">
        <w:rPr>
          <w:rFonts w:ascii="Gill Sans MT" w:eastAsia="Gill Sans MT" w:hAnsi="Gill Sans MT" w:cs="Gill Sans MT"/>
          <w:b/>
          <w:bCs/>
          <w:sz w:val="24"/>
          <w:szCs w:val="24"/>
        </w:rPr>
        <w:t>23:59</w:t>
      </w:r>
      <w:r w:rsidRPr="00EF5885">
        <w:rPr>
          <w:rFonts w:ascii="Gill Sans MT" w:eastAsia="Gill Sans MT" w:hAnsi="Gill Sans MT" w:cs="Gill Sans MT"/>
          <w:b/>
          <w:bCs/>
          <w:sz w:val="24"/>
          <w:szCs w:val="24"/>
        </w:rPr>
        <w:t xml:space="preserve"> on </w:t>
      </w:r>
      <w:r w:rsidR="363781C4" w:rsidRPr="00EF5885">
        <w:rPr>
          <w:rFonts w:ascii="Gill Sans MT" w:eastAsia="Gill Sans MT" w:hAnsi="Gill Sans MT" w:cs="Gill Sans MT"/>
          <w:b/>
          <w:bCs/>
          <w:sz w:val="24"/>
          <w:szCs w:val="24"/>
        </w:rPr>
        <w:t>8 September 2026</w:t>
      </w:r>
      <w:r w:rsidRPr="00EF5885">
        <w:rPr>
          <w:rFonts w:ascii="Gill Sans MT" w:eastAsia="Gill Sans MT" w:hAnsi="Gill Sans MT" w:cs="Gill Sans MT"/>
          <w:sz w:val="24"/>
          <w:szCs w:val="24"/>
        </w:rPr>
        <w:t>.</w:t>
      </w:r>
    </w:p>
    <w:p w14:paraId="24BAB112" w14:textId="4FBCD4AF" w:rsidR="004C77DF" w:rsidRPr="00EF5885" w:rsidRDefault="004C77DF" w:rsidP="12FD96AA">
      <w:pPr>
        <w:rPr>
          <w:rFonts w:ascii="Gill Sans MT" w:eastAsia="Gill Sans MT" w:hAnsi="Gill Sans MT" w:cs="Gill Sans MT"/>
          <w:sz w:val="24"/>
          <w:szCs w:val="24"/>
        </w:rPr>
      </w:pPr>
      <w:r w:rsidRPr="00EF5885">
        <w:rPr>
          <w:rFonts w:ascii="Gill Sans MT" w:eastAsia="Gill Sans MT" w:hAnsi="Gill Sans MT" w:cs="Gill Sans MT"/>
          <w:sz w:val="24"/>
          <w:szCs w:val="24"/>
        </w:rPr>
        <w:t>We expect to invite shortlisted candidates to interview</w:t>
      </w:r>
      <w:r w:rsidR="074ABBF9" w:rsidRPr="00EF5885">
        <w:rPr>
          <w:rFonts w:ascii="Gill Sans MT" w:eastAsia="Gill Sans MT" w:hAnsi="Gill Sans MT" w:cs="Gill Sans MT"/>
          <w:sz w:val="24"/>
          <w:szCs w:val="24"/>
        </w:rPr>
        <w:t xml:space="preserve"> w/c 28 September 2026</w:t>
      </w:r>
      <w:r w:rsidRPr="00EF5885">
        <w:rPr>
          <w:rFonts w:ascii="Gill Sans MT" w:eastAsia="Gill Sans MT" w:hAnsi="Gill Sans MT" w:cs="Gill Sans MT"/>
          <w:sz w:val="24"/>
          <w:szCs w:val="24"/>
        </w:rPr>
        <w:t xml:space="preserve"> in Westminster. We may also ask you to complete an assessment or test. </w:t>
      </w:r>
    </w:p>
    <w:p w14:paraId="75F9A7F8" w14:textId="265FB8C6" w:rsidR="592C9A68" w:rsidRPr="00EF5885" w:rsidRDefault="592C9A68" w:rsidP="1FFDD154">
      <w:pPr>
        <w:rPr>
          <w:rFonts w:ascii="Gill Sans MT" w:eastAsia="Gill Sans MT" w:hAnsi="Gill Sans MT" w:cs="Gill Sans MT"/>
          <w:sz w:val="24"/>
          <w:szCs w:val="24"/>
        </w:rPr>
      </w:pPr>
      <w:r w:rsidRPr="00EF5885">
        <w:rPr>
          <w:rFonts w:ascii="Gill Sans MT" w:eastAsia="Gill Sans MT" w:hAnsi="Gill Sans MT" w:cs="Gill Sans MT"/>
          <w:sz w:val="24"/>
          <w:szCs w:val="24"/>
        </w:rPr>
        <w:t>As part of your application, you’ll need to submit:</w:t>
      </w:r>
    </w:p>
    <w:p w14:paraId="45B05DB9" w14:textId="77777777" w:rsidR="005F4C54" w:rsidRDefault="592C9A68" w:rsidP="005F4C54">
      <w:pPr>
        <w:pStyle w:val="ListParagraph"/>
        <w:numPr>
          <w:ilvl w:val="0"/>
          <w:numId w:val="44"/>
        </w:numPr>
        <w:rPr>
          <w:rFonts w:ascii="Gill Sans MT" w:eastAsia="Gill Sans MT" w:hAnsi="Gill Sans MT" w:cs="Gill Sans MT"/>
          <w:sz w:val="24"/>
          <w:szCs w:val="24"/>
        </w:rPr>
      </w:pPr>
      <w:r w:rsidRPr="00EF5885">
        <w:rPr>
          <w:rFonts w:ascii="Gill Sans MT" w:eastAsia="Gill Sans MT" w:hAnsi="Gill Sans MT" w:cs="Gill Sans MT"/>
          <w:b/>
          <w:bCs/>
          <w:sz w:val="24"/>
          <w:szCs w:val="24"/>
        </w:rPr>
        <w:t>An anonymised CV</w:t>
      </w:r>
      <w:r w:rsidRPr="00EF5885">
        <w:rPr>
          <w:rFonts w:ascii="Gill Sans MT" w:eastAsia="Gill Sans MT" w:hAnsi="Gill Sans MT" w:cs="Gill Sans MT"/>
          <w:sz w:val="24"/>
          <w:szCs w:val="24"/>
        </w:rPr>
        <w:t xml:space="preserve"> outlining your career history, responsibilities and achievements</w:t>
      </w:r>
      <w:r w:rsidR="4FD932E3" w:rsidRPr="00EF5885">
        <w:rPr>
          <w:rFonts w:ascii="Gill Sans MT" w:eastAsia="Gill Sans MT" w:hAnsi="Gill Sans MT" w:cs="Gill Sans MT"/>
          <w:sz w:val="24"/>
          <w:szCs w:val="24"/>
        </w:rPr>
        <w:t>.</w:t>
      </w:r>
    </w:p>
    <w:p w14:paraId="2DBA855B" w14:textId="25E6CABB" w:rsidR="004C77DF" w:rsidRPr="005F4C54" w:rsidRDefault="004C77DF" w:rsidP="005F4C54">
      <w:pPr>
        <w:pStyle w:val="ListParagraph"/>
        <w:numPr>
          <w:ilvl w:val="0"/>
          <w:numId w:val="44"/>
        </w:numPr>
        <w:rPr>
          <w:rFonts w:ascii="Gill Sans MT" w:eastAsia="Gill Sans MT" w:hAnsi="Gill Sans MT" w:cs="Gill Sans MT"/>
          <w:sz w:val="24"/>
          <w:szCs w:val="24"/>
        </w:rPr>
      </w:pPr>
      <w:r w:rsidRPr="005F4C54">
        <w:rPr>
          <w:rFonts w:ascii="Gill Sans MT" w:eastAsia="Gill Sans MT" w:hAnsi="Gill Sans MT" w:cs="Gill Sans MT"/>
          <w:b/>
          <w:bCs/>
          <w:sz w:val="24"/>
          <w:szCs w:val="24"/>
        </w:rPr>
        <w:t>An application form</w:t>
      </w:r>
      <w:r w:rsidRPr="005F4C54">
        <w:rPr>
          <w:rFonts w:ascii="Gill Sans MT" w:eastAsia="Gill Sans MT" w:hAnsi="Gill Sans MT" w:cs="Gill Sans MT"/>
          <w:sz w:val="24"/>
          <w:szCs w:val="24"/>
        </w:rPr>
        <w:t xml:space="preserve"> providing examples against the essential criteria in this job description, showing how your experience matches what we’re looking for.</w:t>
      </w:r>
      <w:r w:rsidR="005F4C54" w:rsidRPr="005F4C54">
        <w:rPr>
          <w:rFonts w:ascii="Gill Sans MT" w:hAnsi="Gill Sans MT"/>
          <w:i/>
          <w:iCs/>
          <w:sz w:val="24"/>
          <w:szCs w:val="24"/>
        </w:rPr>
        <w:t xml:space="preserve"> We recommend that your application answers do not exceed 300 words. </w:t>
      </w:r>
    </w:p>
    <w:p w14:paraId="2B297235" w14:textId="54A1E7EF" w:rsidR="592C9A68" w:rsidRPr="00EF5885" w:rsidRDefault="592C9A68" w:rsidP="1FFDD154">
      <w:pPr>
        <w:rPr>
          <w:rFonts w:ascii="Gill Sans MT" w:eastAsia="Gill Sans MT" w:hAnsi="Gill Sans MT" w:cs="Gill Sans MT"/>
          <w:sz w:val="24"/>
          <w:szCs w:val="24"/>
        </w:rPr>
      </w:pPr>
      <w:r w:rsidRPr="00EF5885">
        <w:rPr>
          <w:rFonts w:ascii="Gill Sans MT" w:eastAsia="Gill Sans MT" w:hAnsi="Gill Sans MT" w:cs="Gill Sans MT"/>
          <w:sz w:val="24"/>
          <w:szCs w:val="24"/>
        </w:rPr>
        <w:t>We’ll assess your application against the criteria, so please include clear, relevant examples.</w:t>
      </w:r>
    </w:p>
    <w:p w14:paraId="3848D1C3" w14:textId="33682595" w:rsidR="592C9A68" w:rsidRPr="00EF5885" w:rsidRDefault="592C9A68" w:rsidP="1FFDD154">
      <w:pPr>
        <w:rPr>
          <w:rFonts w:ascii="Gill Sans MT" w:eastAsia="Gill Sans MT" w:hAnsi="Gill Sans MT" w:cs="Gill Sans MT"/>
          <w:b/>
          <w:bCs/>
          <w:sz w:val="24"/>
          <w:szCs w:val="24"/>
        </w:rPr>
      </w:pPr>
      <w:r w:rsidRPr="00EF5885">
        <w:rPr>
          <w:rFonts w:ascii="Gill Sans MT" w:eastAsia="Gill Sans MT" w:hAnsi="Gill Sans MT" w:cs="Gill Sans MT"/>
          <w:b/>
          <w:bCs/>
          <w:sz w:val="24"/>
          <w:szCs w:val="24"/>
        </w:rPr>
        <w:t>Sharing your experience</w:t>
      </w:r>
    </w:p>
    <w:p w14:paraId="3CF33C62"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We’ll assess your application based on what you tell us about how you meet the essential criteria in the job description, so please include clear, relevant examples. </w:t>
      </w:r>
    </w:p>
    <w:p w14:paraId="5A60622D"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These examples can come from work, education, volunteering or other relevant experiences. Focus on what you contributed and the difference you made.</w:t>
      </w:r>
    </w:p>
    <w:p w14:paraId="3EA34BBD" w14:textId="77777777" w:rsidR="004C77DF" w:rsidRPr="00EF5885" w:rsidRDefault="004C77DF" w:rsidP="00430078">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A helpful way to do this is the </w:t>
      </w:r>
      <w:r w:rsidRPr="00EF5885">
        <w:rPr>
          <w:rFonts w:ascii="Gill Sans MT" w:eastAsia="Gill Sans MT" w:hAnsi="Gill Sans MT" w:cs="Gill Sans MT"/>
          <w:b/>
          <w:bCs/>
          <w:sz w:val="24"/>
          <w:szCs w:val="24"/>
        </w:rPr>
        <w:t>STAR approach</w:t>
      </w:r>
      <w:r w:rsidRPr="00EF5885">
        <w:rPr>
          <w:rFonts w:ascii="Gill Sans MT" w:eastAsia="Gill Sans MT" w:hAnsi="Gill Sans MT" w:cs="Gill Sans MT"/>
          <w:sz w:val="24"/>
          <w:szCs w:val="24"/>
        </w:rPr>
        <w:t>:</w:t>
      </w:r>
    </w:p>
    <w:p w14:paraId="7B9DBFDA" w14:textId="0AF4754E" w:rsidR="592C9A68" w:rsidRPr="00EF5885" w:rsidRDefault="592C9A68" w:rsidP="1FFDD154">
      <w:pPr>
        <w:pStyle w:val="ListParagraph"/>
        <w:numPr>
          <w:ilvl w:val="0"/>
          <w:numId w:val="35"/>
        </w:numPr>
        <w:rPr>
          <w:rFonts w:ascii="Gill Sans MT" w:eastAsia="Gill Sans MT" w:hAnsi="Gill Sans MT" w:cs="Gill Sans MT"/>
          <w:sz w:val="24"/>
          <w:szCs w:val="24"/>
        </w:rPr>
      </w:pPr>
      <w:r w:rsidRPr="00EF5885">
        <w:rPr>
          <w:rFonts w:ascii="Gill Sans MT" w:eastAsia="Gill Sans MT" w:hAnsi="Gill Sans MT" w:cs="Gill Sans MT"/>
          <w:b/>
          <w:bCs/>
          <w:sz w:val="24"/>
          <w:szCs w:val="24"/>
        </w:rPr>
        <w:lastRenderedPageBreak/>
        <w:t>Situation</w:t>
      </w:r>
      <w:r w:rsidRPr="00EF5885">
        <w:rPr>
          <w:rFonts w:ascii="Gill Sans MT" w:eastAsia="Gill Sans MT" w:hAnsi="Gill Sans MT" w:cs="Gill Sans MT"/>
          <w:sz w:val="24"/>
          <w:szCs w:val="24"/>
        </w:rPr>
        <w:t xml:space="preserve"> – set the context</w:t>
      </w:r>
    </w:p>
    <w:p w14:paraId="0AB6490C" w14:textId="39DD9E11" w:rsidR="592C9A68" w:rsidRPr="00EF5885" w:rsidRDefault="592C9A68" w:rsidP="1FFDD154">
      <w:pPr>
        <w:pStyle w:val="ListParagraph"/>
        <w:numPr>
          <w:ilvl w:val="0"/>
          <w:numId w:val="35"/>
        </w:numPr>
        <w:rPr>
          <w:rFonts w:ascii="Gill Sans MT" w:eastAsia="Gill Sans MT" w:hAnsi="Gill Sans MT" w:cs="Gill Sans MT"/>
          <w:sz w:val="24"/>
          <w:szCs w:val="24"/>
        </w:rPr>
      </w:pPr>
      <w:r w:rsidRPr="00EF5885">
        <w:rPr>
          <w:rFonts w:ascii="Gill Sans MT" w:eastAsia="Gill Sans MT" w:hAnsi="Gill Sans MT" w:cs="Gill Sans MT"/>
          <w:b/>
          <w:bCs/>
          <w:sz w:val="24"/>
          <w:szCs w:val="24"/>
        </w:rPr>
        <w:t>Task</w:t>
      </w:r>
      <w:r w:rsidRPr="00EF5885">
        <w:rPr>
          <w:rFonts w:ascii="Gill Sans MT" w:eastAsia="Gill Sans MT" w:hAnsi="Gill Sans MT" w:cs="Gill Sans MT"/>
          <w:sz w:val="24"/>
          <w:szCs w:val="24"/>
        </w:rPr>
        <w:t xml:space="preserve"> – explain what you needed to do</w:t>
      </w:r>
    </w:p>
    <w:p w14:paraId="122C8A61" w14:textId="5B1365EA" w:rsidR="592C9A68" w:rsidRPr="00EF5885" w:rsidRDefault="592C9A68" w:rsidP="1FFDD154">
      <w:pPr>
        <w:pStyle w:val="ListParagraph"/>
        <w:numPr>
          <w:ilvl w:val="0"/>
          <w:numId w:val="35"/>
        </w:numPr>
        <w:rPr>
          <w:rFonts w:ascii="Gill Sans MT" w:eastAsia="Gill Sans MT" w:hAnsi="Gill Sans MT" w:cs="Gill Sans MT"/>
          <w:sz w:val="24"/>
          <w:szCs w:val="24"/>
        </w:rPr>
      </w:pPr>
      <w:r w:rsidRPr="00EF5885">
        <w:rPr>
          <w:rFonts w:ascii="Gill Sans MT" w:eastAsia="Gill Sans MT" w:hAnsi="Gill Sans MT" w:cs="Gill Sans MT"/>
          <w:b/>
          <w:bCs/>
          <w:sz w:val="24"/>
          <w:szCs w:val="24"/>
        </w:rPr>
        <w:t>Action</w:t>
      </w:r>
      <w:r w:rsidRPr="00EF5885">
        <w:rPr>
          <w:rFonts w:ascii="Gill Sans MT" w:eastAsia="Gill Sans MT" w:hAnsi="Gill Sans MT" w:cs="Gill Sans MT"/>
          <w:sz w:val="24"/>
          <w:szCs w:val="24"/>
        </w:rPr>
        <w:t xml:space="preserve"> – describe what you did</w:t>
      </w:r>
    </w:p>
    <w:p w14:paraId="7EC34B44" w14:textId="30D78EF7" w:rsidR="592C9A68" w:rsidRPr="00EF5885" w:rsidRDefault="592C9A68" w:rsidP="1FFDD154">
      <w:pPr>
        <w:pStyle w:val="ListParagraph"/>
        <w:numPr>
          <w:ilvl w:val="0"/>
          <w:numId w:val="35"/>
        </w:numPr>
        <w:rPr>
          <w:rFonts w:ascii="Gill Sans MT" w:eastAsia="Gill Sans MT" w:hAnsi="Gill Sans MT" w:cs="Gill Sans MT"/>
          <w:sz w:val="24"/>
          <w:szCs w:val="24"/>
        </w:rPr>
      </w:pPr>
      <w:r w:rsidRPr="00EF5885">
        <w:rPr>
          <w:rFonts w:ascii="Gill Sans MT" w:eastAsia="Gill Sans MT" w:hAnsi="Gill Sans MT" w:cs="Gill Sans MT"/>
          <w:b/>
          <w:bCs/>
          <w:sz w:val="24"/>
          <w:szCs w:val="24"/>
        </w:rPr>
        <w:t>Result</w:t>
      </w:r>
      <w:r w:rsidRPr="00EF5885">
        <w:rPr>
          <w:rFonts w:ascii="Gill Sans MT" w:eastAsia="Gill Sans MT" w:hAnsi="Gill Sans MT" w:cs="Gill Sans MT"/>
          <w:sz w:val="24"/>
          <w:szCs w:val="24"/>
        </w:rPr>
        <w:t xml:space="preserve"> – share the outcome and impact</w:t>
      </w:r>
    </w:p>
    <w:p w14:paraId="3B4C0F84" w14:textId="36E2AA53" w:rsidR="592C9A68" w:rsidRPr="00EF5885" w:rsidRDefault="592C9A68" w:rsidP="1FFDD154">
      <w:pPr>
        <w:rPr>
          <w:rFonts w:ascii="Gill Sans MT" w:eastAsia="Gill Sans MT" w:hAnsi="Gill Sans MT" w:cs="Gill Sans MT"/>
          <w:sz w:val="24"/>
          <w:szCs w:val="24"/>
        </w:rPr>
      </w:pPr>
      <w:r w:rsidRPr="00EF5885">
        <w:rPr>
          <w:rFonts w:ascii="Gill Sans MT" w:eastAsia="Gill Sans MT" w:hAnsi="Gill Sans MT" w:cs="Gill Sans MT"/>
          <w:sz w:val="24"/>
          <w:szCs w:val="24"/>
        </w:rPr>
        <w:t>These examples can come from work, education, volunteering or other relevant experiences. Focus on what you contributed and the difference you made.</w:t>
      </w:r>
    </w:p>
    <w:p w14:paraId="03B1F153" w14:textId="77777777" w:rsidR="004C77DF" w:rsidRPr="00EF5885" w:rsidRDefault="004C77DF" w:rsidP="004C77DF">
      <w:pPr>
        <w:rPr>
          <w:rFonts w:ascii="Gill Sans MT" w:eastAsia="Gill Sans MT" w:hAnsi="Gill Sans MT" w:cs="Gill Sans MT"/>
          <w:b/>
          <w:bCs/>
          <w:sz w:val="24"/>
          <w:szCs w:val="24"/>
        </w:rPr>
      </w:pPr>
      <w:r w:rsidRPr="00EF5885">
        <w:rPr>
          <w:rFonts w:ascii="Gill Sans MT" w:eastAsia="Gill Sans MT" w:hAnsi="Gill Sans MT" w:cs="Gill Sans MT"/>
          <w:b/>
          <w:bCs/>
          <w:sz w:val="24"/>
          <w:szCs w:val="24"/>
        </w:rPr>
        <w:t>A few things to know</w:t>
      </w:r>
    </w:p>
    <w:p w14:paraId="5C83BA71" w14:textId="77777777" w:rsidR="004C77DF" w:rsidRPr="00EF5885" w:rsidRDefault="004C77DF" w:rsidP="004C77DF">
      <w:pPr>
        <w:pStyle w:val="ListParagraph"/>
        <w:numPr>
          <w:ilvl w:val="0"/>
          <w:numId w:val="16"/>
        </w:numPr>
        <w:ind w:left="360"/>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We can only accept applications submitted through our online portal. We can’t accept late applications, but we never close campaigns before the advertised closing date. </w:t>
      </w:r>
    </w:p>
    <w:p w14:paraId="44947138" w14:textId="77777777" w:rsidR="004C77DF" w:rsidRPr="00EF5885" w:rsidRDefault="004C77DF" w:rsidP="004C77DF">
      <w:pPr>
        <w:pStyle w:val="ListParagraph"/>
        <w:numPr>
          <w:ilvl w:val="0"/>
          <w:numId w:val="16"/>
        </w:numPr>
        <w:ind w:left="360"/>
        <w:rPr>
          <w:rFonts w:ascii="Gill Sans MT" w:eastAsia="Gill Sans MT" w:hAnsi="Gill Sans MT" w:cs="Gill Sans MT"/>
          <w:sz w:val="24"/>
          <w:szCs w:val="24"/>
        </w:rPr>
      </w:pPr>
      <w:r w:rsidRPr="00EF5885">
        <w:rPr>
          <w:rFonts w:ascii="Gill Sans MT" w:eastAsia="Gill Sans MT" w:hAnsi="Gill Sans MT" w:cs="Gill Sans MT"/>
          <w:sz w:val="24"/>
          <w:szCs w:val="24"/>
        </w:rPr>
        <w:t>We don’t use AI to shortlist applications. If you choose to use AI when preparing your application, please make sure your answers are truthful and provide specific examples</w:t>
      </w:r>
    </w:p>
    <w:p w14:paraId="0DC847F7" w14:textId="77777777" w:rsidR="004C77DF" w:rsidRPr="00EF5885" w:rsidRDefault="004C77DF" w:rsidP="004C77DF">
      <w:pPr>
        <w:pStyle w:val="ListParagraph"/>
        <w:numPr>
          <w:ilvl w:val="0"/>
          <w:numId w:val="16"/>
        </w:numPr>
        <w:ind w:left="360"/>
        <w:rPr>
          <w:rFonts w:ascii="Gill Sans MT" w:eastAsia="Gill Sans MT" w:hAnsi="Gill Sans MT" w:cs="Gill Sans MT"/>
          <w:sz w:val="24"/>
          <w:szCs w:val="24"/>
        </w:rPr>
      </w:pPr>
      <w:r w:rsidRPr="00EF5885">
        <w:rPr>
          <w:rFonts w:ascii="Gill Sans MT" w:eastAsia="Gill Sans MT" w:hAnsi="Gill Sans MT" w:cs="Gill Sans MT"/>
          <w:sz w:val="24"/>
          <w:szCs w:val="24"/>
        </w:rPr>
        <w:t>We ask you to remove personal details from your CV (such as your name and age) as part of our commitment to inclusive recruitment. You can include names of previous employers.</w:t>
      </w:r>
    </w:p>
    <w:p w14:paraId="577D814E" w14:textId="77777777" w:rsidR="004C77DF" w:rsidRPr="00EF5885" w:rsidRDefault="004C77DF" w:rsidP="004C77DF">
      <w:pPr>
        <w:rPr>
          <w:rFonts w:ascii="Gill Sans MT" w:eastAsia="Gill Sans MT" w:hAnsi="Gill Sans MT" w:cs="Gill Sans MT"/>
          <w:b/>
          <w:bCs/>
          <w:sz w:val="24"/>
          <w:szCs w:val="24"/>
        </w:rPr>
      </w:pPr>
      <w:r w:rsidRPr="00EF5885">
        <w:rPr>
          <w:rFonts w:ascii="Gill Sans MT" w:eastAsia="Gill Sans MT" w:hAnsi="Gill Sans MT" w:cs="Gill Sans MT"/>
          <w:b/>
          <w:bCs/>
          <w:sz w:val="24"/>
          <w:szCs w:val="24"/>
        </w:rPr>
        <w:t>Support with your application</w:t>
      </w:r>
    </w:p>
    <w:p w14:paraId="04D67E7B"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We want everyone to feel able to apply and do their best.</w:t>
      </w:r>
    </w:p>
    <w:p w14:paraId="33BEF2CD"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If you need any adjustments during the application process, or have any questions, please contact us at </w:t>
      </w:r>
      <w:hyperlink r:id="rId13">
        <w:r w:rsidRPr="00EF5885">
          <w:rPr>
            <w:rStyle w:val="Hyperlink"/>
            <w:rFonts w:ascii="Gill Sans MT" w:eastAsia="Gill Sans MT" w:hAnsi="Gill Sans MT" w:cs="Gill Sans MT"/>
            <w:sz w:val="24"/>
            <w:szCs w:val="24"/>
          </w:rPr>
          <w:t>hlrecruitment@parliament.uk</w:t>
        </w:r>
      </w:hyperlink>
      <w:r w:rsidRPr="00EF5885">
        <w:rPr>
          <w:rFonts w:ascii="Gill Sans MT" w:eastAsia="Gill Sans MT" w:hAnsi="Gill Sans MT" w:cs="Gill Sans MT"/>
          <w:sz w:val="24"/>
          <w:szCs w:val="24"/>
        </w:rPr>
        <w:t xml:space="preserve"> — we’re here to help.</w:t>
      </w:r>
    </w:p>
    <w:p w14:paraId="3F756C34"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For guidance on applying and to learn more about our recruitment process, visit:</w:t>
      </w:r>
    </w:p>
    <w:p w14:paraId="16C4D68B" w14:textId="77777777" w:rsidR="004C77DF" w:rsidRPr="00EF5885" w:rsidRDefault="004C77DF" w:rsidP="004C77DF">
      <w:pPr>
        <w:pStyle w:val="ListParagraph"/>
        <w:numPr>
          <w:ilvl w:val="0"/>
          <w:numId w:val="3"/>
        </w:numPr>
        <w:rPr>
          <w:rFonts w:ascii="Gill Sans MT" w:eastAsia="Gill Sans MT" w:hAnsi="Gill Sans MT" w:cs="Gill Sans MT"/>
          <w:sz w:val="24"/>
          <w:szCs w:val="24"/>
        </w:rPr>
      </w:pPr>
      <w:hyperlink r:id="rId14">
        <w:r w:rsidRPr="00EF5885">
          <w:rPr>
            <w:rStyle w:val="Hyperlink"/>
            <w:rFonts w:ascii="Gill Sans MT" w:eastAsia="Gill Sans MT" w:hAnsi="Gill Sans MT" w:cs="Gill Sans MT"/>
            <w:color w:val="467886"/>
            <w:sz w:val="24"/>
            <w:szCs w:val="24"/>
          </w:rPr>
          <w:t>Guidance for applicants - UK Parliament</w:t>
        </w:r>
      </w:hyperlink>
    </w:p>
    <w:p w14:paraId="18674932" w14:textId="77777777" w:rsidR="004C77DF" w:rsidRPr="00EF5885" w:rsidRDefault="004C77DF" w:rsidP="004C77DF">
      <w:pPr>
        <w:pStyle w:val="ListParagraph"/>
        <w:numPr>
          <w:ilvl w:val="0"/>
          <w:numId w:val="3"/>
        </w:numPr>
        <w:rPr>
          <w:rFonts w:ascii="Gill Sans MT" w:eastAsia="Gill Sans MT" w:hAnsi="Gill Sans MT" w:cs="Gill Sans MT"/>
          <w:sz w:val="24"/>
          <w:szCs w:val="24"/>
        </w:rPr>
      </w:pPr>
      <w:hyperlink r:id="rId15">
        <w:r w:rsidRPr="00EF5885">
          <w:rPr>
            <w:rStyle w:val="Hyperlink"/>
            <w:rFonts w:ascii="Gill Sans MT" w:eastAsia="Gill Sans MT" w:hAnsi="Gill Sans MT" w:cs="Gill Sans MT"/>
            <w:color w:val="467886"/>
            <w:sz w:val="24"/>
            <w:szCs w:val="24"/>
          </w:rPr>
          <w:t>Application process - UK Parliament</w:t>
        </w:r>
      </w:hyperlink>
    </w:p>
    <w:p w14:paraId="4D6FCD91" w14:textId="77777777" w:rsidR="004C77DF" w:rsidRPr="00EF5885" w:rsidRDefault="004C77DF" w:rsidP="004C77DF">
      <w:pPr>
        <w:spacing w:after="0"/>
        <w:rPr>
          <w:rFonts w:ascii="Gill Sans MT" w:eastAsia="Gill Sans MT" w:hAnsi="Gill Sans MT" w:cs="Gill Sans MT"/>
          <w:b/>
          <w:bCs/>
          <w:color w:val="C00000"/>
          <w:sz w:val="28"/>
          <w:szCs w:val="28"/>
        </w:rPr>
      </w:pPr>
      <w:r w:rsidRPr="00EF5885">
        <w:rPr>
          <w:rFonts w:ascii="Gill Sans MT" w:eastAsia="Gill Sans MT" w:hAnsi="Gill Sans MT" w:cs="Gill Sans MT"/>
          <w:b/>
          <w:bCs/>
          <w:color w:val="C00000"/>
          <w:sz w:val="28"/>
          <w:szCs w:val="28"/>
        </w:rPr>
        <w:t>Pre-employment checks</w:t>
      </w:r>
    </w:p>
    <w:p w14:paraId="552E1BAD"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Before we can confirm an offer, you’ll need to complete some standard pre-employment checks. These help us make sure everything is in place for you to start with confidence.</w:t>
      </w:r>
    </w:p>
    <w:p w14:paraId="64E89A2E"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These usually include:</w:t>
      </w:r>
    </w:p>
    <w:p w14:paraId="4A6FCAD9" w14:textId="77777777" w:rsidR="004C77DF" w:rsidRPr="00EF5885" w:rsidRDefault="004C77DF" w:rsidP="004C77DF">
      <w:pPr>
        <w:numPr>
          <w:ilvl w:val="0"/>
          <w:numId w:val="30"/>
        </w:numPr>
        <w:spacing w:after="0" w:line="240" w:lineRule="auto"/>
        <w:ind w:left="714" w:hanging="357"/>
        <w:rPr>
          <w:rFonts w:ascii="Gill Sans MT" w:eastAsia="Gill Sans MT" w:hAnsi="Gill Sans MT" w:cs="Gill Sans MT"/>
          <w:sz w:val="24"/>
          <w:szCs w:val="24"/>
        </w:rPr>
      </w:pPr>
      <w:r w:rsidRPr="00EF5885">
        <w:rPr>
          <w:rFonts w:ascii="Gill Sans MT" w:eastAsia="Gill Sans MT" w:hAnsi="Gill Sans MT" w:cs="Gill Sans MT"/>
          <w:sz w:val="24"/>
          <w:szCs w:val="24"/>
        </w:rPr>
        <w:t>References</w:t>
      </w:r>
    </w:p>
    <w:p w14:paraId="3DC5D580" w14:textId="77777777" w:rsidR="004C77DF" w:rsidRPr="00EF5885" w:rsidRDefault="004C77DF" w:rsidP="004C77DF">
      <w:pPr>
        <w:numPr>
          <w:ilvl w:val="0"/>
          <w:numId w:val="30"/>
        </w:numPr>
        <w:spacing w:after="0" w:line="240" w:lineRule="auto"/>
        <w:ind w:left="714" w:hanging="357"/>
        <w:rPr>
          <w:rFonts w:ascii="Gill Sans MT" w:eastAsia="Gill Sans MT" w:hAnsi="Gill Sans MT" w:cs="Gill Sans MT"/>
          <w:sz w:val="24"/>
          <w:szCs w:val="24"/>
        </w:rPr>
      </w:pPr>
      <w:r w:rsidRPr="00EF5885">
        <w:rPr>
          <w:rFonts w:ascii="Gill Sans MT" w:eastAsia="Gill Sans MT" w:hAnsi="Gill Sans MT" w:cs="Gill Sans MT"/>
          <w:sz w:val="24"/>
          <w:szCs w:val="24"/>
        </w:rPr>
        <w:t>Health checks (where appropriate)</w:t>
      </w:r>
    </w:p>
    <w:p w14:paraId="699C7434" w14:textId="77777777" w:rsidR="004C77DF" w:rsidRPr="00EF5885" w:rsidRDefault="004C77DF" w:rsidP="004C77DF">
      <w:pPr>
        <w:numPr>
          <w:ilvl w:val="0"/>
          <w:numId w:val="30"/>
        </w:numPr>
        <w:spacing w:after="0" w:line="240" w:lineRule="auto"/>
        <w:ind w:left="714" w:hanging="357"/>
        <w:rPr>
          <w:rFonts w:ascii="Gill Sans MT" w:eastAsia="Gill Sans MT" w:hAnsi="Gill Sans MT" w:cs="Gill Sans MT"/>
          <w:sz w:val="24"/>
          <w:szCs w:val="24"/>
        </w:rPr>
      </w:pPr>
      <w:r w:rsidRPr="00EF5885">
        <w:rPr>
          <w:rFonts w:ascii="Gill Sans MT" w:eastAsia="Gill Sans MT" w:hAnsi="Gill Sans MT" w:cs="Gill Sans MT"/>
          <w:sz w:val="24"/>
          <w:szCs w:val="24"/>
        </w:rPr>
        <w:t>Security vetting</w:t>
      </w:r>
    </w:p>
    <w:p w14:paraId="3222CD87" w14:textId="77777777" w:rsidR="004C77DF" w:rsidRPr="00EF5885" w:rsidRDefault="004C77DF" w:rsidP="004C77DF">
      <w:pPr>
        <w:numPr>
          <w:ilvl w:val="0"/>
          <w:numId w:val="30"/>
        </w:numPr>
        <w:spacing w:after="0" w:line="240" w:lineRule="auto"/>
        <w:ind w:left="714" w:hanging="357"/>
        <w:rPr>
          <w:rFonts w:ascii="Gill Sans MT" w:eastAsia="Gill Sans MT" w:hAnsi="Gill Sans MT" w:cs="Gill Sans MT"/>
          <w:sz w:val="24"/>
          <w:szCs w:val="24"/>
        </w:rPr>
      </w:pPr>
      <w:r w:rsidRPr="00EF5885">
        <w:rPr>
          <w:rFonts w:ascii="Gill Sans MT" w:eastAsia="Gill Sans MT" w:hAnsi="Gill Sans MT" w:cs="Gill Sans MT"/>
          <w:sz w:val="24"/>
          <w:szCs w:val="24"/>
        </w:rPr>
        <w:t>Online presence (we will review publicly available information to assess suitability)</w:t>
      </w:r>
    </w:p>
    <w:p w14:paraId="7C337753" w14:textId="77777777" w:rsidR="004C77DF" w:rsidRPr="00EF5885" w:rsidRDefault="004C77DF" w:rsidP="004C77DF">
      <w:pPr>
        <w:spacing w:after="0" w:line="240" w:lineRule="auto"/>
        <w:rPr>
          <w:rFonts w:ascii="Gill Sans MT" w:eastAsia="Gill Sans MT" w:hAnsi="Gill Sans MT" w:cs="Gill Sans MT"/>
          <w:sz w:val="24"/>
          <w:szCs w:val="24"/>
        </w:rPr>
      </w:pPr>
    </w:p>
    <w:p w14:paraId="5D75AFB3" w14:textId="77777777" w:rsidR="004C77DF" w:rsidRPr="00EF5885" w:rsidRDefault="004C77DF" w:rsidP="004C77DF">
      <w:pPr>
        <w:rPr>
          <w:rFonts w:ascii="Gill Sans MT" w:eastAsia="Gill Sans MT" w:hAnsi="Gill Sans MT" w:cs="Gill Sans MT"/>
          <w:b/>
          <w:bCs/>
          <w:sz w:val="24"/>
          <w:szCs w:val="24"/>
        </w:rPr>
      </w:pPr>
      <w:r w:rsidRPr="00EF5885">
        <w:rPr>
          <w:rFonts w:ascii="Gill Sans MT" w:eastAsia="Gill Sans MT" w:hAnsi="Gill Sans MT" w:cs="Gill Sans MT"/>
          <w:b/>
          <w:bCs/>
          <w:sz w:val="24"/>
          <w:szCs w:val="24"/>
        </w:rPr>
        <w:lastRenderedPageBreak/>
        <w:t>Security vetting</w:t>
      </w:r>
    </w:p>
    <w:p w14:paraId="06E24C4F"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As part of working here, you’ll need to meet the same security requirements as if you worked for a government department. </w:t>
      </w:r>
    </w:p>
    <w:p w14:paraId="329623DA"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For this role, a standard </w:t>
      </w:r>
      <w:r w:rsidRPr="00EF5885">
        <w:rPr>
          <w:rFonts w:ascii="Gill Sans MT" w:eastAsia="Gill Sans MT" w:hAnsi="Gill Sans MT" w:cs="Gill Sans MT"/>
          <w:b/>
          <w:bCs/>
          <w:sz w:val="24"/>
          <w:szCs w:val="24"/>
        </w:rPr>
        <w:t>Counter Terrorist Check (CTC)</w:t>
      </w:r>
      <w:r w:rsidRPr="00EF5885">
        <w:rPr>
          <w:rFonts w:ascii="Gill Sans MT" w:eastAsia="Gill Sans MT" w:hAnsi="Gill Sans MT" w:cs="Gill Sans MT"/>
          <w:sz w:val="24"/>
          <w:szCs w:val="24"/>
        </w:rPr>
        <w:t xml:space="preserve"> is required. You’ll need to pass this before your appointment can be confirmed. This includes:</w:t>
      </w:r>
    </w:p>
    <w:p w14:paraId="44EA4207" w14:textId="77777777" w:rsidR="004C77DF" w:rsidRPr="00EF5885" w:rsidRDefault="004C77DF" w:rsidP="004C77DF">
      <w:pPr>
        <w:numPr>
          <w:ilvl w:val="0"/>
          <w:numId w:val="30"/>
        </w:numPr>
        <w:spacing w:after="0" w:line="240" w:lineRule="auto"/>
        <w:ind w:left="357" w:hanging="357"/>
        <w:rPr>
          <w:rFonts w:ascii="Gill Sans MT" w:eastAsia="Gill Sans MT" w:hAnsi="Gill Sans MT" w:cs="Gill Sans MT"/>
          <w:sz w:val="24"/>
          <w:szCs w:val="24"/>
        </w:rPr>
      </w:pPr>
      <w:r w:rsidRPr="00EF5885">
        <w:rPr>
          <w:rFonts w:ascii="Gill Sans MT" w:eastAsia="Gill Sans MT" w:hAnsi="Gill Sans MT" w:cs="Gill Sans MT"/>
          <w:sz w:val="24"/>
          <w:szCs w:val="24"/>
        </w:rPr>
        <w:t>Confirming your identity and right to work in the UK</w:t>
      </w:r>
    </w:p>
    <w:p w14:paraId="69F3EC98" w14:textId="77777777" w:rsidR="004C77DF" w:rsidRPr="00EF5885" w:rsidRDefault="004C77DF" w:rsidP="004C77DF">
      <w:pPr>
        <w:numPr>
          <w:ilvl w:val="0"/>
          <w:numId w:val="30"/>
        </w:numPr>
        <w:spacing w:after="0" w:line="240" w:lineRule="auto"/>
        <w:ind w:left="357" w:hanging="357"/>
        <w:rPr>
          <w:rFonts w:ascii="Gill Sans MT" w:eastAsia="Gill Sans MT" w:hAnsi="Gill Sans MT" w:cs="Gill Sans MT"/>
          <w:sz w:val="24"/>
          <w:szCs w:val="24"/>
        </w:rPr>
      </w:pPr>
      <w:r w:rsidRPr="00EF5885">
        <w:rPr>
          <w:rFonts w:ascii="Gill Sans MT" w:eastAsia="Gill Sans MT" w:hAnsi="Gill Sans MT" w:cs="Gill Sans MT"/>
          <w:sz w:val="24"/>
          <w:szCs w:val="24"/>
        </w:rPr>
        <w:t>Providing your employment or academic history and address history from the past three years</w:t>
      </w:r>
    </w:p>
    <w:p w14:paraId="4DC86C31" w14:textId="77777777" w:rsidR="004C77DF" w:rsidRPr="00EF5885" w:rsidRDefault="004C77DF" w:rsidP="004C77DF">
      <w:pPr>
        <w:spacing w:after="0" w:line="240" w:lineRule="auto"/>
        <w:ind w:left="357"/>
        <w:rPr>
          <w:rFonts w:ascii="Gill Sans MT" w:eastAsia="Gill Sans MT" w:hAnsi="Gill Sans MT" w:cs="Gill Sans MT"/>
          <w:sz w:val="24"/>
          <w:szCs w:val="24"/>
        </w:rPr>
      </w:pPr>
    </w:p>
    <w:p w14:paraId="1CEB8000"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If you’ve lived outside the UK for more than two of the past five years, we’re sorry that you won’t be able to pass our security checks.</w:t>
      </w:r>
    </w:p>
    <w:p w14:paraId="119A3E91"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In some cases, we may ask for additional information to help complete these checks — for example, if there are gaps in your employment or time spent abroad.</w:t>
      </w:r>
    </w:p>
    <w:p w14:paraId="655F0DDA" w14:textId="77777777" w:rsidR="004C77DF" w:rsidRPr="00EF5885" w:rsidRDefault="004C77DF" w:rsidP="004C77DF">
      <w:pPr>
        <w:rPr>
          <w:rFonts w:ascii="Gill Sans MT" w:eastAsia="Gill Sans MT" w:hAnsi="Gill Sans MT" w:cs="Gill Sans MT"/>
          <w:sz w:val="24"/>
          <w:szCs w:val="24"/>
        </w:rPr>
      </w:pPr>
      <w:r w:rsidRPr="00EF5885">
        <w:rPr>
          <w:rFonts w:ascii="Gill Sans MT" w:eastAsia="Gill Sans MT" w:hAnsi="Gill Sans MT" w:cs="Gill Sans MT"/>
          <w:sz w:val="24"/>
          <w:szCs w:val="24"/>
        </w:rPr>
        <w:t xml:space="preserve">You can find more details in the </w:t>
      </w:r>
      <w:hyperlink r:id="rId16">
        <w:r w:rsidRPr="00EF5885">
          <w:rPr>
            <w:rStyle w:val="Hyperlink"/>
            <w:rFonts w:ascii="Gill Sans MT" w:eastAsia="Gill Sans MT" w:hAnsi="Gill Sans MT" w:cs="Gill Sans MT"/>
            <w:color w:val="467886"/>
            <w:sz w:val="24"/>
            <w:szCs w:val="24"/>
          </w:rPr>
          <w:t>National Security Vetting booklet</w:t>
        </w:r>
      </w:hyperlink>
    </w:p>
    <w:p w14:paraId="0AA3417C" w14:textId="77777777" w:rsidR="004C77DF" w:rsidRPr="00EF5885" w:rsidRDefault="004C77DF" w:rsidP="004C77DF">
      <w:pPr>
        <w:spacing w:after="0"/>
        <w:rPr>
          <w:rFonts w:ascii="Gill Sans MT" w:eastAsia="Gill Sans MT" w:hAnsi="Gill Sans MT" w:cs="Gill Sans MT"/>
          <w:b/>
          <w:bCs/>
          <w:color w:val="C00000"/>
          <w:sz w:val="28"/>
          <w:szCs w:val="28"/>
        </w:rPr>
      </w:pPr>
      <w:r w:rsidRPr="00EF5885">
        <w:rPr>
          <w:rFonts w:ascii="Gill Sans MT" w:eastAsia="Gill Sans MT" w:hAnsi="Gill Sans MT" w:cs="Gill Sans MT"/>
          <w:b/>
          <w:bCs/>
          <w:color w:val="C00000"/>
          <w:sz w:val="28"/>
          <w:szCs w:val="28"/>
        </w:rPr>
        <w:t>Want to know more?</w:t>
      </w:r>
    </w:p>
    <w:p w14:paraId="3413EAFE" w14:textId="0BF08492" w:rsidR="004C77DF" w:rsidRPr="00EF5885" w:rsidRDefault="004C77DF" w:rsidP="004C77DF">
      <w:pPr>
        <w:rPr>
          <w:rFonts w:ascii="Gill Sans MT" w:eastAsia="Gill Sans MT" w:hAnsi="Gill Sans MT" w:cs="Gill Sans MT"/>
          <w:color w:val="000000" w:themeColor="text1"/>
          <w:sz w:val="24"/>
          <w:szCs w:val="24"/>
        </w:rPr>
      </w:pPr>
      <w:r w:rsidRPr="00EF5885">
        <w:rPr>
          <w:rFonts w:ascii="Gill Sans MT" w:eastAsia="Gill Sans MT" w:hAnsi="Gill Sans MT" w:cs="Gill Sans MT"/>
          <w:color w:val="000000" w:themeColor="text1"/>
          <w:sz w:val="24"/>
          <w:szCs w:val="24"/>
        </w:rPr>
        <w:t xml:space="preserve">You can find more information about the House of Lords at </w:t>
      </w:r>
      <w:hyperlink r:id="rId17" w:history="1">
        <w:r w:rsidRPr="00EF5885">
          <w:rPr>
            <w:rStyle w:val="Hyperlink"/>
            <w:rFonts w:ascii="Gill Sans MT" w:eastAsia="Gill Sans MT" w:hAnsi="Gill Sans MT" w:cs="Gill Sans MT"/>
            <w:sz w:val="24"/>
            <w:szCs w:val="24"/>
          </w:rPr>
          <w:t>www.parliament.uk</w:t>
        </w:r>
      </w:hyperlink>
      <w:r w:rsidRPr="00EF5885">
        <w:rPr>
          <w:rFonts w:ascii="Gill Sans MT" w:eastAsia="Gill Sans MT" w:hAnsi="Gill Sans MT" w:cs="Gill Sans MT"/>
          <w:color w:val="C00000"/>
          <w:sz w:val="24"/>
          <w:szCs w:val="24"/>
        </w:rPr>
        <w:t xml:space="preserve"> </w:t>
      </w:r>
      <w:r w:rsidRPr="00EF5885">
        <w:rPr>
          <w:rFonts w:ascii="Gill Sans MT" w:eastAsia="Gill Sans MT" w:hAnsi="Gill Sans MT" w:cs="Gill Sans MT"/>
          <w:color w:val="000000" w:themeColor="text1"/>
          <w:sz w:val="24"/>
          <w:szCs w:val="24"/>
        </w:rPr>
        <w:t xml:space="preserve">– or see member of the UK parliament in action on </w:t>
      </w:r>
      <w:hyperlink r:id="rId18" w:history="1">
        <w:r w:rsidR="00462244" w:rsidRPr="00EF5885">
          <w:rPr>
            <w:rStyle w:val="Hyperlink"/>
            <w:rFonts w:ascii="Gill Sans MT" w:eastAsia="Gill Sans MT" w:hAnsi="Gill Sans MT" w:cs="Gill Sans MT"/>
            <w:sz w:val="24"/>
            <w:szCs w:val="24"/>
          </w:rPr>
          <w:t>Parliament Live</w:t>
        </w:r>
      </w:hyperlink>
    </w:p>
    <w:p w14:paraId="014B282A" w14:textId="39A5A33A" w:rsidR="00640F08" w:rsidRDefault="5181293E" w:rsidP="005CAD7F">
      <w:pPr>
        <w:rPr>
          <w:rFonts w:ascii="Gill Sans MT" w:eastAsia="Gill Sans MT" w:hAnsi="Gill Sans MT" w:cs="Gill Sans MT"/>
          <w:color w:val="C00000"/>
          <w:sz w:val="24"/>
          <w:szCs w:val="24"/>
        </w:rPr>
      </w:pPr>
      <w:r w:rsidRPr="00EF5885">
        <w:rPr>
          <w:rFonts w:ascii="Gill Sans MT" w:eastAsia="Gill Sans MT" w:hAnsi="Gill Sans MT" w:cs="Gill Sans MT"/>
          <w:color w:val="000000" w:themeColor="text1"/>
          <w:sz w:val="24"/>
          <w:szCs w:val="24"/>
        </w:rPr>
        <w:t xml:space="preserve">More information about working at the House of Lords, including the variety of roles we need to support members and the House on our </w:t>
      </w:r>
      <w:hyperlink r:id="rId19">
        <w:r w:rsidRPr="00EF5885">
          <w:rPr>
            <w:rStyle w:val="Hyperlink"/>
            <w:rFonts w:ascii="Gill Sans MT" w:eastAsia="Gill Sans MT" w:hAnsi="Gill Sans MT" w:cs="Gill Sans MT"/>
            <w:sz w:val="24"/>
            <w:szCs w:val="24"/>
          </w:rPr>
          <w:t>careers page</w:t>
        </w:r>
      </w:hyperlink>
      <w:r w:rsidR="1EC60F85" w:rsidRPr="00EF5885">
        <w:rPr>
          <w:rFonts w:ascii="Gill Sans MT" w:eastAsia="Gill Sans MT" w:hAnsi="Gill Sans MT" w:cs="Gill Sans MT"/>
          <w:color w:val="000000" w:themeColor="text1"/>
          <w:sz w:val="24"/>
          <w:szCs w:val="24"/>
        </w:rPr>
        <w:t>.</w:t>
      </w:r>
    </w:p>
    <w:sectPr w:rsidR="00640F0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intelligence2.xml><?xml version="1.0" encoding="utf-8"?>
<int2:intelligence xmlns:int2="http://schemas.microsoft.com/office/intelligence/2020/intelligence" xmlns:oel="http://schemas.microsoft.com/office/2019/extlst">
  <int2:observations>
    <int2:textHash int2:hashCode="Pjf2COixPlAuCt" int2:id="3qtUKYl3">
      <int2:state int2:value="Rejected" int2:type="spell"/>
    </int2:textHash>
    <int2:textHash int2:hashCode="fHn4+Ovy0KWqy5" int2:id="EMyf4Vjh">
      <int2:state int2:value="Rejected" int2:type="spell"/>
    </int2:textHash>
    <int2:textHash int2:hashCode="XSUiEPxXFZ9tOg" int2:id="PEu15Bp2">
      <int2:state int2:value="Rejected" int2:type="spell"/>
    </int2:textHash>
    <int2:textHash int2:hashCode="OrtZNwJC/JiGrS" int2:id="ZsOyusgV">
      <int2:state int2:value="Rejected" int2:type="spell"/>
    </int2:textHash>
    <int2:textHash int2:hashCode="kv4UVae7TQCfC0" int2:id="zPns8KWX">
      <int2:state int2:value="Rejected" int2:type="spell"/>
    </int2:textHash>
    <int2:bookmark int2:bookmarkName="_Int_N5eRpLjA" int2:invalidationBookmarkName="" int2:hashCode="2VocTzWannJ+2H" int2:id="55zmcHOn">
      <int2:state int2:value="Rejected" int2:type="gram"/>
    </int2:bookmark>
    <int2:bookmark int2:bookmarkName="_Int_IY018k23" int2:invalidationBookmarkName="" int2:hashCode="qzzMjboqDPehzk" int2:id="GI3VDHH4">
      <int2:state int2:value="Rejected" int2:type="gram"/>
    </int2:bookmark>
    <int2:bookmark int2:bookmarkName="_Int_N5kqjD9r" int2:invalidationBookmarkName="" int2:hashCode="AVCElYVmTytOl+" int2:id="d1ZddpPW">
      <int2:state int2:value="Rejected" int2:type="gram"/>
    </int2:bookmark>
    <int2:bookmark int2:bookmarkName="_Int_iMQ6AsqK" int2:invalidationBookmarkName="" int2:hashCode="TfvFEO7QWfmKl3" int2:id="eHqanDr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4063DA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8C286E2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8E260F"/>
    <w:multiLevelType w:val="hybridMultilevel"/>
    <w:tmpl w:val="FFFFFFFF"/>
    <w:lvl w:ilvl="0" w:tplc="D99CBB2A">
      <w:start w:val="1"/>
      <w:numFmt w:val="bullet"/>
      <w:lvlText w:val=""/>
      <w:lvlJc w:val="left"/>
      <w:pPr>
        <w:ind w:left="720" w:hanging="360"/>
      </w:pPr>
      <w:rPr>
        <w:rFonts w:ascii="Symbol" w:hAnsi="Symbol" w:hint="default"/>
      </w:rPr>
    </w:lvl>
    <w:lvl w:ilvl="1" w:tplc="CA04B0AE">
      <w:start w:val="1"/>
      <w:numFmt w:val="bullet"/>
      <w:lvlText w:val="o"/>
      <w:lvlJc w:val="left"/>
      <w:pPr>
        <w:ind w:left="1440" w:hanging="360"/>
      </w:pPr>
      <w:rPr>
        <w:rFonts w:ascii="Courier New" w:hAnsi="Courier New" w:hint="default"/>
      </w:rPr>
    </w:lvl>
    <w:lvl w:ilvl="2" w:tplc="7160F8E4">
      <w:start w:val="1"/>
      <w:numFmt w:val="bullet"/>
      <w:lvlText w:val=""/>
      <w:lvlJc w:val="left"/>
      <w:pPr>
        <w:ind w:left="2160" w:hanging="360"/>
      </w:pPr>
      <w:rPr>
        <w:rFonts w:ascii="Wingdings" w:hAnsi="Wingdings" w:hint="default"/>
      </w:rPr>
    </w:lvl>
    <w:lvl w:ilvl="3" w:tplc="D938D5BC">
      <w:start w:val="1"/>
      <w:numFmt w:val="bullet"/>
      <w:lvlText w:val=""/>
      <w:lvlJc w:val="left"/>
      <w:pPr>
        <w:ind w:left="2880" w:hanging="360"/>
      </w:pPr>
      <w:rPr>
        <w:rFonts w:ascii="Symbol" w:hAnsi="Symbol" w:hint="default"/>
      </w:rPr>
    </w:lvl>
    <w:lvl w:ilvl="4" w:tplc="3052FFB4">
      <w:start w:val="1"/>
      <w:numFmt w:val="bullet"/>
      <w:lvlText w:val="o"/>
      <w:lvlJc w:val="left"/>
      <w:pPr>
        <w:ind w:left="3600" w:hanging="360"/>
      </w:pPr>
      <w:rPr>
        <w:rFonts w:ascii="Courier New" w:hAnsi="Courier New" w:hint="default"/>
      </w:rPr>
    </w:lvl>
    <w:lvl w:ilvl="5" w:tplc="403E1EF0">
      <w:start w:val="1"/>
      <w:numFmt w:val="bullet"/>
      <w:lvlText w:val=""/>
      <w:lvlJc w:val="left"/>
      <w:pPr>
        <w:ind w:left="4320" w:hanging="360"/>
      </w:pPr>
      <w:rPr>
        <w:rFonts w:ascii="Wingdings" w:hAnsi="Wingdings" w:hint="default"/>
      </w:rPr>
    </w:lvl>
    <w:lvl w:ilvl="6" w:tplc="5350A396">
      <w:start w:val="1"/>
      <w:numFmt w:val="bullet"/>
      <w:lvlText w:val=""/>
      <w:lvlJc w:val="left"/>
      <w:pPr>
        <w:ind w:left="5040" w:hanging="360"/>
      </w:pPr>
      <w:rPr>
        <w:rFonts w:ascii="Symbol" w:hAnsi="Symbol" w:hint="default"/>
      </w:rPr>
    </w:lvl>
    <w:lvl w:ilvl="7" w:tplc="387EA0E4">
      <w:start w:val="1"/>
      <w:numFmt w:val="bullet"/>
      <w:lvlText w:val="o"/>
      <w:lvlJc w:val="left"/>
      <w:pPr>
        <w:ind w:left="5760" w:hanging="360"/>
      </w:pPr>
      <w:rPr>
        <w:rFonts w:ascii="Courier New" w:hAnsi="Courier New" w:hint="default"/>
      </w:rPr>
    </w:lvl>
    <w:lvl w:ilvl="8" w:tplc="DD440758">
      <w:start w:val="1"/>
      <w:numFmt w:val="bullet"/>
      <w:lvlText w:val=""/>
      <w:lvlJc w:val="left"/>
      <w:pPr>
        <w:ind w:left="6480" w:hanging="360"/>
      </w:pPr>
      <w:rPr>
        <w:rFonts w:ascii="Wingdings" w:hAnsi="Wingdings" w:hint="default"/>
      </w:rPr>
    </w:lvl>
  </w:abstractNum>
  <w:abstractNum w:abstractNumId="10" w15:restartNumberingAfterBreak="0">
    <w:nsid w:val="079E5605"/>
    <w:multiLevelType w:val="hybridMultilevel"/>
    <w:tmpl w:val="FFFFFFFF"/>
    <w:lvl w:ilvl="0" w:tplc="D292A134">
      <w:start w:val="1"/>
      <w:numFmt w:val="decimal"/>
      <w:lvlText w:val="%1."/>
      <w:lvlJc w:val="left"/>
      <w:pPr>
        <w:ind w:left="720" w:hanging="360"/>
      </w:pPr>
    </w:lvl>
    <w:lvl w:ilvl="1" w:tplc="B58AEE3C">
      <w:start w:val="1"/>
      <w:numFmt w:val="lowerLetter"/>
      <w:lvlText w:val="%2."/>
      <w:lvlJc w:val="left"/>
      <w:pPr>
        <w:ind w:left="1440" w:hanging="360"/>
      </w:pPr>
    </w:lvl>
    <w:lvl w:ilvl="2" w:tplc="1E6C880A">
      <w:start w:val="1"/>
      <w:numFmt w:val="lowerRoman"/>
      <w:lvlText w:val="%3."/>
      <w:lvlJc w:val="right"/>
      <w:pPr>
        <w:ind w:left="2160" w:hanging="180"/>
      </w:pPr>
    </w:lvl>
    <w:lvl w:ilvl="3" w:tplc="762A9074">
      <w:start w:val="1"/>
      <w:numFmt w:val="decimal"/>
      <w:lvlText w:val="%4."/>
      <w:lvlJc w:val="left"/>
      <w:pPr>
        <w:ind w:left="2880" w:hanging="360"/>
      </w:pPr>
    </w:lvl>
    <w:lvl w:ilvl="4" w:tplc="15B29204">
      <w:start w:val="1"/>
      <w:numFmt w:val="lowerLetter"/>
      <w:lvlText w:val="%5."/>
      <w:lvlJc w:val="left"/>
      <w:pPr>
        <w:ind w:left="3600" w:hanging="360"/>
      </w:pPr>
    </w:lvl>
    <w:lvl w:ilvl="5" w:tplc="18F6EF98">
      <w:start w:val="1"/>
      <w:numFmt w:val="lowerRoman"/>
      <w:lvlText w:val="%6."/>
      <w:lvlJc w:val="right"/>
      <w:pPr>
        <w:ind w:left="4320" w:hanging="180"/>
      </w:pPr>
    </w:lvl>
    <w:lvl w:ilvl="6" w:tplc="565A31A6">
      <w:start w:val="1"/>
      <w:numFmt w:val="decimal"/>
      <w:lvlText w:val="%7."/>
      <w:lvlJc w:val="left"/>
      <w:pPr>
        <w:ind w:left="5040" w:hanging="360"/>
      </w:pPr>
    </w:lvl>
    <w:lvl w:ilvl="7" w:tplc="24DEC0DA">
      <w:start w:val="1"/>
      <w:numFmt w:val="lowerLetter"/>
      <w:lvlText w:val="%8."/>
      <w:lvlJc w:val="left"/>
      <w:pPr>
        <w:ind w:left="5760" w:hanging="360"/>
      </w:pPr>
    </w:lvl>
    <w:lvl w:ilvl="8" w:tplc="EDB288A0">
      <w:start w:val="1"/>
      <w:numFmt w:val="lowerRoman"/>
      <w:lvlText w:val="%9."/>
      <w:lvlJc w:val="right"/>
      <w:pPr>
        <w:ind w:left="6480" w:hanging="180"/>
      </w:pPr>
    </w:lvl>
  </w:abstractNum>
  <w:abstractNum w:abstractNumId="11" w15:restartNumberingAfterBreak="0">
    <w:nsid w:val="1755D8DF"/>
    <w:multiLevelType w:val="hybridMultilevel"/>
    <w:tmpl w:val="FFFFFFFF"/>
    <w:lvl w:ilvl="0" w:tplc="19183562">
      <w:start w:val="1"/>
      <w:numFmt w:val="bullet"/>
      <w:lvlText w:val=""/>
      <w:lvlJc w:val="left"/>
      <w:pPr>
        <w:ind w:left="720" w:hanging="360"/>
      </w:pPr>
      <w:rPr>
        <w:rFonts w:ascii="Symbol" w:hAnsi="Symbol" w:hint="default"/>
      </w:rPr>
    </w:lvl>
    <w:lvl w:ilvl="1" w:tplc="469C3E9C">
      <w:start w:val="1"/>
      <w:numFmt w:val="bullet"/>
      <w:lvlText w:val="o"/>
      <w:lvlJc w:val="left"/>
      <w:pPr>
        <w:ind w:left="1440" w:hanging="360"/>
      </w:pPr>
      <w:rPr>
        <w:rFonts w:ascii="Courier New" w:hAnsi="Courier New" w:hint="default"/>
      </w:rPr>
    </w:lvl>
    <w:lvl w:ilvl="2" w:tplc="7A824D0A">
      <w:start w:val="1"/>
      <w:numFmt w:val="bullet"/>
      <w:lvlText w:val=""/>
      <w:lvlJc w:val="left"/>
      <w:pPr>
        <w:ind w:left="2160" w:hanging="360"/>
      </w:pPr>
      <w:rPr>
        <w:rFonts w:ascii="Wingdings" w:hAnsi="Wingdings" w:hint="default"/>
      </w:rPr>
    </w:lvl>
    <w:lvl w:ilvl="3" w:tplc="023058C0">
      <w:start w:val="1"/>
      <w:numFmt w:val="bullet"/>
      <w:lvlText w:val=""/>
      <w:lvlJc w:val="left"/>
      <w:pPr>
        <w:ind w:left="2880" w:hanging="360"/>
      </w:pPr>
      <w:rPr>
        <w:rFonts w:ascii="Symbol" w:hAnsi="Symbol" w:hint="default"/>
      </w:rPr>
    </w:lvl>
    <w:lvl w:ilvl="4" w:tplc="26C8183E">
      <w:start w:val="1"/>
      <w:numFmt w:val="bullet"/>
      <w:lvlText w:val="o"/>
      <w:lvlJc w:val="left"/>
      <w:pPr>
        <w:ind w:left="3600" w:hanging="360"/>
      </w:pPr>
      <w:rPr>
        <w:rFonts w:ascii="Courier New" w:hAnsi="Courier New" w:hint="default"/>
      </w:rPr>
    </w:lvl>
    <w:lvl w:ilvl="5" w:tplc="5764EE8A">
      <w:start w:val="1"/>
      <w:numFmt w:val="bullet"/>
      <w:lvlText w:val=""/>
      <w:lvlJc w:val="left"/>
      <w:pPr>
        <w:ind w:left="4320" w:hanging="360"/>
      </w:pPr>
      <w:rPr>
        <w:rFonts w:ascii="Wingdings" w:hAnsi="Wingdings" w:hint="default"/>
      </w:rPr>
    </w:lvl>
    <w:lvl w:ilvl="6" w:tplc="E71245DE">
      <w:start w:val="1"/>
      <w:numFmt w:val="bullet"/>
      <w:lvlText w:val=""/>
      <w:lvlJc w:val="left"/>
      <w:pPr>
        <w:ind w:left="5040" w:hanging="360"/>
      </w:pPr>
      <w:rPr>
        <w:rFonts w:ascii="Symbol" w:hAnsi="Symbol" w:hint="default"/>
      </w:rPr>
    </w:lvl>
    <w:lvl w:ilvl="7" w:tplc="C2780070">
      <w:start w:val="1"/>
      <w:numFmt w:val="bullet"/>
      <w:lvlText w:val="o"/>
      <w:lvlJc w:val="left"/>
      <w:pPr>
        <w:ind w:left="5760" w:hanging="360"/>
      </w:pPr>
      <w:rPr>
        <w:rFonts w:ascii="Courier New" w:hAnsi="Courier New" w:hint="default"/>
      </w:rPr>
    </w:lvl>
    <w:lvl w:ilvl="8" w:tplc="3EDE47B8">
      <w:start w:val="1"/>
      <w:numFmt w:val="bullet"/>
      <w:lvlText w:val=""/>
      <w:lvlJc w:val="left"/>
      <w:pPr>
        <w:ind w:left="6480" w:hanging="360"/>
      </w:pPr>
      <w:rPr>
        <w:rFonts w:ascii="Wingdings" w:hAnsi="Wingdings" w:hint="default"/>
      </w:rPr>
    </w:lvl>
  </w:abstractNum>
  <w:abstractNum w:abstractNumId="12" w15:restartNumberingAfterBreak="0">
    <w:nsid w:val="1B15B402"/>
    <w:multiLevelType w:val="hybridMultilevel"/>
    <w:tmpl w:val="D6DC4BD6"/>
    <w:lvl w:ilvl="0" w:tplc="B5D091E4">
      <w:start w:val="1"/>
      <w:numFmt w:val="bullet"/>
      <w:lvlText w:val=""/>
      <w:lvlJc w:val="left"/>
      <w:pPr>
        <w:ind w:left="720" w:hanging="360"/>
      </w:pPr>
      <w:rPr>
        <w:rFonts w:ascii="Symbol" w:hAnsi="Symbol" w:hint="default"/>
      </w:rPr>
    </w:lvl>
    <w:lvl w:ilvl="1" w:tplc="7B641D46">
      <w:start w:val="1"/>
      <w:numFmt w:val="bullet"/>
      <w:lvlText w:val="o"/>
      <w:lvlJc w:val="left"/>
      <w:pPr>
        <w:ind w:left="1440" w:hanging="360"/>
      </w:pPr>
      <w:rPr>
        <w:rFonts w:ascii="Courier New" w:hAnsi="Courier New" w:hint="default"/>
      </w:rPr>
    </w:lvl>
    <w:lvl w:ilvl="2" w:tplc="90A0CACA">
      <w:start w:val="1"/>
      <w:numFmt w:val="bullet"/>
      <w:lvlText w:val=""/>
      <w:lvlJc w:val="left"/>
      <w:pPr>
        <w:ind w:left="2160" w:hanging="360"/>
      </w:pPr>
      <w:rPr>
        <w:rFonts w:ascii="Wingdings" w:hAnsi="Wingdings" w:hint="default"/>
      </w:rPr>
    </w:lvl>
    <w:lvl w:ilvl="3" w:tplc="1C8A3076">
      <w:start w:val="1"/>
      <w:numFmt w:val="bullet"/>
      <w:lvlText w:val=""/>
      <w:lvlJc w:val="left"/>
      <w:pPr>
        <w:ind w:left="2880" w:hanging="360"/>
      </w:pPr>
      <w:rPr>
        <w:rFonts w:ascii="Symbol" w:hAnsi="Symbol" w:hint="default"/>
      </w:rPr>
    </w:lvl>
    <w:lvl w:ilvl="4" w:tplc="854637F8">
      <w:start w:val="1"/>
      <w:numFmt w:val="bullet"/>
      <w:lvlText w:val="o"/>
      <w:lvlJc w:val="left"/>
      <w:pPr>
        <w:ind w:left="3600" w:hanging="360"/>
      </w:pPr>
      <w:rPr>
        <w:rFonts w:ascii="Courier New" w:hAnsi="Courier New" w:hint="default"/>
      </w:rPr>
    </w:lvl>
    <w:lvl w:ilvl="5" w:tplc="8B44421C">
      <w:start w:val="1"/>
      <w:numFmt w:val="bullet"/>
      <w:lvlText w:val=""/>
      <w:lvlJc w:val="left"/>
      <w:pPr>
        <w:ind w:left="4320" w:hanging="360"/>
      </w:pPr>
      <w:rPr>
        <w:rFonts w:ascii="Wingdings" w:hAnsi="Wingdings" w:hint="default"/>
      </w:rPr>
    </w:lvl>
    <w:lvl w:ilvl="6" w:tplc="C12E9544">
      <w:start w:val="1"/>
      <w:numFmt w:val="bullet"/>
      <w:lvlText w:val=""/>
      <w:lvlJc w:val="left"/>
      <w:pPr>
        <w:ind w:left="5040" w:hanging="360"/>
      </w:pPr>
      <w:rPr>
        <w:rFonts w:ascii="Symbol" w:hAnsi="Symbol" w:hint="default"/>
      </w:rPr>
    </w:lvl>
    <w:lvl w:ilvl="7" w:tplc="B7525F9C">
      <w:start w:val="1"/>
      <w:numFmt w:val="bullet"/>
      <w:lvlText w:val="o"/>
      <w:lvlJc w:val="left"/>
      <w:pPr>
        <w:ind w:left="5760" w:hanging="360"/>
      </w:pPr>
      <w:rPr>
        <w:rFonts w:ascii="Courier New" w:hAnsi="Courier New" w:hint="default"/>
      </w:rPr>
    </w:lvl>
    <w:lvl w:ilvl="8" w:tplc="6DAA9ADE">
      <w:start w:val="1"/>
      <w:numFmt w:val="bullet"/>
      <w:lvlText w:val=""/>
      <w:lvlJc w:val="left"/>
      <w:pPr>
        <w:ind w:left="6480" w:hanging="360"/>
      </w:pPr>
      <w:rPr>
        <w:rFonts w:ascii="Wingdings" w:hAnsi="Wingdings" w:hint="default"/>
      </w:rPr>
    </w:lvl>
  </w:abstractNum>
  <w:abstractNum w:abstractNumId="13" w15:restartNumberingAfterBreak="0">
    <w:nsid w:val="1CCD008A"/>
    <w:multiLevelType w:val="hybridMultilevel"/>
    <w:tmpl w:val="9A58D060"/>
    <w:lvl w:ilvl="0" w:tplc="B3E2858A">
      <w:start w:val="1"/>
      <w:numFmt w:val="bullet"/>
      <w:lvlText w:val=""/>
      <w:lvlJc w:val="left"/>
      <w:pPr>
        <w:ind w:left="720" w:hanging="360"/>
      </w:pPr>
      <w:rPr>
        <w:rFonts w:ascii="Symbol" w:hAnsi="Symbol" w:hint="default"/>
      </w:rPr>
    </w:lvl>
    <w:lvl w:ilvl="1" w:tplc="8D603A24">
      <w:start w:val="1"/>
      <w:numFmt w:val="bullet"/>
      <w:lvlText w:val="o"/>
      <w:lvlJc w:val="left"/>
      <w:pPr>
        <w:ind w:left="1440" w:hanging="360"/>
      </w:pPr>
      <w:rPr>
        <w:rFonts w:ascii="Courier New" w:hAnsi="Courier New" w:hint="default"/>
      </w:rPr>
    </w:lvl>
    <w:lvl w:ilvl="2" w:tplc="D0E2F9AA">
      <w:start w:val="1"/>
      <w:numFmt w:val="bullet"/>
      <w:lvlText w:val=""/>
      <w:lvlJc w:val="left"/>
      <w:pPr>
        <w:ind w:left="2160" w:hanging="360"/>
      </w:pPr>
      <w:rPr>
        <w:rFonts w:ascii="Wingdings" w:hAnsi="Wingdings" w:hint="default"/>
      </w:rPr>
    </w:lvl>
    <w:lvl w:ilvl="3" w:tplc="993635C6">
      <w:start w:val="1"/>
      <w:numFmt w:val="bullet"/>
      <w:lvlText w:val=""/>
      <w:lvlJc w:val="left"/>
      <w:pPr>
        <w:ind w:left="2880" w:hanging="360"/>
      </w:pPr>
      <w:rPr>
        <w:rFonts w:ascii="Symbol" w:hAnsi="Symbol" w:hint="default"/>
      </w:rPr>
    </w:lvl>
    <w:lvl w:ilvl="4" w:tplc="65DE562E">
      <w:start w:val="1"/>
      <w:numFmt w:val="bullet"/>
      <w:lvlText w:val="o"/>
      <w:lvlJc w:val="left"/>
      <w:pPr>
        <w:ind w:left="3600" w:hanging="360"/>
      </w:pPr>
      <w:rPr>
        <w:rFonts w:ascii="Courier New" w:hAnsi="Courier New" w:hint="default"/>
      </w:rPr>
    </w:lvl>
    <w:lvl w:ilvl="5" w:tplc="9D58DD94">
      <w:start w:val="1"/>
      <w:numFmt w:val="bullet"/>
      <w:lvlText w:val=""/>
      <w:lvlJc w:val="left"/>
      <w:pPr>
        <w:ind w:left="4320" w:hanging="360"/>
      </w:pPr>
      <w:rPr>
        <w:rFonts w:ascii="Wingdings" w:hAnsi="Wingdings" w:hint="default"/>
      </w:rPr>
    </w:lvl>
    <w:lvl w:ilvl="6" w:tplc="25628C40">
      <w:start w:val="1"/>
      <w:numFmt w:val="bullet"/>
      <w:lvlText w:val=""/>
      <w:lvlJc w:val="left"/>
      <w:pPr>
        <w:ind w:left="5040" w:hanging="360"/>
      </w:pPr>
      <w:rPr>
        <w:rFonts w:ascii="Symbol" w:hAnsi="Symbol" w:hint="default"/>
      </w:rPr>
    </w:lvl>
    <w:lvl w:ilvl="7" w:tplc="E906445A">
      <w:start w:val="1"/>
      <w:numFmt w:val="bullet"/>
      <w:lvlText w:val="o"/>
      <w:lvlJc w:val="left"/>
      <w:pPr>
        <w:ind w:left="5760" w:hanging="360"/>
      </w:pPr>
      <w:rPr>
        <w:rFonts w:ascii="Courier New" w:hAnsi="Courier New" w:hint="default"/>
      </w:rPr>
    </w:lvl>
    <w:lvl w:ilvl="8" w:tplc="ADF2B212">
      <w:start w:val="1"/>
      <w:numFmt w:val="bullet"/>
      <w:lvlText w:val=""/>
      <w:lvlJc w:val="left"/>
      <w:pPr>
        <w:ind w:left="6480" w:hanging="360"/>
      </w:pPr>
      <w:rPr>
        <w:rFonts w:ascii="Wingdings" w:hAnsi="Wingdings" w:hint="default"/>
      </w:rPr>
    </w:lvl>
  </w:abstractNum>
  <w:abstractNum w:abstractNumId="14" w15:restartNumberingAfterBreak="0">
    <w:nsid w:val="23E8A6BE"/>
    <w:multiLevelType w:val="hybridMultilevel"/>
    <w:tmpl w:val="FFFFFFFF"/>
    <w:lvl w:ilvl="0" w:tplc="F768F720">
      <w:start w:val="1"/>
      <w:numFmt w:val="bullet"/>
      <w:lvlText w:val=""/>
      <w:lvlJc w:val="left"/>
      <w:pPr>
        <w:ind w:left="720" w:hanging="360"/>
      </w:pPr>
      <w:rPr>
        <w:rFonts w:ascii="Symbol" w:hAnsi="Symbol" w:hint="default"/>
      </w:rPr>
    </w:lvl>
    <w:lvl w:ilvl="1" w:tplc="310A9F42">
      <w:start w:val="1"/>
      <w:numFmt w:val="bullet"/>
      <w:lvlText w:val="o"/>
      <w:lvlJc w:val="left"/>
      <w:pPr>
        <w:ind w:left="1440" w:hanging="360"/>
      </w:pPr>
      <w:rPr>
        <w:rFonts w:ascii="Courier New" w:hAnsi="Courier New" w:hint="default"/>
      </w:rPr>
    </w:lvl>
    <w:lvl w:ilvl="2" w:tplc="5810DFA6">
      <w:start w:val="1"/>
      <w:numFmt w:val="bullet"/>
      <w:lvlText w:val=""/>
      <w:lvlJc w:val="left"/>
      <w:pPr>
        <w:ind w:left="2160" w:hanging="360"/>
      </w:pPr>
      <w:rPr>
        <w:rFonts w:ascii="Wingdings" w:hAnsi="Wingdings" w:hint="default"/>
      </w:rPr>
    </w:lvl>
    <w:lvl w:ilvl="3" w:tplc="9932B7B2">
      <w:start w:val="1"/>
      <w:numFmt w:val="bullet"/>
      <w:lvlText w:val=""/>
      <w:lvlJc w:val="left"/>
      <w:pPr>
        <w:ind w:left="2880" w:hanging="360"/>
      </w:pPr>
      <w:rPr>
        <w:rFonts w:ascii="Symbol" w:hAnsi="Symbol" w:hint="default"/>
      </w:rPr>
    </w:lvl>
    <w:lvl w:ilvl="4" w:tplc="B5E4A350">
      <w:start w:val="1"/>
      <w:numFmt w:val="bullet"/>
      <w:lvlText w:val="o"/>
      <w:lvlJc w:val="left"/>
      <w:pPr>
        <w:ind w:left="3600" w:hanging="360"/>
      </w:pPr>
      <w:rPr>
        <w:rFonts w:ascii="Courier New" w:hAnsi="Courier New" w:hint="default"/>
      </w:rPr>
    </w:lvl>
    <w:lvl w:ilvl="5" w:tplc="BE8EE408">
      <w:start w:val="1"/>
      <w:numFmt w:val="bullet"/>
      <w:lvlText w:val=""/>
      <w:lvlJc w:val="left"/>
      <w:pPr>
        <w:ind w:left="4320" w:hanging="360"/>
      </w:pPr>
      <w:rPr>
        <w:rFonts w:ascii="Wingdings" w:hAnsi="Wingdings" w:hint="default"/>
      </w:rPr>
    </w:lvl>
    <w:lvl w:ilvl="6" w:tplc="B936E9DC">
      <w:start w:val="1"/>
      <w:numFmt w:val="bullet"/>
      <w:lvlText w:val=""/>
      <w:lvlJc w:val="left"/>
      <w:pPr>
        <w:ind w:left="5040" w:hanging="360"/>
      </w:pPr>
      <w:rPr>
        <w:rFonts w:ascii="Symbol" w:hAnsi="Symbol" w:hint="default"/>
      </w:rPr>
    </w:lvl>
    <w:lvl w:ilvl="7" w:tplc="4986EB28">
      <w:start w:val="1"/>
      <w:numFmt w:val="bullet"/>
      <w:lvlText w:val="o"/>
      <w:lvlJc w:val="left"/>
      <w:pPr>
        <w:ind w:left="5760" w:hanging="360"/>
      </w:pPr>
      <w:rPr>
        <w:rFonts w:ascii="Courier New" w:hAnsi="Courier New" w:hint="default"/>
      </w:rPr>
    </w:lvl>
    <w:lvl w:ilvl="8" w:tplc="18049A84">
      <w:start w:val="1"/>
      <w:numFmt w:val="bullet"/>
      <w:lvlText w:val=""/>
      <w:lvlJc w:val="left"/>
      <w:pPr>
        <w:ind w:left="6480" w:hanging="360"/>
      </w:pPr>
      <w:rPr>
        <w:rFonts w:ascii="Wingdings" w:hAnsi="Wingdings" w:hint="default"/>
      </w:rPr>
    </w:lvl>
  </w:abstractNum>
  <w:abstractNum w:abstractNumId="15" w15:restartNumberingAfterBreak="0">
    <w:nsid w:val="381249CF"/>
    <w:multiLevelType w:val="hybridMultilevel"/>
    <w:tmpl w:val="FFFFFFFF"/>
    <w:lvl w:ilvl="0" w:tplc="C396C2EE">
      <w:start w:val="1"/>
      <w:numFmt w:val="bullet"/>
      <w:lvlText w:val=""/>
      <w:lvlJc w:val="left"/>
      <w:pPr>
        <w:ind w:left="720" w:hanging="360"/>
      </w:pPr>
      <w:rPr>
        <w:rFonts w:ascii="Symbol" w:hAnsi="Symbol" w:hint="default"/>
      </w:rPr>
    </w:lvl>
    <w:lvl w:ilvl="1" w:tplc="DA847704">
      <w:start w:val="1"/>
      <w:numFmt w:val="bullet"/>
      <w:lvlText w:val="o"/>
      <w:lvlJc w:val="left"/>
      <w:pPr>
        <w:ind w:left="1440" w:hanging="360"/>
      </w:pPr>
      <w:rPr>
        <w:rFonts w:ascii="Courier New" w:hAnsi="Courier New" w:hint="default"/>
      </w:rPr>
    </w:lvl>
    <w:lvl w:ilvl="2" w:tplc="50C4DA76">
      <w:start w:val="1"/>
      <w:numFmt w:val="bullet"/>
      <w:lvlText w:val=""/>
      <w:lvlJc w:val="left"/>
      <w:pPr>
        <w:ind w:left="2160" w:hanging="360"/>
      </w:pPr>
      <w:rPr>
        <w:rFonts w:ascii="Wingdings" w:hAnsi="Wingdings" w:hint="default"/>
      </w:rPr>
    </w:lvl>
    <w:lvl w:ilvl="3" w:tplc="5BCAD88A">
      <w:start w:val="1"/>
      <w:numFmt w:val="bullet"/>
      <w:lvlText w:val=""/>
      <w:lvlJc w:val="left"/>
      <w:pPr>
        <w:ind w:left="2880" w:hanging="360"/>
      </w:pPr>
      <w:rPr>
        <w:rFonts w:ascii="Symbol" w:hAnsi="Symbol" w:hint="default"/>
      </w:rPr>
    </w:lvl>
    <w:lvl w:ilvl="4" w:tplc="C1125FCC">
      <w:start w:val="1"/>
      <w:numFmt w:val="bullet"/>
      <w:lvlText w:val="o"/>
      <w:lvlJc w:val="left"/>
      <w:pPr>
        <w:ind w:left="3600" w:hanging="360"/>
      </w:pPr>
      <w:rPr>
        <w:rFonts w:ascii="Courier New" w:hAnsi="Courier New" w:hint="default"/>
      </w:rPr>
    </w:lvl>
    <w:lvl w:ilvl="5" w:tplc="9ADA1360">
      <w:start w:val="1"/>
      <w:numFmt w:val="bullet"/>
      <w:lvlText w:val=""/>
      <w:lvlJc w:val="left"/>
      <w:pPr>
        <w:ind w:left="4320" w:hanging="360"/>
      </w:pPr>
      <w:rPr>
        <w:rFonts w:ascii="Wingdings" w:hAnsi="Wingdings" w:hint="default"/>
      </w:rPr>
    </w:lvl>
    <w:lvl w:ilvl="6" w:tplc="CCB24D46">
      <w:start w:val="1"/>
      <w:numFmt w:val="bullet"/>
      <w:lvlText w:val=""/>
      <w:lvlJc w:val="left"/>
      <w:pPr>
        <w:ind w:left="5040" w:hanging="360"/>
      </w:pPr>
      <w:rPr>
        <w:rFonts w:ascii="Symbol" w:hAnsi="Symbol" w:hint="default"/>
      </w:rPr>
    </w:lvl>
    <w:lvl w:ilvl="7" w:tplc="F53A7DCE">
      <w:start w:val="1"/>
      <w:numFmt w:val="bullet"/>
      <w:lvlText w:val="o"/>
      <w:lvlJc w:val="left"/>
      <w:pPr>
        <w:ind w:left="5760" w:hanging="360"/>
      </w:pPr>
      <w:rPr>
        <w:rFonts w:ascii="Courier New" w:hAnsi="Courier New" w:hint="default"/>
      </w:rPr>
    </w:lvl>
    <w:lvl w:ilvl="8" w:tplc="C986A9E0">
      <w:start w:val="1"/>
      <w:numFmt w:val="bullet"/>
      <w:lvlText w:val=""/>
      <w:lvlJc w:val="left"/>
      <w:pPr>
        <w:ind w:left="6480" w:hanging="360"/>
      </w:pPr>
      <w:rPr>
        <w:rFonts w:ascii="Wingdings" w:hAnsi="Wingdings" w:hint="default"/>
      </w:rPr>
    </w:lvl>
  </w:abstractNum>
  <w:abstractNum w:abstractNumId="16" w15:restartNumberingAfterBreak="0">
    <w:nsid w:val="4367BEA7"/>
    <w:multiLevelType w:val="hybridMultilevel"/>
    <w:tmpl w:val="277AFFC2"/>
    <w:lvl w:ilvl="0" w:tplc="6FC8BE54">
      <w:start w:val="1"/>
      <w:numFmt w:val="bullet"/>
      <w:lvlText w:val=""/>
      <w:lvlJc w:val="left"/>
      <w:pPr>
        <w:ind w:left="720" w:hanging="360"/>
      </w:pPr>
      <w:rPr>
        <w:rFonts w:ascii="Symbol" w:hAnsi="Symbol" w:hint="default"/>
      </w:rPr>
    </w:lvl>
    <w:lvl w:ilvl="1" w:tplc="2F46F760">
      <w:start w:val="1"/>
      <w:numFmt w:val="bullet"/>
      <w:lvlText w:val="o"/>
      <w:lvlJc w:val="left"/>
      <w:pPr>
        <w:ind w:left="1440" w:hanging="360"/>
      </w:pPr>
      <w:rPr>
        <w:rFonts w:ascii="Courier New" w:hAnsi="Courier New" w:hint="default"/>
      </w:rPr>
    </w:lvl>
    <w:lvl w:ilvl="2" w:tplc="CD88802C">
      <w:start w:val="1"/>
      <w:numFmt w:val="bullet"/>
      <w:lvlText w:val=""/>
      <w:lvlJc w:val="left"/>
      <w:pPr>
        <w:ind w:left="2160" w:hanging="360"/>
      </w:pPr>
      <w:rPr>
        <w:rFonts w:ascii="Wingdings" w:hAnsi="Wingdings" w:hint="default"/>
      </w:rPr>
    </w:lvl>
    <w:lvl w:ilvl="3" w:tplc="BE7E8BD0">
      <w:start w:val="1"/>
      <w:numFmt w:val="bullet"/>
      <w:lvlText w:val=""/>
      <w:lvlJc w:val="left"/>
      <w:pPr>
        <w:ind w:left="2880" w:hanging="360"/>
      </w:pPr>
      <w:rPr>
        <w:rFonts w:ascii="Symbol" w:hAnsi="Symbol" w:hint="default"/>
      </w:rPr>
    </w:lvl>
    <w:lvl w:ilvl="4" w:tplc="386E64C4">
      <w:start w:val="1"/>
      <w:numFmt w:val="bullet"/>
      <w:lvlText w:val="o"/>
      <w:lvlJc w:val="left"/>
      <w:pPr>
        <w:ind w:left="3600" w:hanging="360"/>
      </w:pPr>
      <w:rPr>
        <w:rFonts w:ascii="Courier New" w:hAnsi="Courier New" w:hint="default"/>
      </w:rPr>
    </w:lvl>
    <w:lvl w:ilvl="5" w:tplc="3EEC3714">
      <w:start w:val="1"/>
      <w:numFmt w:val="bullet"/>
      <w:lvlText w:val=""/>
      <w:lvlJc w:val="left"/>
      <w:pPr>
        <w:ind w:left="4320" w:hanging="360"/>
      </w:pPr>
      <w:rPr>
        <w:rFonts w:ascii="Wingdings" w:hAnsi="Wingdings" w:hint="default"/>
      </w:rPr>
    </w:lvl>
    <w:lvl w:ilvl="6" w:tplc="7534C818">
      <w:start w:val="1"/>
      <w:numFmt w:val="bullet"/>
      <w:lvlText w:val=""/>
      <w:lvlJc w:val="left"/>
      <w:pPr>
        <w:ind w:left="5040" w:hanging="360"/>
      </w:pPr>
      <w:rPr>
        <w:rFonts w:ascii="Symbol" w:hAnsi="Symbol" w:hint="default"/>
      </w:rPr>
    </w:lvl>
    <w:lvl w:ilvl="7" w:tplc="D046A300">
      <w:start w:val="1"/>
      <w:numFmt w:val="bullet"/>
      <w:lvlText w:val="o"/>
      <w:lvlJc w:val="left"/>
      <w:pPr>
        <w:ind w:left="5760" w:hanging="360"/>
      </w:pPr>
      <w:rPr>
        <w:rFonts w:ascii="Courier New" w:hAnsi="Courier New" w:hint="default"/>
      </w:rPr>
    </w:lvl>
    <w:lvl w:ilvl="8" w:tplc="DBDC19BC">
      <w:start w:val="1"/>
      <w:numFmt w:val="bullet"/>
      <w:lvlText w:val=""/>
      <w:lvlJc w:val="left"/>
      <w:pPr>
        <w:ind w:left="6480" w:hanging="360"/>
      </w:pPr>
      <w:rPr>
        <w:rFonts w:ascii="Wingdings" w:hAnsi="Wingdings" w:hint="default"/>
      </w:rPr>
    </w:lvl>
  </w:abstractNum>
  <w:abstractNum w:abstractNumId="17" w15:restartNumberingAfterBreak="0">
    <w:nsid w:val="48A71059"/>
    <w:multiLevelType w:val="hybridMultilevel"/>
    <w:tmpl w:val="FFFFFFFF"/>
    <w:lvl w:ilvl="0" w:tplc="96585AF6">
      <w:start w:val="1"/>
      <w:numFmt w:val="bullet"/>
      <w:lvlText w:val=""/>
      <w:lvlJc w:val="left"/>
      <w:pPr>
        <w:ind w:left="720" w:hanging="360"/>
      </w:pPr>
      <w:rPr>
        <w:rFonts w:ascii="Symbol" w:hAnsi="Symbol" w:hint="default"/>
      </w:rPr>
    </w:lvl>
    <w:lvl w:ilvl="1" w:tplc="02F81CB4">
      <w:start w:val="1"/>
      <w:numFmt w:val="bullet"/>
      <w:lvlText w:val="o"/>
      <w:lvlJc w:val="left"/>
      <w:pPr>
        <w:ind w:left="1440" w:hanging="360"/>
      </w:pPr>
      <w:rPr>
        <w:rFonts w:ascii="Courier New" w:hAnsi="Courier New" w:hint="default"/>
      </w:rPr>
    </w:lvl>
    <w:lvl w:ilvl="2" w:tplc="66B6DBFC">
      <w:start w:val="1"/>
      <w:numFmt w:val="bullet"/>
      <w:lvlText w:val=""/>
      <w:lvlJc w:val="left"/>
      <w:pPr>
        <w:ind w:left="2160" w:hanging="360"/>
      </w:pPr>
      <w:rPr>
        <w:rFonts w:ascii="Wingdings" w:hAnsi="Wingdings" w:hint="default"/>
      </w:rPr>
    </w:lvl>
    <w:lvl w:ilvl="3" w:tplc="08503124">
      <w:start w:val="1"/>
      <w:numFmt w:val="bullet"/>
      <w:lvlText w:val=""/>
      <w:lvlJc w:val="left"/>
      <w:pPr>
        <w:ind w:left="2880" w:hanging="360"/>
      </w:pPr>
      <w:rPr>
        <w:rFonts w:ascii="Symbol" w:hAnsi="Symbol" w:hint="default"/>
      </w:rPr>
    </w:lvl>
    <w:lvl w:ilvl="4" w:tplc="A6D26DD6">
      <w:start w:val="1"/>
      <w:numFmt w:val="bullet"/>
      <w:lvlText w:val="o"/>
      <w:lvlJc w:val="left"/>
      <w:pPr>
        <w:ind w:left="3600" w:hanging="360"/>
      </w:pPr>
      <w:rPr>
        <w:rFonts w:ascii="Courier New" w:hAnsi="Courier New" w:hint="default"/>
      </w:rPr>
    </w:lvl>
    <w:lvl w:ilvl="5" w:tplc="397A686E">
      <w:start w:val="1"/>
      <w:numFmt w:val="bullet"/>
      <w:lvlText w:val=""/>
      <w:lvlJc w:val="left"/>
      <w:pPr>
        <w:ind w:left="4320" w:hanging="360"/>
      </w:pPr>
      <w:rPr>
        <w:rFonts w:ascii="Wingdings" w:hAnsi="Wingdings" w:hint="default"/>
      </w:rPr>
    </w:lvl>
    <w:lvl w:ilvl="6" w:tplc="BD749EBA">
      <w:start w:val="1"/>
      <w:numFmt w:val="bullet"/>
      <w:lvlText w:val=""/>
      <w:lvlJc w:val="left"/>
      <w:pPr>
        <w:ind w:left="5040" w:hanging="360"/>
      </w:pPr>
      <w:rPr>
        <w:rFonts w:ascii="Symbol" w:hAnsi="Symbol" w:hint="default"/>
      </w:rPr>
    </w:lvl>
    <w:lvl w:ilvl="7" w:tplc="B150C4E8">
      <w:start w:val="1"/>
      <w:numFmt w:val="bullet"/>
      <w:lvlText w:val="o"/>
      <w:lvlJc w:val="left"/>
      <w:pPr>
        <w:ind w:left="5760" w:hanging="360"/>
      </w:pPr>
      <w:rPr>
        <w:rFonts w:ascii="Courier New" w:hAnsi="Courier New" w:hint="default"/>
      </w:rPr>
    </w:lvl>
    <w:lvl w:ilvl="8" w:tplc="B5365F0A">
      <w:start w:val="1"/>
      <w:numFmt w:val="bullet"/>
      <w:lvlText w:val=""/>
      <w:lvlJc w:val="left"/>
      <w:pPr>
        <w:ind w:left="6480" w:hanging="360"/>
      </w:pPr>
      <w:rPr>
        <w:rFonts w:ascii="Wingdings" w:hAnsi="Wingdings" w:hint="default"/>
      </w:rPr>
    </w:lvl>
  </w:abstractNum>
  <w:abstractNum w:abstractNumId="18" w15:restartNumberingAfterBreak="0">
    <w:nsid w:val="4BFC9284"/>
    <w:multiLevelType w:val="hybridMultilevel"/>
    <w:tmpl w:val="731EE0EE"/>
    <w:lvl w:ilvl="0" w:tplc="924ACB44">
      <w:start w:val="1"/>
      <w:numFmt w:val="bullet"/>
      <w:lvlText w:val=""/>
      <w:lvlJc w:val="left"/>
      <w:pPr>
        <w:ind w:left="720" w:hanging="360"/>
      </w:pPr>
      <w:rPr>
        <w:rFonts w:ascii="Symbol" w:hAnsi="Symbol" w:hint="default"/>
      </w:rPr>
    </w:lvl>
    <w:lvl w:ilvl="1" w:tplc="8E281B44">
      <w:start w:val="1"/>
      <w:numFmt w:val="bullet"/>
      <w:lvlText w:val="o"/>
      <w:lvlJc w:val="left"/>
      <w:pPr>
        <w:ind w:left="1440" w:hanging="360"/>
      </w:pPr>
      <w:rPr>
        <w:rFonts w:ascii="Courier New" w:hAnsi="Courier New" w:hint="default"/>
      </w:rPr>
    </w:lvl>
    <w:lvl w:ilvl="2" w:tplc="7386365C">
      <w:start w:val="1"/>
      <w:numFmt w:val="bullet"/>
      <w:lvlText w:val=""/>
      <w:lvlJc w:val="left"/>
      <w:pPr>
        <w:ind w:left="2160" w:hanging="360"/>
      </w:pPr>
      <w:rPr>
        <w:rFonts w:ascii="Wingdings" w:hAnsi="Wingdings" w:hint="default"/>
      </w:rPr>
    </w:lvl>
    <w:lvl w:ilvl="3" w:tplc="B4B04558">
      <w:start w:val="1"/>
      <w:numFmt w:val="bullet"/>
      <w:lvlText w:val=""/>
      <w:lvlJc w:val="left"/>
      <w:pPr>
        <w:ind w:left="2880" w:hanging="360"/>
      </w:pPr>
      <w:rPr>
        <w:rFonts w:ascii="Symbol" w:hAnsi="Symbol" w:hint="default"/>
      </w:rPr>
    </w:lvl>
    <w:lvl w:ilvl="4" w:tplc="C14E42A6">
      <w:start w:val="1"/>
      <w:numFmt w:val="bullet"/>
      <w:lvlText w:val="o"/>
      <w:lvlJc w:val="left"/>
      <w:pPr>
        <w:ind w:left="3600" w:hanging="360"/>
      </w:pPr>
      <w:rPr>
        <w:rFonts w:ascii="Courier New" w:hAnsi="Courier New" w:hint="default"/>
      </w:rPr>
    </w:lvl>
    <w:lvl w:ilvl="5" w:tplc="6944DF18">
      <w:start w:val="1"/>
      <w:numFmt w:val="bullet"/>
      <w:lvlText w:val=""/>
      <w:lvlJc w:val="left"/>
      <w:pPr>
        <w:ind w:left="4320" w:hanging="360"/>
      </w:pPr>
      <w:rPr>
        <w:rFonts w:ascii="Wingdings" w:hAnsi="Wingdings" w:hint="default"/>
      </w:rPr>
    </w:lvl>
    <w:lvl w:ilvl="6" w:tplc="3CB8C4A8">
      <w:start w:val="1"/>
      <w:numFmt w:val="bullet"/>
      <w:lvlText w:val=""/>
      <w:lvlJc w:val="left"/>
      <w:pPr>
        <w:ind w:left="5040" w:hanging="360"/>
      </w:pPr>
      <w:rPr>
        <w:rFonts w:ascii="Symbol" w:hAnsi="Symbol" w:hint="default"/>
      </w:rPr>
    </w:lvl>
    <w:lvl w:ilvl="7" w:tplc="1376D870">
      <w:start w:val="1"/>
      <w:numFmt w:val="bullet"/>
      <w:lvlText w:val="o"/>
      <w:lvlJc w:val="left"/>
      <w:pPr>
        <w:ind w:left="5760" w:hanging="360"/>
      </w:pPr>
      <w:rPr>
        <w:rFonts w:ascii="Courier New" w:hAnsi="Courier New" w:hint="default"/>
      </w:rPr>
    </w:lvl>
    <w:lvl w:ilvl="8" w:tplc="E76474FA">
      <w:start w:val="1"/>
      <w:numFmt w:val="bullet"/>
      <w:lvlText w:val=""/>
      <w:lvlJc w:val="left"/>
      <w:pPr>
        <w:ind w:left="6480" w:hanging="360"/>
      </w:pPr>
      <w:rPr>
        <w:rFonts w:ascii="Wingdings" w:hAnsi="Wingdings" w:hint="default"/>
      </w:rPr>
    </w:lvl>
  </w:abstractNum>
  <w:abstractNum w:abstractNumId="19" w15:restartNumberingAfterBreak="0">
    <w:nsid w:val="4DD3AF1F"/>
    <w:multiLevelType w:val="hybridMultilevel"/>
    <w:tmpl w:val="FFFFFFFF"/>
    <w:lvl w:ilvl="0" w:tplc="91C81956">
      <w:start w:val="1"/>
      <w:numFmt w:val="bullet"/>
      <w:lvlText w:val=""/>
      <w:lvlJc w:val="left"/>
      <w:pPr>
        <w:ind w:left="720" w:hanging="360"/>
      </w:pPr>
      <w:rPr>
        <w:rFonts w:ascii="Symbol" w:hAnsi="Symbol" w:hint="default"/>
      </w:rPr>
    </w:lvl>
    <w:lvl w:ilvl="1" w:tplc="5DFC0578">
      <w:start w:val="1"/>
      <w:numFmt w:val="bullet"/>
      <w:lvlText w:val="o"/>
      <w:lvlJc w:val="left"/>
      <w:pPr>
        <w:ind w:left="1440" w:hanging="360"/>
      </w:pPr>
      <w:rPr>
        <w:rFonts w:ascii="Courier New" w:hAnsi="Courier New" w:hint="default"/>
      </w:rPr>
    </w:lvl>
    <w:lvl w:ilvl="2" w:tplc="3B7C4F0C">
      <w:start w:val="1"/>
      <w:numFmt w:val="bullet"/>
      <w:lvlText w:val=""/>
      <w:lvlJc w:val="left"/>
      <w:pPr>
        <w:ind w:left="2160" w:hanging="360"/>
      </w:pPr>
      <w:rPr>
        <w:rFonts w:ascii="Wingdings" w:hAnsi="Wingdings" w:hint="default"/>
      </w:rPr>
    </w:lvl>
    <w:lvl w:ilvl="3" w:tplc="D2D24F0E">
      <w:start w:val="1"/>
      <w:numFmt w:val="bullet"/>
      <w:lvlText w:val=""/>
      <w:lvlJc w:val="left"/>
      <w:pPr>
        <w:ind w:left="2880" w:hanging="360"/>
      </w:pPr>
      <w:rPr>
        <w:rFonts w:ascii="Symbol" w:hAnsi="Symbol" w:hint="default"/>
      </w:rPr>
    </w:lvl>
    <w:lvl w:ilvl="4" w:tplc="61EAD050">
      <w:start w:val="1"/>
      <w:numFmt w:val="bullet"/>
      <w:lvlText w:val="o"/>
      <w:lvlJc w:val="left"/>
      <w:pPr>
        <w:ind w:left="3600" w:hanging="360"/>
      </w:pPr>
      <w:rPr>
        <w:rFonts w:ascii="Courier New" w:hAnsi="Courier New" w:hint="default"/>
      </w:rPr>
    </w:lvl>
    <w:lvl w:ilvl="5" w:tplc="08700904">
      <w:start w:val="1"/>
      <w:numFmt w:val="bullet"/>
      <w:lvlText w:val=""/>
      <w:lvlJc w:val="left"/>
      <w:pPr>
        <w:ind w:left="4320" w:hanging="360"/>
      </w:pPr>
      <w:rPr>
        <w:rFonts w:ascii="Wingdings" w:hAnsi="Wingdings" w:hint="default"/>
      </w:rPr>
    </w:lvl>
    <w:lvl w:ilvl="6" w:tplc="534296C0">
      <w:start w:val="1"/>
      <w:numFmt w:val="bullet"/>
      <w:lvlText w:val=""/>
      <w:lvlJc w:val="left"/>
      <w:pPr>
        <w:ind w:left="5040" w:hanging="360"/>
      </w:pPr>
      <w:rPr>
        <w:rFonts w:ascii="Symbol" w:hAnsi="Symbol" w:hint="default"/>
      </w:rPr>
    </w:lvl>
    <w:lvl w:ilvl="7" w:tplc="C46E2CAE">
      <w:start w:val="1"/>
      <w:numFmt w:val="bullet"/>
      <w:lvlText w:val="o"/>
      <w:lvlJc w:val="left"/>
      <w:pPr>
        <w:ind w:left="5760" w:hanging="360"/>
      </w:pPr>
      <w:rPr>
        <w:rFonts w:ascii="Courier New" w:hAnsi="Courier New" w:hint="default"/>
      </w:rPr>
    </w:lvl>
    <w:lvl w:ilvl="8" w:tplc="6F582422">
      <w:start w:val="1"/>
      <w:numFmt w:val="bullet"/>
      <w:lvlText w:val=""/>
      <w:lvlJc w:val="left"/>
      <w:pPr>
        <w:ind w:left="6480" w:hanging="360"/>
      </w:pPr>
      <w:rPr>
        <w:rFonts w:ascii="Wingdings" w:hAnsi="Wingdings" w:hint="default"/>
      </w:rPr>
    </w:lvl>
  </w:abstractNum>
  <w:abstractNum w:abstractNumId="20" w15:restartNumberingAfterBreak="0">
    <w:nsid w:val="4E0BC5EE"/>
    <w:multiLevelType w:val="hybridMultilevel"/>
    <w:tmpl w:val="F9A271AC"/>
    <w:lvl w:ilvl="0" w:tplc="5DF4DDDE">
      <w:start w:val="1"/>
      <w:numFmt w:val="bullet"/>
      <w:lvlText w:val=""/>
      <w:lvlJc w:val="left"/>
      <w:pPr>
        <w:ind w:left="720" w:hanging="360"/>
      </w:pPr>
      <w:rPr>
        <w:rFonts w:ascii="Symbol" w:hAnsi="Symbol" w:hint="default"/>
      </w:rPr>
    </w:lvl>
    <w:lvl w:ilvl="1" w:tplc="5048666E">
      <w:start w:val="1"/>
      <w:numFmt w:val="bullet"/>
      <w:lvlText w:val="o"/>
      <w:lvlJc w:val="left"/>
      <w:pPr>
        <w:ind w:left="1440" w:hanging="360"/>
      </w:pPr>
      <w:rPr>
        <w:rFonts w:ascii="Courier New" w:hAnsi="Courier New" w:hint="default"/>
      </w:rPr>
    </w:lvl>
    <w:lvl w:ilvl="2" w:tplc="1DB8A0C6">
      <w:start w:val="1"/>
      <w:numFmt w:val="bullet"/>
      <w:lvlText w:val=""/>
      <w:lvlJc w:val="left"/>
      <w:pPr>
        <w:ind w:left="2160" w:hanging="360"/>
      </w:pPr>
      <w:rPr>
        <w:rFonts w:ascii="Wingdings" w:hAnsi="Wingdings" w:hint="default"/>
      </w:rPr>
    </w:lvl>
    <w:lvl w:ilvl="3" w:tplc="73C6E370">
      <w:start w:val="1"/>
      <w:numFmt w:val="bullet"/>
      <w:lvlText w:val=""/>
      <w:lvlJc w:val="left"/>
      <w:pPr>
        <w:ind w:left="2880" w:hanging="360"/>
      </w:pPr>
      <w:rPr>
        <w:rFonts w:ascii="Symbol" w:hAnsi="Symbol" w:hint="default"/>
      </w:rPr>
    </w:lvl>
    <w:lvl w:ilvl="4" w:tplc="CEA2921A">
      <w:start w:val="1"/>
      <w:numFmt w:val="bullet"/>
      <w:lvlText w:val="o"/>
      <w:lvlJc w:val="left"/>
      <w:pPr>
        <w:ind w:left="3600" w:hanging="360"/>
      </w:pPr>
      <w:rPr>
        <w:rFonts w:ascii="Courier New" w:hAnsi="Courier New" w:hint="default"/>
      </w:rPr>
    </w:lvl>
    <w:lvl w:ilvl="5" w:tplc="9C5622F8">
      <w:start w:val="1"/>
      <w:numFmt w:val="bullet"/>
      <w:lvlText w:val=""/>
      <w:lvlJc w:val="left"/>
      <w:pPr>
        <w:ind w:left="4320" w:hanging="360"/>
      </w:pPr>
      <w:rPr>
        <w:rFonts w:ascii="Wingdings" w:hAnsi="Wingdings" w:hint="default"/>
      </w:rPr>
    </w:lvl>
    <w:lvl w:ilvl="6" w:tplc="FD286C8A">
      <w:start w:val="1"/>
      <w:numFmt w:val="bullet"/>
      <w:lvlText w:val=""/>
      <w:lvlJc w:val="left"/>
      <w:pPr>
        <w:ind w:left="5040" w:hanging="360"/>
      </w:pPr>
      <w:rPr>
        <w:rFonts w:ascii="Symbol" w:hAnsi="Symbol" w:hint="default"/>
      </w:rPr>
    </w:lvl>
    <w:lvl w:ilvl="7" w:tplc="7CD20564">
      <w:start w:val="1"/>
      <w:numFmt w:val="bullet"/>
      <w:lvlText w:val="o"/>
      <w:lvlJc w:val="left"/>
      <w:pPr>
        <w:ind w:left="5760" w:hanging="360"/>
      </w:pPr>
      <w:rPr>
        <w:rFonts w:ascii="Courier New" w:hAnsi="Courier New" w:hint="default"/>
      </w:rPr>
    </w:lvl>
    <w:lvl w:ilvl="8" w:tplc="35B027C2">
      <w:start w:val="1"/>
      <w:numFmt w:val="bullet"/>
      <w:lvlText w:val=""/>
      <w:lvlJc w:val="left"/>
      <w:pPr>
        <w:ind w:left="6480" w:hanging="360"/>
      </w:pPr>
      <w:rPr>
        <w:rFonts w:ascii="Wingdings" w:hAnsi="Wingdings" w:hint="default"/>
      </w:rPr>
    </w:lvl>
  </w:abstractNum>
  <w:abstractNum w:abstractNumId="21" w15:restartNumberingAfterBreak="0">
    <w:nsid w:val="50C60817"/>
    <w:multiLevelType w:val="hybridMultilevel"/>
    <w:tmpl w:val="52AAAC2A"/>
    <w:lvl w:ilvl="0" w:tplc="4992EFB8">
      <w:start w:val="1"/>
      <w:numFmt w:val="bullet"/>
      <w:lvlText w:val=""/>
      <w:lvlJc w:val="left"/>
      <w:pPr>
        <w:ind w:left="720" w:hanging="360"/>
      </w:pPr>
      <w:rPr>
        <w:rFonts w:ascii="Symbol" w:hAnsi="Symbol" w:hint="default"/>
      </w:rPr>
    </w:lvl>
    <w:lvl w:ilvl="1" w:tplc="1A662680">
      <w:start w:val="1"/>
      <w:numFmt w:val="bullet"/>
      <w:lvlText w:val="o"/>
      <w:lvlJc w:val="left"/>
      <w:pPr>
        <w:ind w:left="1440" w:hanging="360"/>
      </w:pPr>
      <w:rPr>
        <w:rFonts w:ascii="Courier New" w:hAnsi="Courier New" w:hint="default"/>
      </w:rPr>
    </w:lvl>
    <w:lvl w:ilvl="2" w:tplc="422CE808">
      <w:start w:val="1"/>
      <w:numFmt w:val="bullet"/>
      <w:lvlText w:val=""/>
      <w:lvlJc w:val="left"/>
      <w:pPr>
        <w:ind w:left="2160" w:hanging="360"/>
      </w:pPr>
      <w:rPr>
        <w:rFonts w:ascii="Wingdings" w:hAnsi="Wingdings" w:hint="default"/>
      </w:rPr>
    </w:lvl>
    <w:lvl w:ilvl="3" w:tplc="3FBC8354">
      <w:start w:val="1"/>
      <w:numFmt w:val="bullet"/>
      <w:lvlText w:val=""/>
      <w:lvlJc w:val="left"/>
      <w:pPr>
        <w:ind w:left="2880" w:hanging="360"/>
      </w:pPr>
      <w:rPr>
        <w:rFonts w:ascii="Symbol" w:hAnsi="Symbol" w:hint="default"/>
      </w:rPr>
    </w:lvl>
    <w:lvl w:ilvl="4" w:tplc="9478462C">
      <w:start w:val="1"/>
      <w:numFmt w:val="bullet"/>
      <w:lvlText w:val="o"/>
      <w:lvlJc w:val="left"/>
      <w:pPr>
        <w:ind w:left="3600" w:hanging="360"/>
      </w:pPr>
      <w:rPr>
        <w:rFonts w:ascii="Courier New" w:hAnsi="Courier New" w:hint="default"/>
      </w:rPr>
    </w:lvl>
    <w:lvl w:ilvl="5" w:tplc="5178E40A">
      <w:start w:val="1"/>
      <w:numFmt w:val="bullet"/>
      <w:lvlText w:val=""/>
      <w:lvlJc w:val="left"/>
      <w:pPr>
        <w:ind w:left="4320" w:hanging="360"/>
      </w:pPr>
      <w:rPr>
        <w:rFonts w:ascii="Wingdings" w:hAnsi="Wingdings" w:hint="default"/>
      </w:rPr>
    </w:lvl>
    <w:lvl w:ilvl="6" w:tplc="19DC647C">
      <w:start w:val="1"/>
      <w:numFmt w:val="bullet"/>
      <w:lvlText w:val=""/>
      <w:lvlJc w:val="left"/>
      <w:pPr>
        <w:ind w:left="5040" w:hanging="360"/>
      </w:pPr>
      <w:rPr>
        <w:rFonts w:ascii="Symbol" w:hAnsi="Symbol" w:hint="default"/>
      </w:rPr>
    </w:lvl>
    <w:lvl w:ilvl="7" w:tplc="84B82794">
      <w:start w:val="1"/>
      <w:numFmt w:val="bullet"/>
      <w:lvlText w:val="o"/>
      <w:lvlJc w:val="left"/>
      <w:pPr>
        <w:ind w:left="5760" w:hanging="360"/>
      </w:pPr>
      <w:rPr>
        <w:rFonts w:ascii="Courier New" w:hAnsi="Courier New" w:hint="default"/>
      </w:rPr>
    </w:lvl>
    <w:lvl w:ilvl="8" w:tplc="C290BE60">
      <w:start w:val="1"/>
      <w:numFmt w:val="bullet"/>
      <w:lvlText w:val=""/>
      <w:lvlJc w:val="left"/>
      <w:pPr>
        <w:ind w:left="6480" w:hanging="360"/>
      </w:pPr>
      <w:rPr>
        <w:rFonts w:ascii="Wingdings" w:hAnsi="Wingdings" w:hint="default"/>
      </w:rPr>
    </w:lvl>
  </w:abstractNum>
  <w:abstractNum w:abstractNumId="22" w15:restartNumberingAfterBreak="0">
    <w:nsid w:val="533B8987"/>
    <w:multiLevelType w:val="hybridMultilevel"/>
    <w:tmpl w:val="FFFFFFFF"/>
    <w:lvl w:ilvl="0" w:tplc="9DBE1760">
      <w:start w:val="1"/>
      <w:numFmt w:val="decimal"/>
      <w:lvlText w:val="%1."/>
      <w:lvlJc w:val="left"/>
      <w:pPr>
        <w:ind w:left="720" w:hanging="360"/>
      </w:pPr>
    </w:lvl>
    <w:lvl w:ilvl="1" w:tplc="3CF88824">
      <w:start w:val="1"/>
      <w:numFmt w:val="lowerLetter"/>
      <w:lvlText w:val="%2."/>
      <w:lvlJc w:val="left"/>
      <w:pPr>
        <w:ind w:left="1440" w:hanging="360"/>
      </w:pPr>
    </w:lvl>
    <w:lvl w:ilvl="2" w:tplc="4BB03462">
      <w:start w:val="1"/>
      <w:numFmt w:val="lowerRoman"/>
      <w:lvlText w:val="%3."/>
      <w:lvlJc w:val="right"/>
      <w:pPr>
        <w:ind w:left="2160" w:hanging="180"/>
      </w:pPr>
    </w:lvl>
    <w:lvl w:ilvl="3" w:tplc="FA10F27A">
      <w:start w:val="1"/>
      <w:numFmt w:val="decimal"/>
      <w:lvlText w:val="%4."/>
      <w:lvlJc w:val="left"/>
      <w:pPr>
        <w:ind w:left="2880" w:hanging="360"/>
      </w:pPr>
    </w:lvl>
    <w:lvl w:ilvl="4" w:tplc="E2C2BC86">
      <w:start w:val="1"/>
      <w:numFmt w:val="lowerLetter"/>
      <w:lvlText w:val="%5."/>
      <w:lvlJc w:val="left"/>
      <w:pPr>
        <w:ind w:left="3600" w:hanging="360"/>
      </w:pPr>
    </w:lvl>
    <w:lvl w:ilvl="5" w:tplc="1B6E93DC">
      <w:start w:val="1"/>
      <w:numFmt w:val="lowerRoman"/>
      <w:lvlText w:val="%6."/>
      <w:lvlJc w:val="right"/>
      <w:pPr>
        <w:ind w:left="4320" w:hanging="180"/>
      </w:pPr>
    </w:lvl>
    <w:lvl w:ilvl="6" w:tplc="E2EC0D04">
      <w:start w:val="1"/>
      <w:numFmt w:val="decimal"/>
      <w:lvlText w:val="%7."/>
      <w:lvlJc w:val="left"/>
      <w:pPr>
        <w:ind w:left="5040" w:hanging="360"/>
      </w:pPr>
    </w:lvl>
    <w:lvl w:ilvl="7" w:tplc="C7A475EE">
      <w:start w:val="1"/>
      <w:numFmt w:val="lowerLetter"/>
      <w:lvlText w:val="%8."/>
      <w:lvlJc w:val="left"/>
      <w:pPr>
        <w:ind w:left="5760" w:hanging="360"/>
      </w:pPr>
    </w:lvl>
    <w:lvl w:ilvl="8" w:tplc="AF445D8C">
      <w:start w:val="1"/>
      <w:numFmt w:val="lowerRoman"/>
      <w:lvlText w:val="%9."/>
      <w:lvlJc w:val="right"/>
      <w:pPr>
        <w:ind w:left="6480" w:hanging="180"/>
      </w:pPr>
    </w:lvl>
  </w:abstractNum>
  <w:abstractNum w:abstractNumId="23" w15:restartNumberingAfterBreak="0">
    <w:nsid w:val="540821AC"/>
    <w:multiLevelType w:val="hybridMultilevel"/>
    <w:tmpl w:val="FFFFFFFF"/>
    <w:lvl w:ilvl="0" w:tplc="9EE06400">
      <w:start w:val="1"/>
      <w:numFmt w:val="decimal"/>
      <w:lvlText w:val="%1."/>
      <w:lvlJc w:val="left"/>
      <w:pPr>
        <w:ind w:left="720" w:hanging="360"/>
      </w:pPr>
    </w:lvl>
    <w:lvl w:ilvl="1" w:tplc="D1BA5B4C">
      <w:start w:val="1"/>
      <w:numFmt w:val="lowerLetter"/>
      <w:lvlText w:val="%2."/>
      <w:lvlJc w:val="left"/>
      <w:pPr>
        <w:ind w:left="1440" w:hanging="360"/>
      </w:pPr>
    </w:lvl>
    <w:lvl w:ilvl="2" w:tplc="DDF4773E">
      <w:start w:val="1"/>
      <w:numFmt w:val="lowerRoman"/>
      <w:lvlText w:val="%3."/>
      <w:lvlJc w:val="right"/>
      <w:pPr>
        <w:ind w:left="2160" w:hanging="180"/>
      </w:pPr>
    </w:lvl>
    <w:lvl w:ilvl="3" w:tplc="25383B82">
      <w:start w:val="1"/>
      <w:numFmt w:val="decimal"/>
      <w:lvlText w:val="%4."/>
      <w:lvlJc w:val="left"/>
      <w:pPr>
        <w:ind w:left="2880" w:hanging="360"/>
      </w:pPr>
    </w:lvl>
    <w:lvl w:ilvl="4" w:tplc="451226C2">
      <w:start w:val="1"/>
      <w:numFmt w:val="lowerLetter"/>
      <w:lvlText w:val="%5."/>
      <w:lvlJc w:val="left"/>
      <w:pPr>
        <w:ind w:left="3600" w:hanging="360"/>
      </w:pPr>
    </w:lvl>
    <w:lvl w:ilvl="5" w:tplc="3C504D1C">
      <w:start w:val="1"/>
      <w:numFmt w:val="lowerRoman"/>
      <w:lvlText w:val="%6."/>
      <w:lvlJc w:val="right"/>
      <w:pPr>
        <w:ind w:left="4320" w:hanging="180"/>
      </w:pPr>
    </w:lvl>
    <w:lvl w:ilvl="6" w:tplc="787006E8">
      <w:start w:val="1"/>
      <w:numFmt w:val="decimal"/>
      <w:lvlText w:val="%7."/>
      <w:lvlJc w:val="left"/>
      <w:pPr>
        <w:ind w:left="5040" w:hanging="360"/>
      </w:pPr>
    </w:lvl>
    <w:lvl w:ilvl="7" w:tplc="3CAE5092">
      <w:start w:val="1"/>
      <w:numFmt w:val="lowerLetter"/>
      <w:lvlText w:val="%8."/>
      <w:lvlJc w:val="left"/>
      <w:pPr>
        <w:ind w:left="5760" w:hanging="360"/>
      </w:pPr>
    </w:lvl>
    <w:lvl w:ilvl="8" w:tplc="588A2546">
      <w:start w:val="1"/>
      <w:numFmt w:val="lowerRoman"/>
      <w:lvlText w:val="%9."/>
      <w:lvlJc w:val="right"/>
      <w:pPr>
        <w:ind w:left="6480" w:hanging="180"/>
      </w:pPr>
    </w:lvl>
  </w:abstractNum>
  <w:abstractNum w:abstractNumId="24" w15:restartNumberingAfterBreak="0">
    <w:nsid w:val="57E48647"/>
    <w:multiLevelType w:val="hybridMultilevel"/>
    <w:tmpl w:val="73085A14"/>
    <w:lvl w:ilvl="0" w:tplc="04FA6120">
      <w:start w:val="1"/>
      <w:numFmt w:val="bullet"/>
      <w:lvlText w:val=""/>
      <w:lvlJc w:val="left"/>
      <w:pPr>
        <w:ind w:left="720" w:hanging="360"/>
      </w:pPr>
      <w:rPr>
        <w:rFonts w:ascii="Symbol" w:hAnsi="Symbol" w:hint="default"/>
      </w:rPr>
    </w:lvl>
    <w:lvl w:ilvl="1" w:tplc="96A85686">
      <w:start w:val="1"/>
      <w:numFmt w:val="bullet"/>
      <w:lvlText w:val="o"/>
      <w:lvlJc w:val="left"/>
      <w:pPr>
        <w:ind w:left="1440" w:hanging="360"/>
      </w:pPr>
      <w:rPr>
        <w:rFonts w:ascii="Courier New" w:hAnsi="Courier New" w:hint="default"/>
      </w:rPr>
    </w:lvl>
    <w:lvl w:ilvl="2" w:tplc="E77E5D24">
      <w:start w:val="1"/>
      <w:numFmt w:val="bullet"/>
      <w:lvlText w:val=""/>
      <w:lvlJc w:val="left"/>
      <w:pPr>
        <w:ind w:left="2160" w:hanging="360"/>
      </w:pPr>
      <w:rPr>
        <w:rFonts w:ascii="Wingdings" w:hAnsi="Wingdings" w:hint="default"/>
      </w:rPr>
    </w:lvl>
    <w:lvl w:ilvl="3" w:tplc="87EE314C">
      <w:start w:val="1"/>
      <w:numFmt w:val="bullet"/>
      <w:lvlText w:val=""/>
      <w:lvlJc w:val="left"/>
      <w:pPr>
        <w:ind w:left="2880" w:hanging="360"/>
      </w:pPr>
      <w:rPr>
        <w:rFonts w:ascii="Symbol" w:hAnsi="Symbol" w:hint="default"/>
      </w:rPr>
    </w:lvl>
    <w:lvl w:ilvl="4" w:tplc="97C6EEE2">
      <w:start w:val="1"/>
      <w:numFmt w:val="bullet"/>
      <w:lvlText w:val="o"/>
      <w:lvlJc w:val="left"/>
      <w:pPr>
        <w:ind w:left="3600" w:hanging="360"/>
      </w:pPr>
      <w:rPr>
        <w:rFonts w:ascii="Courier New" w:hAnsi="Courier New" w:hint="default"/>
      </w:rPr>
    </w:lvl>
    <w:lvl w:ilvl="5" w:tplc="0FC07AEE">
      <w:start w:val="1"/>
      <w:numFmt w:val="bullet"/>
      <w:lvlText w:val=""/>
      <w:lvlJc w:val="left"/>
      <w:pPr>
        <w:ind w:left="4320" w:hanging="360"/>
      </w:pPr>
      <w:rPr>
        <w:rFonts w:ascii="Wingdings" w:hAnsi="Wingdings" w:hint="default"/>
      </w:rPr>
    </w:lvl>
    <w:lvl w:ilvl="6" w:tplc="A0102FD0">
      <w:start w:val="1"/>
      <w:numFmt w:val="bullet"/>
      <w:lvlText w:val=""/>
      <w:lvlJc w:val="left"/>
      <w:pPr>
        <w:ind w:left="5040" w:hanging="360"/>
      </w:pPr>
      <w:rPr>
        <w:rFonts w:ascii="Symbol" w:hAnsi="Symbol" w:hint="default"/>
      </w:rPr>
    </w:lvl>
    <w:lvl w:ilvl="7" w:tplc="B45A8CE8">
      <w:start w:val="1"/>
      <w:numFmt w:val="bullet"/>
      <w:lvlText w:val="o"/>
      <w:lvlJc w:val="left"/>
      <w:pPr>
        <w:ind w:left="5760" w:hanging="360"/>
      </w:pPr>
      <w:rPr>
        <w:rFonts w:ascii="Courier New" w:hAnsi="Courier New" w:hint="default"/>
      </w:rPr>
    </w:lvl>
    <w:lvl w:ilvl="8" w:tplc="113A5C6E">
      <w:start w:val="1"/>
      <w:numFmt w:val="bullet"/>
      <w:lvlText w:val=""/>
      <w:lvlJc w:val="left"/>
      <w:pPr>
        <w:ind w:left="6480" w:hanging="360"/>
      </w:pPr>
      <w:rPr>
        <w:rFonts w:ascii="Wingdings" w:hAnsi="Wingdings" w:hint="default"/>
      </w:rPr>
    </w:lvl>
  </w:abstractNum>
  <w:abstractNum w:abstractNumId="25" w15:restartNumberingAfterBreak="0">
    <w:nsid w:val="5BA70F19"/>
    <w:multiLevelType w:val="hybridMultilevel"/>
    <w:tmpl w:val="FFFFFFFF"/>
    <w:lvl w:ilvl="0" w:tplc="659C93B4">
      <w:start w:val="1"/>
      <w:numFmt w:val="decimal"/>
      <w:lvlText w:val="%1."/>
      <w:lvlJc w:val="left"/>
      <w:pPr>
        <w:ind w:left="720" w:hanging="360"/>
      </w:pPr>
    </w:lvl>
    <w:lvl w:ilvl="1" w:tplc="DCCAEA80">
      <w:start w:val="1"/>
      <w:numFmt w:val="lowerLetter"/>
      <w:lvlText w:val="%2."/>
      <w:lvlJc w:val="left"/>
      <w:pPr>
        <w:ind w:left="1440" w:hanging="360"/>
      </w:pPr>
    </w:lvl>
    <w:lvl w:ilvl="2" w:tplc="F918CA24">
      <w:start w:val="1"/>
      <w:numFmt w:val="lowerRoman"/>
      <w:lvlText w:val="%3."/>
      <w:lvlJc w:val="right"/>
      <w:pPr>
        <w:ind w:left="2160" w:hanging="180"/>
      </w:pPr>
    </w:lvl>
    <w:lvl w:ilvl="3" w:tplc="4650E88A">
      <w:start w:val="1"/>
      <w:numFmt w:val="decimal"/>
      <w:lvlText w:val="%4."/>
      <w:lvlJc w:val="left"/>
      <w:pPr>
        <w:ind w:left="2880" w:hanging="360"/>
      </w:pPr>
    </w:lvl>
    <w:lvl w:ilvl="4" w:tplc="9C9E03D6">
      <w:start w:val="1"/>
      <w:numFmt w:val="lowerLetter"/>
      <w:lvlText w:val="%5."/>
      <w:lvlJc w:val="left"/>
      <w:pPr>
        <w:ind w:left="3600" w:hanging="360"/>
      </w:pPr>
    </w:lvl>
    <w:lvl w:ilvl="5" w:tplc="9C7A84F4">
      <w:start w:val="1"/>
      <w:numFmt w:val="lowerRoman"/>
      <w:lvlText w:val="%6."/>
      <w:lvlJc w:val="right"/>
      <w:pPr>
        <w:ind w:left="4320" w:hanging="180"/>
      </w:pPr>
    </w:lvl>
    <w:lvl w:ilvl="6" w:tplc="E6CA7334">
      <w:start w:val="1"/>
      <w:numFmt w:val="decimal"/>
      <w:lvlText w:val="%7."/>
      <w:lvlJc w:val="left"/>
      <w:pPr>
        <w:ind w:left="5040" w:hanging="360"/>
      </w:pPr>
    </w:lvl>
    <w:lvl w:ilvl="7" w:tplc="0722F80A">
      <w:start w:val="1"/>
      <w:numFmt w:val="lowerLetter"/>
      <w:lvlText w:val="%8."/>
      <w:lvlJc w:val="left"/>
      <w:pPr>
        <w:ind w:left="5760" w:hanging="360"/>
      </w:pPr>
    </w:lvl>
    <w:lvl w:ilvl="8" w:tplc="61D6DBE0">
      <w:start w:val="1"/>
      <w:numFmt w:val="lowerRoman"/>
      <w:lvlText w:val="%9."/>
      <w:lvlJc w:val="right"/>
      <w:pPr>
        <w:ind w:left="6480" w:hanging="180"/>
      </w:pPr>
    </w:lvl>
  </w:abstractNum>
  <w:abstractNum w:abstractNumId="26" w15:restartNumberingAfterBreak="0">
    <w:nsid w:val="604A647D"/>
    <w:multiLevelType w:val="hybridMultilevel"/>
    <w:tmpl w:val="87F6843C"/>
    <w:lvl w:ilvl="0" w:tplc="678601DA">
      <w:start w:val="1"/>
      <w:numFmt w:val="bullet"/>
      <w:lvlText w:val=""/>
      <w:lvlJc w:val="left"/>
      <w:pPr>
        <w:ind w:left="720" w:hanging="360"/>
      </w:pPr>
      <w:rPr>
        <w:rFonts w:ascii="Symbol" w:hAnsi="Symbol" w:hint="default"/>
      </w:rPr>
    </w:lvl>
    <w:lvl w:ilvl="1" w:tplc="497A3AA6">
      <w:start w:val="1"/>
      <w:numFmt w:val="bullet"/>
      <w:lvlText w:val="o"/>
      <w:lvlJc w:val="left"/>
      <w:pPr>
        <w:ind w:left="1440" w:hanging="360"/>
      </w:pPr>
      <w:rPr>
        <w:rFonts w:ascii="Courier New" w:hAnsi="Courier New" w:hint="default"/>
      </w:rPr>
    </w:lvl>
    <w:lvl w:ilvl="2" w:tplc="72E8B49E">
      <w:start w:val="1"/>
      <w:numFmt w:val="bullet"/>
      <w:lvlText w:val=""/>
      <w:lvlJc w:val="left"/>
      <w:pPr>
        <w:ind w:left="2160" w:hanging="360"/>
      </w:pPr>
      <w:rPr>
        <w:rFonts w:ascii="Wingdings" w:hAnsi="Wingdings" w:hint="default"/>
      </w:rPr>
    </w:lvl>
    <w:lvl w:ilvl="3" w:tplc="A99EB1AE">
      <w:start w:val="1"/>
      <w:numFmt w:val="bullet"/>
      <w:lvlText w:val=""/>
      <w:lvlJc w:val="left"/>
      <w:pPr>
        <w:ind w:left="2880" w:hanging="360"/>
      </w:pPr>
      <w:rPr>
        <w:rFonts w:ascii="Symbol" w:hAnsi="Symbol" w:hint="default"/>
      </w:rPr>
    </w:lvl>
    <w:lvl w:ilvl="4" w:tplc="D7406156">
      <w:start w:val="1"/>
      <w:numFmt w:val="bullet"/>
      <w:lvlText w:val="o"/>
      <w:lvlJc w:val="left"/>
      <w:pPr>
        <w:ind w:left="3600" w:hanging="360"/>
      </w:pPr>
      <w:rPr>
        <w:rFonts w:ascii="Courier New" w:hAnsi="Courier New" w:hint="default"/>
      </w:rPr>
    </w:lvl>
    <w:lvl w:ilvl="5" w:tplc="80025C00">
      <w:start w:val="1"/>
      <w:numFmt w:val="bullet"/>
      <w:lvlText w:val=""/>
      <w:lvlJc w:val="left"/>
      <w:pPr>
        <w:ind w:left="4320" w:hanging="360"/>
      </w:pPr>
      <w:rPr>
        <w:rFonts w:ascii="Wingdings" w:hAnsi="Wingdings" w:hint="default"/>
      </w:rPr>
    </w:lvl>
    <w:lvl w:ilvl="6" w:tplc="D1F41F34">
      <w:start w:val="1"/>
      <w:numFmt w:val="bullet"/>
      <w:lvlText w:val=""/>
      <w:lvlJc w:val="left"/>
      <w:pPr>
        <w:ind w:left="5040" w:hanging="360"/>
      </w:pPr>
      <w:rPr>
        <w:rFonts w:ascii="Symbol" w:hAnsi="Symbol" w:hint="default"/>
      </w:rPr>
    </w:lvl>
    <w:lvl w:ilvl="7" w:tplc="8EB8AAFC">
      <w:start w:val="1"/>
      <w:numFmt w:val="bullet"/>
      <w:lvlText w:val="o"/>
      <w:lvlJc w:val="left"/>
      <w:pPr>
        <w:ind w:left="5760" w:hanging="360"/>
      </w:pPr>
      <w:rPr>
        <w:rFonts w:ascii="Courier New" w:hAnsi="Courier New" w:hint="default"/>
      </w:rPr>
    </w:lvl>
    <w:lvl w:ilvl="8" w:tplc="08E8134A">
      <w:start w:val="1"/>
      <w:numFmt w:val="bullet"/>
      <w:lvlText w:val=""/>
      <w:lvlJc w:val="left"/>
      <w:pPr>
        <w:ind w:left="6480" w:hanging="360"/>
      </w:pPr>
      <w:rPr>
        <w:rFonts w:ascii="Wingdings" w:hAnsi="Wingdings" w:hint="default"/>
      </w:rPr>
    </w:lvl>
  </w:abstractNum>
  <w:abstractNum w:abstractNumId="27" w15:restartNumberingAfterBreak="0">
    <w:nsid w:val="60A474AF"/>
    <w:multiLevelType w:val="hybridMultilevel"/>
    <w:tmpl w:val="FFFFFFFF"/>
    <w:lvl w:ilvl="0" w:tplc="59FCA81A">
      <w:start w:val="1"/>
      <w:numFmt w:val="bullet"/>
      <w:lvlText w:val=""/>
      <w:lvlJc w:val="left"/>
      <w:pPr>
        <w:ind w:left="720" w:hanging="360"/>
      </w:pPr>
      <w:rPr>
        <w:rFonts w:ascii="Symbol" w:hAnsi="Symbol" w:hint="default"/>
      </w:rPr>
    </w:lvl>
    <w:lvl w:ilvl="1" w:tplc="6D5A7676">
      <w:start w:val="1"/>
      <w:numFmt w:val="bullet"/>
      <w:lvlText w:val="o"/>
      <w:lvlJc w:val="left"/>
      <w:pPr>
        <w:ind w:left="1440" w:hanging="360"/>
      </w:pPr>
      <w:rPr>
        <w:rFonts w:ascii="Courier New" w:hAnsi="Courier New" w:hint="default"/>
      </w:rPr>
    </w:lvl>
    <w:lvl w:ilvl="2" w:tplc="138C22AE">
      <w:start w:val="1"/>
      <w:numFmt w:val="bullet"/>
      <w:lvlText w:val=""/>
      <w:lvlJc w:val="left"/>
      <w:pPr>
        <w:ind w:left="2160" w:hanging="360"/>
      </w:pPr>
      <w:rPr>
        <w:rFonts w:ascii="Wingdings" w:hAnsi="Wingdings" w:hint="default"/>
      </w:rPr>
    </w:lvl>
    <w:lvl w:ilvl="3" w:tplc="F63CFFBC">
      <w:start w:val="1"/>
      <w:numFmt w:val="bullet"/>
      <w:lvlText w:val=""/>
      <w:lvlJc w:val="left"/>
      <w:pPr>
        <w:ind w:left="2880" w:hanging="360"/>
      </w:pPr>
      <w:rPr>
        <w:rFonts w:ascii="Symbol" w:hAnsi="Symbol" w:hint="default"/>
      </w:rPr>
    </w:lvl>
    <w:lvl w:ilvl="4" w:tplc="8FB0E7B4">
      <w:start w:val="1"/>
      <w:numFmt w:val="bullet"/>
      <w:lvlText w:val="o"/>
      <w:lvlJc w:val="left"/>
      <w:pPr>
        <w:ind w:left="3600" w:hanging="360"/>
      </w:pPr>
      <w:rPr>
        <w:rFonts w:ascii="Courier New" w:hAnsi="Courier New" w:hint="default"/>
      </w:rPr>
    </w:lvl>
    <w:lvl w:ilvl="5" w:tplc="9856BC7C">
      <w:start w:val="1"/>
      <w:numFmt w:val="bullet"/>
      <w:lvlText w:val=""/>
      <w:lvlJc w:val="left"/>
      <w:pPr>
        <w:ind w:left="4320" w:hanging="360"/>
      </w:pPr>
      <w:rPr>
        <w:rFonts w:ascii="Wingdings" w:hAnsi="Wingdings" w:hint="default"/>
      </w:rPr>
    </w:lvl>
    <w:lvl w:ilvl="6" w:tplc="6388BC22">
      <w:start w:val="1"/>
      <w:numFmt w:val="bullet"/>
      <w:lvlText w:val=""/>
      <w:lvlJc w:val="left"/>
      <w:pPr>
        <w:ind w:left="5040" w:hanging="360"/>
      </w:pPr>
      <w:rPr>
        <w:rFonts w:ascii="Symbol" w:hAnsi="Symbol" w:hint="default"/>
      </w:rPr>
    </w:lvl>
    <w:lvl w:ilvl="7" w:tplc="F312A70E">
      <w:start w:val="1"/>
      <w:numFmt w:val="bullet"/>
      <w:lvlText w:val="o"/>
      <w:lvlJc w:val="left"/>
      <w:pPr>
        <w:ind w:left="5760" w:hanging="360"/>
      </w:pPr>
      <w:rPr>
        <w:rFonts w:ascii="Courier New" w:hAnsi="Courier New" w:hint="default"/>
      </w:rPr>
    </w:lvl>
    <w:lvl w:ilvl="8" w:tplc="60BA3FF0">
      <w:start w:val="1"/>
      <w:numFmt w:val="bullet"/>
      <w:lvlText w:val=""/>
      <w:lvlJc w:val="left"/>
      <w:pPr>
        <w:ind w:left="6480" w:hanging="360"/>
      </w:pPr>
      <w:rPr>
        <w:rFonts w:ascii="Wingdings" w:hAnsi="Wingdings" w:hint="default"/>
      </w:rPr>
    </w:lvl>
  </w:abstractNum>
  <w:abstractNum w:abstractNumId="28" w15:restartNumberingAfterBreak="0">
    <w:nsid w:val="61713268"/>
    <w:multiLevelType w:val="hybridMultilevel"/>
    <w:tmpl w:val="FFFFFFFF"/>
    <w:lvl w:ilvl="0" w:tplc="24BC95A6">
      <w:start w:val="1"/>
      <w:numFmt w:val="bullet"/>
      <w:lvlText w:val=""/>
      <w:lvlJc w:val="left"/>
      <w:pPr>
        <w:ind w:left="720" w:hanging="360"/>
      </w:pPr>
      <w:rPr>
        <w:rFonts w:ascii="Symbol" w:hAnsi="Symbol" w:hint="default"/>
      </w:rPr>
    </w:lvl>
    <w:lvl w:ilvl="1" w:tplc="64A21CD6">
      <w:start w:val="1"/>
      <w:numFmt w:val="bullet"/>
      <w:lvlText w:val="o"/>
      <w:lvlJc w:val="left"/>
      <w:pPr>
        <w:ind w:left="1440" w:hanging="360"/>
      </w:pPr>
      <w:rPr>
        <w:rFonts w:ascii="Courier New" w:hAnsi="Courier New" w:hint="default"/>
      </w:rPr>
    </w:lvl>
    <w:lvl w:ilvl="2" w:tplc="A352098A">
      <w:start w:val="1"/>
      <w:numFmt w:val="bullet"/>
      <w:lvlText w:val=""/>
      <w:lvlJc w:val="left"/>
      <w:pPr>
        <w:ind w:left="2160" w:hanging="360"/>
      </w:pPr>
      <w:rPr>
        <w:rFonts w:ascii="Wingdings" w:hAnsi="Wingdings" w:hint="default"/>
      </w:rPr>
    </w:lvl>
    <w:lvl w:ilvl="3" w:tplc="33361E48">
      <w:start w:val="1"/>
      <w:numFmt w:val="bullet"/>
      <w:lvlText w:val=""/>
      <w:lvlJc w:val="left"/>
      <w:pPr>
        <w:ind w:left="2880" w:hanging="360"/>
      </w:pPr>
      <w:rPr>
        <w:rFonts w:ascii="Symbol" w:hAnsi="Symbol" w:hint="default"/>
      </w:rPr>
    </w:lvl>
    <w:lvl w:ilvl="4" w:tplc="2862A96A">
      <w:start w:val="1"/>
      <w:numFmt w:val="bullet"/>
      <w:lvlText w:val="o"/>
      <w:lvlJc w:val="left"/>
      <w:pPr>
        <w:ind w:left="3600" w:hanging="360"/>
      </w:pPr>
      <w:rPr>
        <w:rFonts w:ascii="Courier New" w:hAnsi="Courier New" w:hint="default"/>
      </w:rPr>
    </w:lvl>
    <w:lvl w:ilvl="5" w:tplc="D94CC666">
      <w:start w:val="1"/>
      <w:numFmt w:val="bullet"/>
      <w:lvlText w:val=""/>
      <w:lvlJc w:val="left"/>
      <w:pPr>
        <w:ind w:left="4320" w:hanging="360"/>
      </w:pPr>
      <w:rPr>
        <w:rFonts w:ascii="Wingdings" w:hAnsi="Wingdings" w:hint="default"/>
      </w:rPr>
    </w:lvl>
    <w:lvl w:ilvl="6" w:tplc="AF12B020">
      <w:start w:val="1"/>
      <w:numFmt w:val="bullet"/>
      <w:lvlText w:val=""/>
      <w:lvlJc w:val="left"/>
      <w:pPr>
        <w:ind w:left="5040" w:hanging="360"/>
      </w:pPr>
      <w:rPr>
        <w:rFonts w:ascii="Symbol" w:hAnsi="Symbol" w:hint="default"/>
      </w:rPr>
    </w:lvl>
    <w:lvl w:ilvl="7" w:tplc="4E86E6E0">
      <w:start w:val="1"/>
      <w:numFmt w:val="bullet"/>
      <w:lvlText w:val="o"/>
      <w:lvlJc w:val="left"/>
      <w:pPr>
        <w:ind w:left="5760" w:hanging="360"/>
      </w:pPr>
      <w:rPr>
        <w:rFonts w:ascii="Courier New" w:hAnsi="Courier New" w:hint="default"/>
      </w:rPr>
    </w:lvl>
    <w:lvl w:ilvl="8" w:tplc="C1ECF748">
      <w:start w:val="1"/>
      <w:numFmt w:val="bullet"/>
      <w:lvlText w:val=""/>
      <w:lvlJc w:val="left"/>
      <w:pPr>
        <w:ind w:left="6480" w:hanging="360"/>
      </w:pPr>
      <w:rPr>
        <w:rFonts w:ascii="Wingdings" w:hAnsi="Wingdings" w:hint="default"/>
      </w:rPr>
    </w:lvl>
  </w:abstractNum>
  <w:abstractNum w:abstractNumId="29" w15:restartNumberingAfterBreak="0">
    <w:nsid w:val="628E18D3"/>
    <w:multiLevelType w:val="hybridMultilevel"/>
    <w:tmpl w:val="8A683622"/>
    <w:lvl w:ilvl="0" w:tplc="13C48D78">
      <w:start w:val="1"/>
      <w:numFmt w:val="bullet"/>
      <w:lvlText w:val=""/>
      <w:lvlJc w:val="left"/>
      <w:pPr>
        <w:ind w:left="720" w:hanging="360"/>
      </w:pPr>
      <w:rPr>
        <w:rFonts w:ascii="Symbol" w:hAnsi="Symbol" w:hint="default"/>
      </w:rPr>
    </w:lvl>
    <w:lvl w:ilvl="1" w:tplc="C2663C86">
      <w:start w:val="1"/>
      <w:numFmt w:val="bullet"/>
      <w:lvlText w:val="o"/>
      <w:lvlJc w:val="left"/>
      <w:pPr>
        <w:ind w:left="1440" w:hanging="360"/>
      </w:pPr>
      <w:rPr>
        <w:rFonts w:ascii="Courier New" w:hAnsi="Courier New" w:hint="default"/>
      </w:rPr>
    </w:lvl>
    <w:lvl w:ilvl="2" w:tplc="5F941DEC">
      <w:start w:val="1"/>
      <w:numFmt w:val="bullet"/>
      <w:lvlText w:val=""/>
      <w:lvlJc w:val="left"/>
      <w:pPr>
        <w:ind w:left="2160" w:hanging="360"/>
      </w:pPr>
      <w:rPr>
        <w:rFonts w:ascii="Wingdings" w:hAnsi="Wingdings" w:hint="default"/>
      </w:rPr>
    </w:lvl>
    <w:lvl w:ilvl="3" w:tplc="2A42A6A2">
      <w:start w:val="1"/>
      <w:numFmt w:val="bullet"/>
      <w:lvlText w:val=""/>
      <w:lvlJc w:val="left"/>
      <w:pPr>
        <w:ind w:left="2880" w:hanging="360"/>
      </w:pPr>
      <w:rPr>
        <w:rFonts w:ascii="Symbol" w:hAnsi="Symbol" w:hint="default"/>
      </w:rPr>
    </w:lvl>
    <w:lvl w:ilvl="4" w:tplc="1B90A318">
      <w:start w:val="1"/>
      <w:numFmt w:val="bullet"/>
      <w:lvlText w:val="o"/>
      <w:lvlJc w:val="left"/>
      <w:pPr>
        <w:ind w:left="3600" w:hanging="360"/>
      </w:pPr>
      <w:rPr>
        <w:rFonts w:ascii="Courier New" w:hAnsi="Courier New" w:hint="default"/>
      </w:rPr>
    </w:lvl>
    <w:lvl w:ilvl="5" w:tplc="3B8CF7DE">
      <w:start w:val="1"/>
      <w:numFmt w:val="bullet"/>
      <w:lvlText w:val=""/>
      <w:lvlJc w:val="left"/>
      <w:pPr>
        <w:ind w:left="4320" w:hanging="360"/>
      </w:pPr>
      <w:rPr>
        <w:rFonts w:ascii="Wingdings" w:hAnsi="Wingdings" w:hint="default"/>
      </w:rPr>
    </w:lvl>
    <w:lvl w:ilvl="6" w:tplc="C2F01D3C">
      <w:start w:val="1"/>
      <w:numFmt w:val="bullet"/>
      <w:lvlText w:val=""/>
      <w:lvlJc w:val="left"/>
      <w:pPr>
        <w:ind w:left="5040" w:hanging="360"/>
      </w:pPr>
      <w:rPr>
        <w:rFonts w:ascii="Symbol" w:hAnsi="Symbol" w:hint="default"/>
      </w:rPr>
    </w:lvl>
    <w:lvl w:ilvl="7" w:tplc="DB6AFA14">
      <w:start w:val="1"/>
      <w:numFmt w:val="bullet"/>
      <w:lvlText w:val="o"/>
      <w:lvlJc w:val="left"/>
      <w:pPr>
        <w:ind w:left="5760" w:hanging="360"/>
      </w:pPr>
      <w:rPr>
        <w:rFonts w:ascii="Courier New" w:hAnsi="Courier New" w:hint="default"/>
      </w:rPr>
    </w:lvl>
    <w:lvl w:ilvl="8" w:tplc="5F329984">
      <w:start w:val="1"/>
      <w:numFmt w:val="bullet"/>
      <w:lvlText w:val=""/>
      <w:lvlJc w:val="left"/>
      <w:pPr>
        <w:ind w:left="6480" w:hanging="360"/>
      </w:pPr>
      <w:rPr>
        <w:rFonts w:ascii="Wingdings" w:hAnsi="Wingdings" w:hint="default"/>
      </w:rPr>
    </w:lvl>
  </w:abstractNum>
  <w:abstractNum w:abstractNumId="30" w15:restartNumberingAfterBreak="0">
    <w:nsid w:val="69C70013"/>
    <w:multiLevelType w:val="hybridMultilevel"/>
    <w:tmpl w:val="FFFFFFFF"/>
    <w:lvl w:ilvl="0" w:tplc="6704A0D2">
      <w:start w:val="1"/>
      <w:numFmt w:val="bullet"/>
      <w:lvlText w:val=""/>
      <w:lvlJc w:val="left"/>
      <w:pPr>
        <w:ind w:left="720" w:hanging="360"/>
      </w:pPr>
      <w:rPr>
        <w:rFonts w:ascii="Symbol" w:hAnsi="Symbol" w:hint="default"/>
      </w:rPr>
    </w:lvl>
    <w:lvl w:ilvl="1" w:tplc="434C3D5E">
      <w:start w:val="1"/>
      <w:numFmt w:val="bullet"/>
      <w:lvlText w:val="o"/>
      <w:lvlJc w:val="left"/>
      <w:pPr>
        <w:ind w:left="1440" w:hanging="360"/>
      </w:pPr>
      <w:rPr>
        <w:rFonts w:ascii="Courier New" w:hAnsi="Courier New" w:hint="default"/>
      </w:rPr>
    </w:lvl>
    <w:lvl w:ilvl="2" w:tplc="8ADEFF5C">
      <w:start w:val="1"/>
      <w:numFmt w:val="bullet"/>
      <w:lvlText w:val=""/>
      <w:lvlJc w:val="left"/>
      <w:pPr>
        <w:ind w:left="2160" w:hanging="360"/>
      </w:pPr>
      <w:rPr>
        <w:rFonts w:ascii="Wingdings" w:hAnsi="Wingdings" w:hint="default"/>
      </w:rPr>
    </w:lvl>
    <w:lvl w:ilvl="3" w:tplc="0772E636">
      <w:start w:val="1"/>
      <w:numFmt w:val="bullet"/>
      <w:lvlText w:val=""/>
      <w:lvlJc w:val="left"/>
      <w:pPr>
        <w:ind w:left="2880" w:hanging="360"/>
      </w:pPr>
      <w:rPr>
        <w:rFonts w:ascii="Symbol" w:hAnsi="Symbol" w:hint="default"/>
      </w:rPr>
    </w:lvl>
    <w:lvl w:ilvl="4" w:tplc="437A0F46">
      <w:start w:val="1"/>
      <w:numFmt w:val="bullet"/>
      <w:lvlText w:val="o"/>
      <w:lvlJc w:val="left"/>
      <w:pPr>
        <w:ind w:left="3600" w:hanging="360"/>
      </w:pPr>
      <w:rPr>
        <w:rFonts w:ascii="Courier New" w:hAnsi="Courier New" w:hint="default"/>
      </w:rPr>
    </w:lvl>
    <w:lvl w:ilvl="5" w:tplc="72B89E9E">
      <w:start w:val="1"/>
      <w:numFmt w:val="bullet"/>
      <w:lvlText w:val=""/>
      <w:lvlJc w:val="left"/>
      <w:pPr>
        <w:ind w:left="4320" w:hanging="360"/>
      </w:pPr>
      <w:rPr>
        <w:rFonts w:ascii="Wingdings" w:hAnsi="Wingdings" w:hint="default"/>
      </w:rPr>
    </w:lvl>
    <w:lvl w:ilvl="6" w:tplc="B59EDF0C">
      <w:start w:val="1"/>
      <w:numFmt w:val="bullet"/>
      <w:lvlText w:val=""/>
      <w:lvlJc w:val="left"/>
      <w:pPr>
        <w:ind w:left="5040" w:hanging="360"/>
      </w:pPr>
      <w:rPr>
        <w:rFonts w:ascii="Symbol" w:hAnsi="Symbol" w:hint="default"/>
      </w:rPr>
    </w:lvl>
    <w:lvl w:ilvl="7" w:tplc="5B80C590">
      <w:start w:val="1"/>
      <w:numFmt w:val="bullet"/>
      <w:lvlText w:val="o"/>
      <w:lvlJc w:val="left"/>
      <w:pPr>
        <w:ind w:left="5760" w:hanging="360"/>
      </w:pPr>
      <w:rPr>
        <w:rFonts w:ascii="Courier New" w:hAnsi="Courier New" w:hint="default"/>
      </w:rPr>
    </w:lvl>
    <w:lvl w:ilvl="8" w:tplc="A8C299EC">
      <w:start w:val="1"/>
      <w:numFmt w:val="bullet"/>
      <w:lvlText w:val=""/>
      <w:lvlJc w:val="left"/>
      <w:pPr>
        <w:ind w:left="6480" w:hanging="360"/>
      </w:pPr>
      <w:rPr>
        <w:rFonts w:ascii="Wingdings" w:hAnsi="Wingdings" w:hint="default"/>
      </w:rPr>
    </w:lvl>
  </w:abstractNum>
  <w:abstractNum w:abstractNumId="31" w15:restartNumberingAfterBreak="0">
    <w:nsid w:val="6A4DACEF"/>
    <w:multiLevelType w:val="hybridMultilevel"/>
    <w:tmpl w:val="FFFFFFFF"/>
    <w:lvl w:ilvl="0" w:tplc="0548F4D0">
      <w:start w:val="1"/>
      <w:numFmt w:val="decimal"/>
      <w:lvlText w:val="%1."/>
      <w:lvlJc w:val="left"/>
      <w:pPr>
        <w:ind w:left="720" w:hanging="360"/>
      </w:pPr>
    </w:lvl>
    <w:lvl w:ilvl="1" w:tplc="5FACE5DE">
      <w:start w:val="1"/>
      <w:numFmt w:val="lowerLetter"/>
      <w:lvlText w:val="%2."/>
      <w:lvlJc w:val="left"/>
      <w:pPr>
        <w:ind w:left="1440" w:hanging="360"/>
      </w:pPr>
    </w:lvl>
    <w:lvl w:ilvl="2" w:tplc="255A2F0C">
      <w:start w:val="1"/>
      <w:numFmt w:val="lowerRoman"/>
      <w:lvlText w:val="%3."/>
      <w:lvlJc w:val="right"/>
      <w:pPr>
        <w:ind w:left="2160" w:hanging="180"/>
      </w:pPr>
    </w:lvl>
    <w:lvl w:ilvl="3" w:tplc="5810EE88">
      <w:start w:val="1"/>
      <w:numFmt w:val="decimal"/>
      <w:lvlText w:val="%4."/>
      <w:lvlJc w:val="left"/>
      <w:pPr>
        <w:ind w:left="2880" w:hanging="360"/>
      </w:pPr>
    </w:lvl>
    <w:lvl w:ilvl="4" w:tplc="876CD41C">
      <w:start w:val="1"/>
      <w:numFmt w:val="lowerLetter"/>
      <w:lvlText w:val="%5."/>
      <w:lvlJc w:val="left"/>
      <w:pPr>
        <w:ind w:left="3600" w:hanging="360"/>
      </w:pPr>
    </w:lvl>
    <w:lvl w:ilvl="5" w:tplc="BF9E972E">
      <w:start w:val="1"/>
      <w:numFmt w:val="lowerRoman"/>
      <w:lvlText w:val="%6."/>
      <w:lvlJc w:val="right"/>
      <w:pPr>
        <w:ind w:left="4320" w:hanging="180"/>
      </w:pPr>
    </w:lvl>
    <w:lvl w:ilvl="6" w:tplc="69425EB2">
      <w:start w:val="1"/>
      <w:numFmt w:val="decimal"/>
      <w:lvlText w:val="%7."/>
      <w:lvlJc w:val="left"/>
      <w:pPr>
        <w:ind w:left="5040" w:hanging="360"/>
      </w:pPr>
    </w:lvl>
    <w:lvl w:ilvl="7" w:tplc="682E250C">
      <w:start w:val="1"/>
      <w:numFmt w:val="lowerLetter"/>
      <w:lvlText w:val="%8."/>
      <w:lvlJc w:val="left"/>
      <w:pPr>
        <w:ind w:left="5760" w:hanging="360"/>
      </w:pPr>
    </w:lvl>
    <w:lvl w:ilvl="8" w:tplc="A6A20272">
      <w:start w:val="1"/>
      <w:numFmt w:val="lowerRoman"/>
      <w:lvlText w:val="%9."/>
      <w:lvlJc w:val="right"/>
      <w:pPr>
        <w:ind w:left="6480" w:hanging="180"/>
      </w:pPr>
    </w:lvl>
  </w:abstractNum>
  <w:abstractNum w:abstractNumId="32" w15:restartNumberingAfterBreak="0">
    <w:nsid w:val="6B6C7FB4"/>
    <w:multiLevelType w:val="hybridMultilevel"/>
    <w:tmpl w:val="FFFFFFFF"/>
    <w:lvl w:ilvl="0" w:tplc="D35E72D6">
      <w:start w:val="1"/>
      <w:numFmt w:val="decimal"/>
      <w:lvlText w:val="%1."/>
      <w:lvlJc w:val="left"/>
      <w:pPr>
        <w:ind w:left="720" w:hanging="360"/>
      </w:pPr>
    </w:lvl>
    <w:lvl w:ilvl="1" w:tplc="EB3E4696">
      <w:start w:val="1"/>
      <w:numFmt w:val="lowerLetter"/>
      <w:lvlText w:val="%2."/>
      <w:lvlJc w:val="left"/>
      <w:pPr>
        <w:ind w:left="1440" w:hanging="360"/>
      </w:pPr>
    </w:lvl>
    <w:lvl w:ilvl="2" w:tplc="3464281E">
      <w:start w:val="1"/>
      <w:numFmt w:val="lowerRoman"/>
      <w:lvlText w:val="%3."/>
      <w:lvlJc w:val="right"/>
      <w:pPr>
        <w:ind w:left="2160" w:hanging="180"/>
      </w:pPr>
    </w:lvl>
    <w:lvl w:ilvl="3" w:tplc="4B6CDEA2">
      <w:start w:val="1"/>
      <w:numFmt w:val="decimal"/>
      <w:lvlText w:val="%4."/>
      <w:lvlJc w:val="left"/>
      <w:pPr>
        <w:ind w:left="2880" w:hanging="360"/>
      </w:pPr>
    </w:lvl>
    <w:lvl w:ilvl="4" w:tplc="8B98B660">
      <w:start w:val="1"/>
      <w:numFmt w:val="lowerLetter"/>
      <w:lvlText w:val="%5."/>
      <w:lvlJc w:val="left"/>
      <w:pPr>
        <w:ind w:left="3600" w:hanging="360"/>
      </w:pPr>
    </w:lvl>
    <w:lvl w:ilvl="5" w:tplc="1CB00B32">
      <w:start w:val="1"/>
      <w:numFmt w:val="lowerRoman"/>
      <w:lvlText w:val="%6."/>
      <w:lvlJc w:val="right"/>
      <w:pPr>
        <w:ind w:left="4320" w:hanging="180"/>
      </w:pPr>
    </w:lvl>
    <w:lvl w:ilvl="6" w:tplc="CED08624">
      <w:start w:val="1"/>
      <w:numFmt w:val="decimal"/>
      <w:lvlText w:val="%7."/>
      <w:lvlJc w:val="left"/>
      <w:pPr>
        <w:ind w:left="5040" w:hanging="360"/>
      </w:pPr>
    </w:lvl>
    <w:lvl w:ilvl="7" w:tplc="8B608B1A">
      <w:start w:val="1"/>
      <w:numFmt w:val="lowerLetter"/>
      <w:lvlText w:val="%8."/>
      <w:lvlJc w:val="left"/>
      <w:pPr>
        <w:ind w:left="5760" w:hanging="360"/>
      </w:pPr>
    </w:lvl>
    <w:lvl w:ilvl="8" w:tplc="FD7AF6E6">
      <w:start w:val="1"/>
      <w:numFmt w:val="lowerRoman"/>
      <w:lvlText w:val="%9."/>
      <w:lvlJc w:val="right"/>
      <w:pPr>
        <w:ind w:left="6480" w:hanging="180"/>
      </w:pPr>
    </w:lvl>
  </w:abstractNum>
  <w:abstractNum w:abstractNumId="33" w15:restartNumberingAfterBreak="0">
    <w:nsid w:val="6E3E553C"/>
    <w:multiLevelType w:val="hybridMultilevel"/>
    <w:tmpl w:val="FFFFFFFF"/>
    <w:lvl w:ilvl="0" w:tplc="35F6AB18">
      <w:start w:val="1"/>
      <w:numFmt w:val="bullet"/>
      <w:lvlText w:val=""/>
      <w:lvlJc w:val="left"/>
      <w:pPr>
        <w:ind w:left="720" w:hanging="360"/>
      </w:pPr>
      <w:rPr>
        <w:rFonts w:ascii="Symbol" w:hAnsi="Symbol" w:hint="default"/>
      </w:rPr>
    </w:lvl>
    <w:lvl w:ilvl="1" w:tplc="365A8248">
      <w:start w:val="1"/>
      <w:numFmt w:val="bullet"/>
      <w:lvlText w:val="o"/>
      <w:lvlJc w:val="left"/>
      <w:pPr>
        <w:ind w:left="1440" w:hanging="360"/>
      </w:pPr>
      <w:rPr>
        <w:rFonts w:ascii="Courier New" w:hAnsi="Courier New" w:hint="default"/>
      </w:rPr>
    </w:lvl>
    <w:lvl w:ilvl="2" w:tplc="AC1C2546">
      <w:start w:val="1"/>
      <w:numFmt w:val="bullet"/>
      <w:lvlText w:val=""/>
      <w:lvlJc w:val="left"/>
      <w:pPr>
        <w:ind w:left="2160" w:hanging="360"/>
      </w:pPr>
      <w:rPr>
        <w:rFonts w:ascii="Wingdings" w:hAnsi="Wingdings" w:hint="default"/>
      </w:rPr>
    </w:lvl>
    <w:lvl w:ilvl="3" w:tplc="789803DA">
      <w:start w:val="1"/>
      <w:numFmt w:val="bullet"/>
      <w:lvlText w:val=""/>
      <w:lvlJc w:val="left"/>
      <w:pPr>
        <w:ind w:left="2880" w:hanging="360"/>
      </w:pPr>
      <w:rPr>
        <w:rFonts w:ascii="Symbol" w:hAnsi="Symbol" w:hint="default"/>
      </w:rPr>
    </w:lvl>
    <w:lvl w:ilvl="4" w:tplc="FB7ED954">
      <w:start w:val="1"/>
      <w:numFmt w:val="bullet"/>
      <w:lvlText w:val="o"/>
      <w:lvlJc w:val="left"/>
      <w:pPr>
        <w:ind w:left="3600" w:hanging="360"/>
      </w:pPr>
      <w:rPr>
        <w:rFonts w:ascii="Courier New" w:hAnsi="Courier New" w:hint="default"/>
      </w:rPr>
    </w:lvl>
    <w:lvl w:ilvl="5" w:tplc="28BACFEE">
      <w:start w:val="1"/>
      <w:numFmt w:val="bullet"/>
      <w:lvlText w:val=""/>
      <w:lvlJc w:val="left"/>
      <w:pPr>
        <w:ind w:left="4320" w:hanging="360"/>
      </w:pPr>
      <w:rPr>
        <w:rFonts w:ascii="Wingdings" w:hAnsi="Wingdings" w:hint="default"/>
      </w:rPr>
    </w:lvl>
    <w:lvl w:ilvl="6" w:tplc="5644F428">
      <w:start w:val="1"/>
      <w:numFmt w:val="bullet"/>
      <w:lvlText w:val=""/>
      <w:lvlJc w:val="left"/>
      <w:pPr>
        <w:ind w:left="5040" w:hanging="360"/>
      </w:pPr>
      <w:rPr>
        <w:rFonts w:ascii="Symbol" w:hAnsi="Symbol" w:hint="default"/>
      </w:rPr>
    </w:lvl>
    <w:lvl w:ilvl="7" w:tplc="31389C0A">
      <w:start w:val="1"/>
      <w:numFmt w:val="bullet"/>
      <w:lvlText w:val="o"/>
      <w:lvlJc w:val="left"/>
      <w:pPr>
        <w:ind w:left="5760" w:hanging="360"/>
      </w:pPr>
      <w:rPr>
        <w:rFonts w:ascii="Courier New" w:hAnsi="Courier New" w:hint="default"/>
      </w:rPr>
    </w:lvl>
    <w:lvl w:ilvl="8" w:tplc="AE0451FE">
      <w:start w:val="1"/>
      <w:numFmt w:val="bullet"/>
      <w:lvlText w:val=""/>
      <w:lvlJc w:val="left"/>
      <w:pPr>
        <w:ind w:left="6480" w:hanging="360"/>
      </w:pPr>
      <w:rPr>
        <w:rFonts w:ascii="Wingdings" w:hAnsi="Wingdings" w:hint="default"/>
      </w:rPr>
    </w:lvl>
  </w:abstractNum>
  <w:abstractNum w:abstractNumId="34" w15:restartNumberingAfterBreak="0">
    <w:nsid w:val="6E432907"/>
    <w:multiLevelType w:val="hybridMultilevel"/>
    <w:tmpl w:val="26781358"/>
    <w:lvl w:ilvl="0" w:tplc="8BC8ECF4">
      <w:start w:val="1"/>
      <w:numFmt w:val="bullet"/>
      <w:lvlText w:val=""/>
      <w:lvlJc w:val="left"/>
      <w:pPr>
        <w:ind w:left="720" w:hanging="360"/>
      </w:pPr>
      <w:rPr>
        <w:rFonts w:ascii="Symbol" w:hAnsi="Symbol" w:hint="default"/>
      </w:rPr>
    </w:lvl>
    <w:lvl w:ilvl="1" w:tplc="0922A7AA">
      <w:start w:val="1"/>
      <w:numFmt w:val="bullet"/>
      <w:lvlText w:val="o"/>
      <w:lvlJc w:val="left"/>
      <w:pPr>
        <w:ind w:left="1440" w:hanging="360"/>
      </w:pPr>
      <w:rPr>
        <w:rFonts w:ascii="Courier New" w:hAnsi="Courier New" w:hint="default"/>
      </w:rPr>
    </w:lvl>
    <w:lvl w:ilvl="2" w:tplc="CAFEF084">
      <w:start w:val="1"/>
      <w:numFmt w:val="bullet"/>
      <w:lvlText w:val=""/>
      <w:lvlJc w:val="left"/>
      <w:pPr>
        <w:ind w:left="2160" w:hanging="360"/>
      </w:pPr>
      <w:rPr>
        <w:rFonts w:ascii="Wingdings" w:hAnsi="Wingdings" w:hint="default"/>
      </w:rPr>
    </w:lvl>
    <w:lvl w:ilvl="3" w:tplc="99C6CB54">
      <w:start w:val="1"/>
      <w:numFmt w:val="bullet"/>
      <w:lvlText w:val=""/>
      <w:lvlJc w:val="left"/>
      <w:pPr>
        <w:ind w:left="2880" w:hanging="360"/>
      </w:pPr>
      <w:rPr>
        <w:rFonts w:ascii="Symbol" w:hAnsi="Symbol" w:hint="default"/>
      </w:rPr>
    </w:lvl>
    <w:lvl w:ilvl="4" w:tplc="DD8C028A">
      <w:start w:val="1"/>
      <w:numFmt w:val="bullet"/>
      <w:lvlText w:val="o"/>
      <w:lvlJc w:val="left"/>
      <w:pPr>
        <w:ind w:left="3600" w:hanging="360"/>
      </w:pPr>
      <w:rPr>
        <w:rFonts w:ascii="Courier New" w:hAnsi="Courier New" w:hint="default"/>
      </w:rPr>
    </w:lvl>
    <w:lvl w:ilvl="5" w:tplc="A9F0CBCC">
      <w:start w:val="1"/>
      <w:numFmt w:val="bullet"/>
      <w:lvlText w:val=""/>
      <w:lvlJc w:val="left"/>
      <w:pPr>
        <w:ind w:left="4320" w:hanging="360"/>
      </w:pPr>
      <w:rPr>
        <w:rFonts w:ascii="Wingdings" w:hAnsi="Wingdings" w:hint="default"/>
      </w:rPr>
    </w:lvl>
    <w:lvl w:ilvl="6" w:tplc="FC70F1E4">
      <w:start w:val="1"/>
      <w:numFmt w:val="bullet"/>
      <w:lvlText w:val=""/>
      <w:lvlJc w:val="left"/>
      <w:pPr>
        <w:ind w:left="5040" w:hanging="360"/>
      </w:pPr>
      <w:rPr>
        <w:rFonts w:ascii="Symbol" w:hAnsi="Symbol" w:hint="default"/>
      </w:rPr>
    </w:lvl>
    <w:lvl w:ilvl="7" w:tplc="42FC52BE">
      <w:start w:val="1"/>
      <w:numFmt w:val="bullet"/>
      <w:lvlText w:val="o"/>
      <w:lvlJc w:val="left"/>
      <w:pPr>
        <w:ind w:left="5760" w:hanging="360"/>
      </w:pPr>
      <w:rPr>
        <w:rFonts w:ascii="Courier New" w:hAnsi="Courier New" w:hint="default"/>
      </w:rPr>
    </w:lvl>
    <w:lvl w:ilvl="8" w:tplc="A44EE030">
      <w:start w:val="1"/>
      <w:numFmt w:val="bullet"/>
      <w:lvlText w:val=""/>
      <w:lvlJc w:val="left"/>
      <w:pPr>
        <w:ind w:left="6480" w:hanging="360"/>
      </w:pPr>
      <w:rPr>
        <w:rFonts w:ascii="Wingdings" w:hAnsi="Wingdings" w:hint="default"/>
      </w:rPr>
    </w:lvl>
  </w:abstractNum>
  <w:abstractNum w:abstractNumId="35" w15:restartNumberingAfterBreak="0">
    <w:nsid w:val="7135D161"/>
    <w:multiLevelType w:val="hybridMultilevel"/>
    <w:tmpl w:val="FCC6C6A6"/>
    <w:lvl w:ilvl="0" w:tplc="68F615D8">
      <w:start w:val="1"/>
      <w:numFmt w:val="bullet"/>
      <w:lvlText w:val=""/>
      <w:lvlJc w:val="left"/>
      <w:pPr>
        <w:ind w:left="720" w:hanging="360"/>
      </w:pPr>
      <w:rPr>
        <w:rFonts w:ascii="Symbol" w:hAnsi="Symbol" w:hint="default"/>
      </w:rPr>
    </w:lvl>
    <w:lvl w:ilvl="1" w:tplc="5CFE0F82">
      <w:start w:val="1"/>
      <w:numFmt w:val="bullet"/>
      <w:lvlText w:val="o"/>
      <w:lvlJc w:val="left"/>
      <w:pPr>
        <w:ind w:left="1440" w:hanging="360"/>
      </w:pPr>
      <w:rPr>
        <w:rFonts w:ascii="Courier New" w:hAnsi="Courier New" w:hint="default"/>
      </w:rPr>
    </w:lvl>
    <w:lvl w:ilvl="2" w:tplc="42A8BA5E">
      <w:start w:val="1"/>
      <w:numFmt w:val="bullet"/>
      <w:lvlText w:val=""/>
      <w:lvlJc w:val="left"/>
      <w:pPr>
        <w:ind w:left="2160" w:hanging="360"/>
      </w:pPr>
      <w:rPr>
        <w:rFonts w:ascii="Wingdings" w:hAnsi="Wingdings" w:hint="default"/>
      </w:rPr>
    </w:lvl>
    <w:lvl w:ilvl="3" w:tplc="3A6E1B38">
      <w:start w:val="1"/>
      <w:numFmt w:val="bullet"/>
      <w:lvlText w:val=""/>
      <w:lvlJc w:val="left"/>
      <w:pPr>
        <w:ind w:left="2880" w:hanging="360"/>
      </w:pPr>
      <w:rPr>
        <w:rFonts w:ascii="Symbol" w:hAnsi="Symbol" w:hint="default"/>
      </w:rPr>
    </w:lvl>
    <w:lvl w:ilvl="4" w:tplc="86DC3220">
      <w:start w:val="1"/>
      <w:numFmt w:val="bullet"/>
      <w:lvlText w:val="o"/>
      <w:lvlJc w:val="left"/>
      <w:pPr>
        <w:ind w:left="3600" w:hanging="360"/>
      </w:pPr>
      <w:rPr>
        <w:rFonts w:ascii="Courier New" w:hAnsi="Courier New" w:hint="default"/>
      </w:rPr>
    </w:lvl>
    <w:lvl w:ilvl="5" w:tplc="695EC9FC">
      <w:start w:val="1"/>
      <w:numFmt w:val="bullet"/>
      <w:lvlText w:val=""/>
      <w:lvlJc w:val="left"/>
      <w:pPr>
        <w:ind w:left="4320" w:hanging="360"/>
      </w:pPr>
      <w:rPr>
        <w:rFonts w:ascii="Wingdings" w:hAnsi="Wingdings" w:hint="default"/>
      </w:rPr>
    </w:lvl>
    <w:lvl w:ilvl="6" w:tplc="85F2F83A">
      <w:start w:val="1"/>
      <w:numFmt w:val="bullet"/>
      <w:lvlText w:val=""/>
      <w:lvlJc w:val="left"/>
      <w:pPr>
        <w:ind w:left="5040" w:hanging="360"/>
      </w:pPr>
      <w:rPr>
        <w:rFonts w:ascii="Symbol" w:hAnsi="Symbol" w:hint="default"/>
      </w:rPr>
    </w:lvl>
    <w:lvl w:ilvl="7" w:tplc="89F02E3A">
      <w:start w:val="1"/>
      <w:numFmt w:val="bullet"/>
      <w:lvlText w:val="o"/>
      <w:lvlJc w:val="left"/>
      <w:pPr>
        <w:ind w:left="5760" w:hanging="360"/>
      </w:pPr>
      <w:rPr>
        <w:rFonts w:ascii="Courier New" w:hAnsi="Courier New" w:hint="default"/>
      </w:rPr>
    </w:lvl>
    <w:lvl w:ilvl="8" w:tplc="E1227E5C">
      <w:start w:val="1"/>
      <w:numFmt w:val="bullet"/>
      <w:lvlText w:val=""/>
      <w:lvlJc w:val="left"/>
      <w:pPr>
        <w:ind w:left="6480" w:hanging="360"/>
      </w:pPr>
      <w:rPr>
        <w:rFonts w:ascii="Wingdings" w:hAnsi="Wingdings" w:hint="default"/>
      </w:rPr>
    </w:lvl>
  </w:abstractNum>
  <w:abstractNum w:abstractNumId="36" w15:restartNumberingAfterBreak="0">
    <w:nsid w:val="7809C5E5"/>
    <w:multiLevelType w:val="hybridMultilevel"/>
    <w:tmpl w:val="4CDC033A"/>
    <w:lvl w:ilvl="0" w:tplc="1C30DC68">
      <w:start w:val="1"/>
      <w:numFmt w:val="bullet"/>
      <w:lvlText w:val=""/>
      <w:lvlJc w:val="left"/>
      <w:pPr>
        <w:ind w:left="720" w:hanging="360"/>
      </w:pPr>
      <w:rPr>
        <w:rFonts w:ascii="Symbol" w:hAnsi="Symbol" w:hint="default"/>
      </w:rPr>
    </w:lvl>
    <w:lvl w:ilvl="1" w:tplc="0A526A62">
      <w:start w:val="1"/>
      <w:numFmt w:val="bullet"/>
      <w:lvlText w:val="o"/>
      <w:lvlJc w:val="left"/>
      <w:pPr>
        <w:ind w:left="1440" w:hanging="360"/>
      </w:pPr>
      <w:rPr>
        <w:rFonts w:ascii="Courier New" w:hAnsi="Courier New" w:hint="default"/>
      </w:rPr>
    </w:lvl>
    <w:lvl w:ilvl="2" w:tplc="9EB65E1A">
      <w:start w:val="1"/>
      <w:numFmt w:val="bullet"/>
      <w:lvlText w:val=""/>
      <w:lvlJc w:val="left"/>
      <w:pPr>
        <w:ind w:left="2160" w:hanging="360"/>
      </w:pPr>
      <w:rPr>
        <w:rFonts w:ascii="Wingdings" w:hAnsi="Wingdings" w:hint="default"/>
      </w:rPr>
    </w:lvl>
    <w:lvl w:ilvl="3" w:tplc="65725862">
      <w:start w:val="1"/>
      <w:numFmt w:val="bullet"/>
      <w:lvlText w:val=""/>
      <w:lvlJc w:val="left"/>
      <w:pPr>
        <w:ind w:left="2880" w:hanging="360"/>
      </w:pPr>
      <w:rPr>
        <w:rFonts w:ascii="Symbol" w:hAnsi="Symbol" w:hint="default"/>
      </w:rPr>
    </w:lvl>
    <w:lvl w:ilvl="4" w:tplc="1526B9BE">
      <w:start w:val="1"/>
      <w:numFmt w:val="bullet"/>
      <w:lvlText w:val="o"/>
      <w:lvlJc w:val="left"/>
      <w:pPr>
        <w:ind w:left="3600" w:hanging="360"/>
      </w:pPr>
      <w:rPr>
        <w:rFonts w:ascii="Courier New" w:hAnsi="Courier New" w:hint="default"/>
      </w:rPr>
    </w:lvl>
    <w:lvl w:ilvl="5" w:tplc="30E06C60">
      <w:start w:val="1"/>
      <w:numFmt w:val="bullet"/>
      <w:lvlText w:val=""/>
      <w:lvlJc w:val="left"/>
      <w:pPr>
        <w:ind w:left="4320" w:hanging="360"/>
      </w:pPr>
      <w:rPr>
        <w:rFonts w:ascii="Wingdings" w:hAnsi="Wingdings" w:hint="default"/>
      </w:rPr>
    </w:lvl>
    <w:lvl w:ilvl="6" w:tplc="17B6E284">
      <w:start w:val="1"/>
      <w:numFmt w:val="bullet"/>
      <w:lvlText w:val=""/>
      <w:lvlJc w:val="left"/>
      <w:pPr>
        <w:ind w:left="5040" w:hanging="360"/>
      </w:pPr>
      <w:rPr>
        <w:rFonts w:ascii="Symbol" w:hAnsi="Symbol" w:hint="default"/>
      </w:rPr>
    </w:lvl>
    <w:lvl w:ilvl="7" w:tplc="7A604044">
      <w:start w:val="1"/>
      <w:numFmt w:val="bullet"/>
      <w:lvlText w:val="o"/>
      <w:lvlJc w:val="left"/>
      <w:pPr>
        <w:ind w:left="5760" w:hanging="360"/>
      </w:pPr>
      <w:rPr>
        <w:rFonts w:ascii="Courier New" w:hAnsi="Courier New" w:hint="default"/>
      </w:rPr>
    </w:lvl>
    <w:lvl w:ilvl="8" w:tplc="00762A66">
      <w:start w:val="1"/>
      <w:numFmt w:val="bullet"/>
      <w:lvlText w:val=""/>
      <w:lvlJc w:val="left"/>
      <w:pPr>
        <w:ind w:left="6480" w:hanging="360"/>
      </w:pPr>
      <w:rPr>
        <w:rFonts w:ascii="Wingdings" w:hAnsi="Wingdings" w:hint="default"/>
      </w:rPr>
    </w:lvl>
  </w:abstractNum>
  <w:abstractNum w:abstractNumId="37" w15:restartNumberingAfterBreak="0">
    <w:nsid w:val="78AE0E72"/>
    <w:multiLevelType w:val="hybridMultilevel"/>
    <w:tmpl w:val="7486926C"/>
    <w:lvl w:ilvl="0" w:tplc="6FD84242">
      <w:numFmt w:val="bullet"/>
      <w:lvlText w:val="-"/>
      <w:lvlJc w:val="left"/>
      <w:pPr>
        <w:ind w:left="720" w:hanging="360"/>
      </w:pPr>
      <w:rPr>
        <w:rFonts w:ascii="Gill Sans MT" w:eastAsia="Gill Sans MT" w:hAnsi="Gill Sans MT"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131A33"/>
    <w:multiLevelType w:val="hybridMultilevel"/>
    <w:tmpl w:val="FFFFFFFF"/>
    <w:lvl w:ilvl="0" w:tplc="EAEACDDA">
      <w:start w:val="1"/>
      <w:numFmt w:val="bullet"/>
      <w:lvlText w:val=""/>
      <w:lvlJc w:val="left"/>
      <w:pPr>
        <w:ind w:left="720" w:hanging="360"/>
      </w:pPr>
      <w:rPr>
        <w:rFonts w:ascii="Symbol" w:hAnsi="Symbol" w:hint="default"/>
      </w:rPr>
    </w:lvl>
    <w:lvl w:ilvl="1" w:tplc="AC48DCB0">
      <w:start w:val="1"/>
      <w:numFmt w:val="bullet"/>
      <w:lvlText w:val="o"/>
      <w:lvlJc w:val="left"/>
      <w:pPr>
        <w:ind w:left="1440" w:hanging="360"/>
      </w:pPr>
      <w:rPr>
        <w:rFonts w:ascii="Courier New" w:hAnsi="Courier New" w:hint="default"/>
      </w:rPr>
    </w:lvl>
    <w:lvl w:ilvl="2" w:tplc="0FDEF46E">
      <w:start w:val="1"/>
      <w:numFmt w:val="bullet"/>
      <w:lvlText w:val=""/>
      <w:lvlJc w:val="left"/>
      <w:pPr>
        <w:ind w:left="2160" w:hanging="360"/>
      </w:pPr>
      <w:rPr>
        <w:rFonts w:ascii="Wingdings" w:hAnsi="Wingdings" w:hint="default"/>
      </w:rPr>
    </w:lvl>
    <w:lvl w:ilvl="3" w:tplc="C8A882BA">
      <w:start w:val="1"/>
      <w:numFmt w:val="bullet"/>
      <w:lvlText w:val=""/>
      <w:lvlJc w:val="left"/>
      <w:pPr>
        <w:ind w:left="2880" w:hanging="360"/>
      </w:pPr>
      <w:rPr>
        <w:rFonts w:ascii="Symbol" w:hAnsi="Symbol" w:hint="default"/>
      </w:rPr>
    </w:lvl>
    <w:lvl w:ilvl="4" w:tplc="94925040">
      <w:start w:val="1"/>
      <w:numFmt w:val="bullet"/>
      <w:lvlText w:val="o"/>
      <w:lvlJc w:val="left"/>
      <w:pPr>
        <w:ind w:left="3600" w:hanging="360"/>
      </w:pPr>
      <w:rPr>
        <w:rFonts w:ascii="Courier New" w:hAnsi="Courier New" w:hint="default"/>
      </w:rPr>
    </w:lvl>
    <w:lvl w:ilvl="5" w:tplc="2DF4633C">
      <w:start w:val="1"/>
      <w:numFmt w:val="bullet"/>
      <w:lvlText w:val=""/>
      <w:lvlJc w:val="left"/>
      <w:pPr>
        <w:ind w:left="4320" w:hanging="360"/>
      </w:pPr>
      <w:rPr>
        <w:rFonts w:ascii="Wingdings" w:hAnsi="Wingdings" w:hint="default"/>
      </w:rPr>
    </w:lvl>
    <w:lvl w:ilvl="6" w:tplc="947251DE">
      <w:start w:val="1"/>
      <w:numFmt w:val="bullet"/>
      <w:lvlText w:val=""/>
      <w:lvlJc w:val="left"/>
      <w:pPr>
        <w:ind w:left="5040" w:hanging="360"/>
      </w:pPr>
      <w:rPr>
        <w:rFonts w:ascii="Symbol" w:hAnsi="Symbol" w:hint="default"/>
      </w:rPr>
    </w:lvl>
    <w:lvl w:ilvl="7" w:tplc="382ECCF8">
      <w:start w:val="1"/>
      <w:numFmt w:val="bullet"/>
      <w:lvlText w:val="o"/>
      <w:lvlJc w:val="left"/>
      <w:pPr>
        <w:ind w:left="5760" w:hanging="360"/>
      </w:pPr>
      <w:rPr>
        <w:rFonts w:ascii="Courier New" w:hAnsi="Courier New" w:hint="default"/>
      </w:rPr>
    </w:lvl>
    <w:lvl w:ilvl="8" w:tplc="E2D47A3C">
      <w:start w:val="1"/>
      <w:numFmt w:val="bullet"/>
      <w:lvlText w:val=""/>
      <w:lvlJc w:val="left"/>
      <w:pPr>
        <w:ind w:left="6480" w:hanging="360"/>
      </w:pPr>
      <w:rPr>
        <w:rFonts w:ascii="Wingdings" w:hAnsi="Wingdings" w:hint="default"/>
      </w:rPr>
    </w:lvl>
  </w:abstractNum>
  <w:abstractNum w:abstractNumId="39" w15:restartNumberingAfterBreak="0">
    <w:nsid w:val="7A2C94CC"/>
    <w:multiLevelType w:val="hybridMultilevel"/>
    <w:tmpl w:val="4038223A"/>
    <w:lvl w:ilvl="0" w:tplc="833ABC12">
      <w:start w:val="1"/>
      <w:numFmt w:val="bullet"/>
      <w:lvlText w:val=""/>
      <w:lvlJc w:val="left"/>
      <w:pPr>
        <w:ind w:left="720" w:hanging="360"/>
      </w:pPr>
      <w:rPr>
        <w:rFonts w:ascii="Symbol" w:hAnsi="Symbol" w:hint="default"/>
      </w:rPr>
    </w:lvl>
    <w:lvl w:ilvl="1" w:tplc="8F289252">
      <w:start w:val="1"/>
      <w:numFmt w:val="bullet"/>
      <w:lvlText w:val="o"/>
      <w:lvlJc w:val="left"/>
      <w:pPr>
        <w:ind w:left="1440" w:hanging="360"/>
      </w:pPr>
      <w:rPr>
        <w:rFonts w:ascii="Courier New" w:hAnsi="Courier New" w:hint="default"/>
      </w:rPr>
    </w:lvl>
    <w:lvl w:ilvl="2" w:tplc="C9A44A52">
      <w:start w:val="1"/>
      <w:numFmt w:val="bullet"/>
      <w:lvlText w:val=""/>
      <w:lvlJc w:val="left"/>
      <w:pPr>
        <w:ind w:left="2160" w:hanging="360"/>
      </w:pPr>
      <w:rPr>
        <w:rFonts w:ascii="Wingdings" w:hAnsi="Wingdings" w:hint="default"/>
      </w:rPr>
    </w:lvl>
    <w:lvl w:ilvl="3" w:tplc="8528B318">
      <w:start w:val="1"/>
      <w:numFmt w:val="bullet"/>
      <w:lvlText w:val=""/>
      <w:lvlJc w:val="left"/>
      <w:pPr>
        <w:ind w:left="2880" w:hanging="360"/>
      </w:pPr>
      <w:rPr>
        <w:rFonts w:ascii="Symbol" w:hAnsi="Symbol" w:hint="default"/>
      </w:rPr>
    </w:lvl>
    <w:lvl w:ilvl="4" w:tplc="1E7E2704">
      <w:start w:val="1"/>
      <w:numFmt w:val="bullet"/>
      <w:lvlText w:val="o"/>
      <w:lvlJc w:val="left"/>
      <w:pPr>
        <w:ind w:left="3600" w:hanging="360"/>
      </w:pPr>
      <w:rPr>
        <w:rFonts w:ascii="Courier New" w:hAnsi="Courier New" w:hint="default"/>
      </w:rPr>
    </w:lvl>
    <w:lvl w:ilvl="5" w:tplc="3278B30A">
      <w:start w:val="1"/>
      <w:numFmt w:val="bullet"/>
      <w:lvlText w:val=""/>
      <w:lvlJc w:val="left"/>
      <w:pPr>
        <w:ind w:left="4320" w:hanging="360"/>
      </w:pPr>
      <w:rPr>
        <w:rFonts w:ascii="Wingdings" w:hAnsi="Wingdings" w:hint="default"/>
      </w:rPr>
    </w:lvl>
    <w:lvl w:ilvl="6" w:tplc="3F1C7F3C">
      <w:start w:val="1"/>
      <w:numFmt w:val="bullet"/>
      <w:lvlText w:val=""/>
      <w:lvlJc w:val="left"/>
      <w:pPr>
        <w:ind w:left="5040" w:hanging="360"/>
      </w:pPr>
      <w:rPr>
        <w:rFonts w:ascii="Symbol" w:hAnsi="Symbol" w:hint="default"/>
      </w:rPr>
    </w:lvl>
    <w:lvl w:ilvl="7" w:tplc="930CB93C">
      <w:start w:val="1"/>
      <w:numFmt w:val="bullet"/>
      <w:lvlText w:val="o"/>
      <w:lvlJc w:val="left"/>
      <w:pPr>
        <w:ind w:left="5760" w:hanging="360"/>
      </w:pPr>
      <w:rPr>
        <w:rFonts w:ascii="Courier New" w:hAnsi="Courier New" w:hint="default"/>
      </w:rPr>
    </w:lvl>
    <w:lvl w:ilvl="8" w:tplc="AC6E80F2">
      <w:start w:val="1"/>
      <w:numFmt w:val="bullet"/>
      <w:lvlText w:val=""/>
      <w:lvlJc w:val="left"/>
      <w:pPr>
        <w:ind w:left="6480" w:hanging="360"/>
      </w:pPr>
      <w:rPr>
        <w:rFonts w:ascii="Wingdings" w:hAnsi="Wingdings" w:hint="default"/>
      </w:rPr>
    </w:lvl>
  </w:abstractNum>
  <w:abstractNum w:abstractNumId="40" w15:restartNumberingAfterBreak="0">
    <w:nsid w:val="7D2555E5"/>
    <w:multiLevelType w:val="hybridMultilevel"/>
    <w:tmpl w:val="FFFFFFFF"/>
    <w:lvl w:ilvl="0" w:tplc="44D4FF36">
      <w:start w:val="1"/>
      <w:numFmt w:val="bullet"/>
      <w:lvlText w:val=""/>
      <w:lvlJc w:val="left"/>
      <w:pPr>
        <w:ind w:left="720" w:hanging="360"/>
      </w:pPr>
      <w:rPr>
        <w:rFonts w:ascii="Symbol" w:hAnsi="Symbol" w:hint="default"/>
      </w:rPr>
    </w:lvl>
    <w:lvl w:ilvl="1" w:tplc="642ED740">
      <w:start w:val="1"/>
      <w:numFmt w:val="bullet"/>
      <w:lvlText w:val="o"/>
      <w:lvlJc w:val="left"/>
      <w:pPr>
        <w:ind w:left="1440" w:hanging="360"/>
      </w:pPr>
      <w:rPr>
        <w:rFonts w:ascii="Courier New" w:hAnsi="Courier New" w:hint="default"/>
      </w:rPr>
    </w:lvl>
    <w:lvl w:ilvl="2" w:tplc="6736EADC">
      <w:start w:val="1"/>
      <w:numFmt w:val="bullet"/>
      <w:lvlText w:val=""/>
      <w:lvlJc w:val="left"/>
      <w:pPr>
        <w:ind w:left="2160" w:hanging="360"/>
      </w:pPr>
      <w:rPr>
        <w:rFonts w:ascii="Wingdings" w:hAnsi="Wingdings" w:hint="default"/>
      </w:rPr>
    </w:lvl>
    <w:lvl w:ilvl="3" w:tplc="9B4E9636">
      <w:start w:val="1"/>
      <w:numFmt w:val="bullet"/>
      <w:lvlText w:val=""/>
      <w:lvlJc w:val="left"/>
      <w:pPr>
        <w:ind w:left="2880" w:hanging="360"/>
      </w:pPr>
      <w:rPr>
        <w:rFonts w:ascii="Symbol" w:hAnsi="Symbol" w:hint="default"/>
      </w:rPr>
    </w:lvl>
    <w:lvl w:ilvl="4" w:tplc="274CF67A">
      <w:start w:val="1"/>
      <w:numFmt w:val="bullet"/>
      <w:lvlText w:val="o"/>
      <w:lvlJc w:val="left"/>
      <w:pPr>
        <w:ind w:left="3600" w:hanging="360"/>
      </w:pPr>
      <w:rPr>
        <w:rFonts w:ascii="Courier New" w:hAnsi="Courier New" w:hint="default"/>
      </w:rPr>
    </w:lvl>
    <w:lvl w:ilvl="5" w:tplc="293A1C54">
      <w:start w:val="1"/>
      <w:numFmt w:val="bullet"/>
      <w:lvlText w:val=""/>
      <w:lvlJc w:val="left"/>
      <w:pPr>
        <w:ind w:left="4320" w:hanging="360"/>
      </w:pPr>
      <w:rPr>
        <w:rFonts w:ascii="Wingdings" w:hAnsi="Wingdings" w:hint="default"/>
      </w:rPr>
    </w:lvl>
    <w:lvl w:ilvl="6" w:tplc="3F8E9E72">
      <w:start w:val="1"/>
      <w:numFmt w:val="bullet"/>
      <w:lvlText w:val=""/>
      <w:lvlJc w:val="left"/>
      <w:pPr>
        <w:ind w:left="5040" w:hanging="360"/>
      </w:pPr>
      <w:rPr>
        <w:rFonts w:ascii="Symbol" w:hAnsi="Symbol" w:hint="default"/>
      </w:rPr>
    </w:lvl>
    <w:lvl w:ilvl="7" w:tplc="1618FB66">
      <w:start w:val="1"/>
      <w:numFmt w:val="bullet"/>
      <w:lvlText w:val="o"/>
      <w:lvlJc w:val="left"/>
      <w:pPr>
        <w:ind w:left="5760" w:hanging="360"/>
      </w:pPr>
      <w:rPr>
        <w:rFonts w:ascii="Courier New" w:hAnsi="Courier New" w:hint="default"/>
      </w:rPr>
    </w:lvl>
    <w:lvl w:ilvl="8" w:tplc="45C4E512">
      <w:start w:val="1"/>
      <w:numFmt w:val="bullet"/>
      <w:lvlText w:val=""/>
      <w:lvlJc w:val="left"/>
      <w:pPr>
        <w:ind w:left="6480" w:hanging="360"/>
      </w:pPr>
      <w:rPr>
        <w:rFonts w:ascii="Wingdings" w:hAnsi="Wingdings" w:hint="default"/>
      </w:rPr>
    </w:lvl>
  </w:abstractNum>
  <w:abstractNum w:abstractNumId="41" w15:restartNumberingAfterBreak="0">
    <w:nsid w:val="7DAAC757"/>
    <w:multiLevelType w:val="hybridMultilevel"/>
    <w:tmpl w:val="FFFFFFFF"/>
    <w:lvl w:ilvl="0" w:tplc="7174D0D6">
      <w:start w:val="1"/>
      <w:numFmt w:val="bullet"/>
      <w:lvlText w:val=""/>
      <w:lvlJc w:val="left"/>
      <w:pPr>
        <w:ind w:left="720" w:hanging="360"/>
      </w:pPr>
      <w:rPr>
        <w:rFonts w:ascii="Symbol" w:hAnsi="Symbol" w:hint="default"/>
      </w:rPr>
    </w:lvl>
    <w:lvl w:ilvl="1" w:tplc="3FF653D0">
      <w:start w:val="1"/>
      <w:numFmt w:val="bullet"/>
      <w:lvlText w:val="o"/>
      <w:lvlJc w:val="left"/>
      <w:pPr>
        <w:ind w:left="1440" w:hanging="360"/>
      </w:pPr>
      <w:rPr>
        <w:rFonts w:ascii="Courier New" w:hAnsi="Courier New" w:hint="default"/>
      </w:rPr>
    </w:lvl>
    <w:lvl w:ilvl="2" w:tplc="C5EA14F0">
      <w:start w:val="1"/>
      <w:numFmt w:val="bullet"/>
      <w:lvlText w:val=""/>
      <w:lvlJc w:val="left"/>
      <w:pPr>
        <w:ind w:left="2160" w:hanging="360"/>
      </w:pPr>
      <w:rPr>
        <w:rFonts w:ascii="Wingdings" w:hAnsi="Wingdings" w:hint="default"/>
      </w:rPr>
    </w:lvl>
    <w:lvl w:ilvl="3" w:tplc="AFE6956A">
      <w:start w:val="1"/>
      <w:numFmt w:val="bullet"/>
      <w:lvlText w:val=""/>
      <w:lvlJc w:val="left"/>
      <w:pPr>
        <w:ind w:left="2880" w:hanging="360"/>
      </w:pPr>
      <w:rPr>
        <w:rFonts w:ascii="Symbol" w:hAnsi="Symbol" w:hint="default"/>
      </w:rPr>
    </w:lvl>
    <w:lvl w:ilvl="4" w:tplc="6FAA6866">
      <w:start w:val="1"/>
      <w:numFmt w:val="bullet"/>
      <w:lvlText w:val="o"/>
      <w:lvlJc w:val="left"/>
      <w:pPr>
        <w:ind w:left="3600" w:hanging="360"/>
      </w:pPr>
      <w:rPr>
        <w:rFonts w:ascii="Courier New" w:hAnsi="Courier New" w:hint="default"/>
      </w:rPr>
    </w:lvl>
    <w:lvl w:ilvl="5" w:tplc="9718FAA2">
      <w:start w:val="1"/>
      <w:numFmt w:val="bullet"/>
      <w:lvlText w:val=""/>
      <w:lvlJc w:val="left"/>
      <w:pPr>
        <w:ind w:left="4320" w:hanging="360"/>
      </w:pPr>
      <w:rPr>
        <w:rFonts w:ascii="Wingdings" w:hAnsi="Wingdings" w:hint="default"/>
      </w:rPr>
    </w:lvl>
    <w:lvl w:ilvl="6" w:tplc="9E6AC218">
      <w:start w:val="1"/>
      <w:numFmt w:val="bullet"/>
      <w:lvlText w:val=""/>
      <w:lvlJc w:val="left"/>
      <w:pPr>
        <w:ind w:left="5040" w:hanging="360"/>
      </w:pPr>
      <w:rPr>
        <w:rFonts w:ascii="Symbol" w:hAnsi="Symbol" w:hint="default"/>
      </w:rPr>
    </w:lvl>
    <w:lvl w:ilvl="7" w:tplc="B204F434">
      <w:start w:val="1"/>
      <w:numFmt w:val="bullet"/>
      <w:lvlText w:val="o"/>
      <w:lvlJc w:val="left"/>
      <w:pPr>
        <w:ind w:left="5760" w:hanging="360"/>
      </w:pPr>
      <w:rPr>
        <w:rFonts w:ascii="Courier New" w:hAnsi="Courier New" w:hint="default"/>
      </w:rPr>
    </w:lvl>
    <w:lvl w:ilvl="8" w:tplc="145ED9A8">
      <w:start w:val="1"/>
      <w:numFmt w:val="bullet"/>
      <w:lvlText w:val=""/>
      <w:lvlJc w:val="left"/>
      <w:pPr>
        <w:ind w:left="6480" w:hanging="360"/>
      </w:pPr>
      <w:rPr>
        <w:rFonts w:ascii="Wingdings" w:hAnsi="Wingdings" w:hint="default"/>
      </w:rPr>
    </w:lvl>
  </w:abstractNum>
  <w:abstractNum w:abstractNumId="42" w15:restartNumberingAfterBreak="0">
    <w:nsid w:val="7FC5A2E0"/>
    <w:multiLevelType w:val="hybridMultilevel"/>
    <w:tmpl w:val="FFFFFFFF"/>
    <w:lvl w:ilvl="0" w:tplc="A748E032">
      <w:start w:val="1"/>
      <w:numFmt w:val="bullet"/>
      <w:lvlText w:val=""/>
      <w:lvlJc w:val="left"/>
      <w:pPr>
        <w:ind w:left="720" w:hanging="360"/>
      </w:pPr>
      <w:rPr>
        <w:rFonts w:ascii="Symbol" w:hAnsi="Symbol" w:hint="default"/>
      </w:rPr>
    </w:lvl>
    <w:lvl w:ilvl="1" w:tplc="95CE8AAA">
      <w:start w:val="1"/>
      <w:numFmt w:val="bullet"/>
      <w:lvlText w:val="o"/>
      <w:lvlJc w:val="left"/>
      <w:pPr>
        <w:ind w:left="1440" w:hanging="360"/>
      </w:pPr>
      <w:rPr>
        <w:rFonts w:ascii="Courier New" w:hAnsi="Courier New" w:hint="default"/>
      </w:rPr>
    </w:lvl>
    <w:lvl w:ilvl="2" w:tplc="39B2B336">
      <w:start w:val="1"/>
      <w:numFmt w:val="bullet"/>
      <w:lvlText w:val=""/>
      <w:lvlJc w:val="left"/>
      <w:pPr>
        <w:ind w:left="2160" w:hanging="360"/>
      </w:pPr>
      <w:rPr>
        <w:rFonts w:ascii="Wingdings" w:hAnsi="Wingdings" w:hint="default"/>
      </w:rPr>
    </w:lvl>
    <w:lvl w:ilvl="3" w:tplc="9B0A46AA">
      <w:start w:val="1"/>
      <w:numFmt w:val="bullet"/>
      <w:lvlText w:val=""/>
      <w:lvlJc w:val="left"/>
      <w:pPr>
        <w:ind w:left="2880" w:hanging="360"/>
      </w:pPr>
      <w:rPr>
        <w:rFonts w:ascii="Symbol" w:hAnsi="Symbol" w:hint="default"/>
      </w:rPr>
    </w:lvl>
    <w:lvl w:ilvl="4" w:tplc="367A39EC">
      <w:start w:val="1"/>
      <w:numFmt w:val="bullet"/>
      <w:lvlText w:val="o"/>
      <w:lvlJc w:val="left"/>
      <w:pPr>
        <w:ind w:left="3600" w:hanging="360"/>
      </w:pPr>
      <w:rPr>
        <w:rFonts w:ascii="Courier New" w:hAnsi="Courier New" w:hint="default"/>
      </w:rPr>
    </w:lvl>
    <w:lvl w:ilvl="5" w:tplc="92B4A080">
      <w:start w:val="1"/>
      <w:numFmt w:val="bullet"/>
      <w:lvlText w:val=""/>
      <w:lvlJc w:val="left"/>
      <w:pPr>
        <w:ind w:left="4320" w:hanging="360"/>
      </w:pPr>
      <w:rPr>
        <w:rFonts w:ascii="Wingdings" w:hAnsi="Wingdings" w:hint="default"/>
      </w:rPr>
    </w:lvl>
    <w:lvl w:ilvl="6" w:tplc="EED62EFA">
      <w:start w:val="1"/>
      <w:numFmt w:val="bullet"/>
      <w:lvlText w:val=""/>
      <w:lvlJc w:val="left"/>
      <w:pPr>
        <w:ind w:left="5040" w:hanging="360"/>
      </w:pPr>
      <w:rPr>
        <w:rFonts w:ascii="Symbol" w:hAnsi="Symbol" w:hint="default"/>
      </w:rPr>
    </w:lvl>
    <w:lvl w:ilvl="7" w:tplc="B7F6CCC0">
      <w:start w:val="1"/>
      <w:numFmt w:val="bullet"/>
      <w:lvlText w:val="o"/>
      <w:lvlJc w:val="left"/>
      <w:pPr>
        <w:ind w:left="5760" w:hanging="360"/>
      </w:pPr>
      <w:rPr>
        <w:rFonts w:ascii="Courier New" w:hAnsi="Courier New" w:hint="default"/>
      </w:rPr>
    </w:lvl>
    <w:lvl w:ilvl="8" w:tplc="8B2207BE">
      <w:start w:val="1"/>
      <w:numFmt w:val="bullet"/>
      <w:lvlText w:val=""/>
      <w:lvlJc w:val="left"/>
      <w:pPr>
        <w:ind w:left="6480" w:hanging="360"/>
      </w:pPr>
      <w:rPr>
        <w:rFonts w:ascii="Wingdings" w:hAnsi="Wingdings" w:hint="default"/>
      </w:rPr>
    </w:lvl>
  </w:abstractNum>
  <w:num w:numId="1" w16cid:durableId="1060516264">
    <w:abstractNumId w:val="42"/>
  </w:num>
  <w:num w:numId="2" w16cid:durableId="1149901038">
    <w:abstractNumId w:val="24"/>
  </w:num>
  <w:num w:numId="3" w16cid:durableId="1171794017">
    <w:abstractNumId w:val="39"/>
  </w:num>
  <w:num w:numId="4" w16cid:durableId="1175072161">
    <w:abstractNumId w:val="37"/>
  </w:num>
  <w:num w:numId="5" w16cid:durableId="1212301697">
    <w:abstractNumId w:val="40"/>
  </w:num>
  <w:num w:numId="6" w16cid:durableId="1305700632">
    <w:abstractNumId w:val="3"/>
  </w:num>
  <w:num w:numId="7" w16cid:durableId="1315333348">
    <w:abstractNumId w:val="13"/>
  </w:num>
  <w:num w:numId="8" w16cid:durableId="1319652230">
    <w:abstractNumId w:val="9"/>
  </w:num>
  <w:num w:numId="9" w16cid:durableId="1487820752">
    <w:abstractNumId w:val="28"/>
  </w:num>
  <w:num w:numId="10" w16cid:durableId="148793242">
    <w:abstractNumId w:val="14"/>
  </w:num>
  <w:num w:numId="11" w16cid:durableId="1492867152">
    <w:abstractNumId w:val="25"/>
  </w:num>
  <w:num w:numId="12" w16cid:durableId="154037099">
    <w:abstractNumId w:val="17"/>
  </w:num>
  <w:num w:numId="13" w16cid:durableId="1571573317">
    <w:abstractNumId w:val="15"/>
  </w:num>
  <w:num w:numId="14" w16cid:durableId="1595439382">
    <w:abstractNumId w:val="5"/>
  </w:num>
  <w:num w:numId="15" w16cid:durableId="1603147653">
    <w:abstractNumId w:val="41"/>
  </w:num>
  <w:num w:numId="16" w16cid:durableId="1620529819">
    <w:abstractNumId w:val="35"/>
  </w:num>
  <w:num w:numId="17" w16cid:durableId="1657489775">
    <w:abstractNumId w:val="4"/>
  </w:num>
  <w:num w:numId="18" w16cid:durableId="1722822266">
    <w:abstractNumId w:val="1"/>
  </w:num>
  <w:num w:numId="19" w16cid:durableId="1726372430">
    <w:abstractNumId w:val="16"/>
  </w:num>
  <w:num w:numId="20" w16cid:durableId="1730379731">
    <w:abstractNumId w:val="34"/>
  </w:num>
  <w:num w:numId="21" w16cid:durableId="1743791404">
    <w:abstractNumId w:val="22"/>
  </w:num>
  <w:num w:numId="22" w16cid:durableId="175386641">
    <w:abstractNumId w:val="7"/>
  </w:num>
  <w:num w:numId="23" w16cid:durableId="176969013">
    <w:abstractNumId w:val="27"/>
  </w:num>
  <w:num w:numId="24" w16cid:durableId="1900434552">
    <w:abstractNumId w:val="10"/>
  </w:num>
  <w:num w:numId="25" w16cid:durableId="1914314724">
    <w:abstractNumId w:val="19"/>
  </w:num>
  <w:num w:numId="26" w16cid:durableId="1934898788">
    <w:abstractNumId w:val="23"/>
  </w:num>
  <w:num w:numId="27" w16cid:durableId="2048405955">
    <w:abstractNumId w:val="8"/>
  </w:num>
  <w:num w:numId="28" w16cid:durableId="2101829729">
    <w:abstractNumId w:val="38"/>
  </w:num>
  <w:num w:numId="29" w16cid:durableId="2136750205">
    <w:abstractNumId w:val="7"/>
  </w:num>
  <w:num w:numId="30" w16cid:durableId="2139103474">
    <w:abstractNumId w:val="12"/>
  </w:num>
  <w:num w:numId="31" w16cid:durableId="239678681">
    <w:abstractNumId w:val="6"/>
  </w:num>
  <w:num w:numId="32" w16cid:durableId="261760700">
    <w:abstractNumId w:val="32"/>
  </w:num>
  <w:num w:numId="33" w16cid:durableId="269631815">
    <w:abstractNumId w:val="11"/>
  </w:num>
  <w:num w:numId="34" w16cid:durableId="289940607">
    <w:abstractNumId w:val="26"/>
  </w:num>
  <w:num w:numId="35" w16cid:durableId="293490678">
    <w:abstractNumId w:val="20"/>
  </w:num>
  <w:num w:numId="36" w16cid:durableId="299263273">
    <w:abstractNumId w:val="33"/>
  </w:num>
  <w:num w:numId="37" w16cid:durableId="33778550">
    <w:abstractNumId w:val="0"/>
  </w:num>
  <w:num w:numId="38" w16cid:durableId="367803336">
    <w:abstractNumId w:val="29"/>
  </w:num>
  <w:num w:numId="39" w16cid:durableId="440102577">
    <w:abstractNumId w:val="18"/>
  </w:num>
  <w:num w:numId="40" w16cid:durableId="510989585">
    <w:abstractNumId w:val="31"/>
  </w:num>
  <w:num w:numId="41" w16cid:durableId="6832682">
    <w:abstractNumId w:val="2"/>
  </w:num>
  <w:num w:numId="42" w16cid:durableId="762728972">
    <w:abstractNumId w:val="30"/>
  </w:num>
  <w:num w:numId="43" w16cid:durableId="867646719">
    <w:abstractNumId w:val="36"/>
  </w:num>
  <w:num w:numId="44" w16cid:durableId="873540868">
    <w:abstractNumId w:val="21"/>
  </w:num>
  <w:num w:numId="45" w16cid:durableId="1979870293">
    <w:abstractNumId w:val="7"/>
  </w:num>
  <w:num w:numId="46" w16cid:durableId="167938175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F21A96F-A8EE-4406-B536-3FCA2168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7"/>
      </w:numPr>
      <w:contextualSpacing/>
    </w:pPr>
  </w:style>
  <w:style w:type="paragraph" w:styleId="ListBullet2">
    <w:name w:val="List Bullet 2"/>
    <w:basedOn w:val="Normal"/>
    <w:uiPriority w:val="99"/>
    <w:unhideWhenUsed/>
    <w:rsid w:val="00326F90"/>
    <w:pPr>
      <w:numPr>
        <w:numId w:val="31"/>
      </w:numPr>
      <w:contextualSpacing/>
    </w:pPr>
  </w:style>
  <w:style w:type="paragraph" w:styleId="ListBullet3">
    <w:name w:val="List Bullet 3"/>
    <w:basedOn w:val="Normal"/>
    <w:uiPriority w:val="99"/>
    <w:unhideWhenUsed/>
    <w:rsid w:val="00326F90"/>
    <w:pPr>
      <w:numPr>
        <w:numId w:val="14"/>
      </w:numPr>
      <w:contextualSpacing/>
    </w:pPr>
  </w:style>
  <w:style w:type="paragraph" w:styleId="ListNumber">
    <w:name w:val="List Number"/>
    <w:basedOn w:val="Normal"/>
    <w:uiPriority w:val="99"/>
    <w:unhideWhenUsed/>
    <w:rsid w:val="00326F90"/>
    <w:pPr>
      <w:numPr>
        <w:numId w:val="29"/>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4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1FFDD154"/>
    <w:rPr>
      <w:color w:val="0000FF"/>
      <w:u w:val="single"/>
    </w:rPr>
  </w:style>
  <w:style w:type="paragraph" w:styleId="NormalWeb">
    <w:name w:val="Normal (Web)"/>
    <w:basedOn w:val="Normal"/>
    <w:uiPriority w:val="99"/>
    <w:semiHidden/>
    <w:unhideWhenUsed/>
    <w:rsid w:val="004C77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784773"/>
    <w:pPr>
      <w:spacing w:after="0" w:line="240" w:lineRule="auto"/>
    </w:pPr>
  </w:style>
  <w:style w:type="character" w:styleId="CommentReference">
    <w:name w:val="annotation reference"/>
    <w:basedOn w:val="DefaultParagraphFont"/>
    <w:uiPriority w:val="99"/>
    <w:semiHidden/>
    <w:unhideWhenUsed/>
    <w:rsid w:val="0045132C"/>
    <w:rPr>
      <w:sz w:val="16"/>
      <w:szCs w:val="16"/>
    </w:rPr>
  </w:style>
  <w:style w:type="paragraph" w:styleId="CommentText">
    <w:name w:val="annotation text"/>
    <w:basedOn w:val="Normal"/>
    <w:link w:val="CommentTextChar"/>
    <w:uiPriority w:val="99"/>
    <w:unhideWhenUsed/>
    <w:rsid w:val="0045132C"/>
    <w:pPr>
      <w:spacing w:line="240" w:lineRule="auto"/>
    </w:pPr>
    <w:rPr>
      <w:sz w:val="20"/>
      <w:szCs w:val="20"/>
    </w:rPr>
  </w:style>
  <w:style w:type="character" w:customStyle="1" w:styleId="CommentTextChar">
    <w:name w:val="Comment Text Char"/>
    <w:basedOn w:val="DefaultParagraphFont"/>
    <w:link w:val="CommentText"/>
    <w:uiPriority w:val="99"/>
    <w:rsid w:val="0045132C"/>
    <w:rPr>
      <w:sz w:val="20"/>
      <w:szCs w:val="20"/>
    </w:rPr>
  </w:style>
  <w:style w:type="paragraph" w:styleId="CommentSubject">
    <w:name w:val="annotation subject"/>
    <w:basedOn w:val="CommentText"/>
    <w:next w:val="CommentText"/>
    <w:link w:val="CommentSubjectChar"/>
    <w:uiPriority w:val="99"/>
    <w:semiHidden/>
    <w:unhideWhenUsed/>
    <w:rsid w:val="0045132C"/>
    <w:rPr>
      <w:b/>
      <w:bCs/>
    </w:rPr>
  </w:style>
  <w:style w:type="character" w:customStyle="1" w:styleId="CommentSubjectChar">
    <w:name w:val="Comment Subject Char"/>
    <w:basedOn w:val="CommentTextChar"/>
    <w:link w:val="CommentSubject"/>
    <w:uiPriority w:val="99"/>
    <w:semiHidden/>
    <w:rsid w:val="0045132C"/>
    <w:rPr>
      <w:b/>
      <w:bCs/>
      <w:sz w:val="20"/>
      <w:szCs w:val="20"/>
    </w:rPr>
  </w:style>
  <w:style w:type="paragraph" w:customStyle="1" w:styleId="paragraph">
    <w:name w:val="paragraph"/>
    <w:basedOn w:val="Normal"/>
    <w:uiPriority w:val="1"/>
    <w:rsid w:val="2A20DBEA"/>
    <w:pPr>
      <w:spacing w:beforeAutospacing="1" w:afterAutospacing="1"/>
    </w:pPr>
    <w:rPr>
      <w:sz w:val="24"/>
      <w:szCs w:val="24"/>
      <w:lang w:eastAsia="en-GB"/>
    </w:rPr>
  </w:style>
  <w:style w:type="paragraph" w:customStyle="1" w:styleId="Response">
    <w:name w:val="Response"/>
    <w:basedOn w:val="Normal"/>
    <w:uiPriority w:val="1"/>
    <w:qFormat/>
    <w:rsid w:val="1F11BF3D"/>
  </w:style>
  <w:style w:type="paragraph" w:customStyle="1" w:styleId="Default">
    <w:name w:val="Default"/>
    <w:basedOn w:val="Normal"/>
    <w:uiPriority w:val="1"/>
    <w:rsid w:val="18C5D49D"/>
    <w:rPr>
      <w:color w:val="000000" w:themeColor="text1"/>
      <w:sz w:val="24"/>
      <w:szCs w:val="24"/>
    </w:rPr>
  </w:style>
  <w:style w:type="character" w:customStyle="1" w:styleId="normaltextrun">
    <w:name w:val="normaltextrun"/>
    <w:basedOn w:val="DefaultParagraphFont"/>
    <w:uiPriority w:val="1"/>
    <w:rsid w:val="0CB6A3DA"/>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hlrecruitment@parliament.uk" TargetMode="External" Id="rId13" /><Relationship Type="http://schemas.openxmlformats.org/officeDocument/2006/relationships/hyperlink" Target="file:///C:/Users/Swallowa/AppData/Local/Temp/MicrosoftEdgeDownloads/c71d8488-133f-4f06-9a57-982a8d5156fb/Parliamentlive.tv/lords" TargetMode="Externa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hlrecruitment@parliament.uk" TargetMode="External" Id="rId12" /><Relationship Type="http://schemas.openxmlformats.org/officeDocument/2006/relationships/hyperlink" Target="http://www.parliament.uk" TargetMode="External" Id="rId17" /><Relationship Type="http://schemas.openxmlformats.org/officeDocument/2006/relationships/hyperlink" Target="https://www.parliament.uk/globalassets/mps-lords--offices/offices/pass-office/psd-national-security-vetting-booklet.pdf" TargetMode="Externa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yperlink" Target="https://www.parliament.uk/about/careers/lords/benefits/" TargetMode="External" Id="rId11" /><Relationship Type="http://schemas.openxmlformats.org/officeDocument/2006/relationships/numbering" Target="numbering.xml" Id="rId5" /><Relationship Type="http://schemas.openxmlformats.org/officeDocument/2006/relationships/hyperlink" Target="https://www.parliament.uk/about/careers/lords/application-process/" TargetMode="External" Id="rId15" /><Relationship Type="http://schemas.openxmlformats.org/officeDocument/2006/relationships/image" Target="media/image2.jpeg" Id="rId10" /><Relationship Type="http://schemas.openxmlformats.org/officeDocument/2006/relationships/hyperlink" Target="https://www.parliament.uk/about/careers/lords/" TargetMode="External" Id="rId19" /><Relationship Type="http://schemas.openxmlformats.org/officeDocument/2006/relationships/image" Target="media/image1.jpg" Id="rId9" /><Relationship Type="http://schemas.openxmlformats.org/officeDocument/2006/relationships/hyperlink" Target="https://www.parliament.uk/about/careers/lords/guidance-for-applicants/" TargetMode="External" Id="rId14" /><Relationship Type="http://schemas.microsoft.com/office/2020/10/relationships/intelligence" Target="intelligence2.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98453b5-5ff5-45ea-8b80-71e82b0a2887}" enabled="1" method="Standard" siteId="{1ce6dd9e-b337-4088-be5e-8dbbec04b34a}" removed="0"/>
</clbl:labelList>
</file>