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442C" w14:textId="18741EF6" w:rsidR="0014573B" w:rsidRDefault="21C20C6F" w:rsidP="00153231">
      <w:pPr>
        <w:rPr>
          <w:rFonts w:asciiTheme="majorHAnsi" w:eastAsiaTheme="majorEastAsia" w:hAnsiTheme="majorHAnsi" w:cstheme="majorBidi"/>
          <w:b/>
          <w:bCs/>
          <w:sz w:val="40"/>
          <w:szCs w:val="40"/>
        </w:rPr>
      </w:pPr>
      <w:r w:rsidRPr="00D91F2D">
        <w:rPr>
          <w:rFonts w:asciiTheme="majorHAnsi" w:eastAsiaTheme="majorEastAsia" w:hAnsiTheme="majorHAnsi" w:cstheme="majorBidi"/>
          <w:b/>
          <w:bCs/>
          <w:color w:val="5B2C6F"/>
          <w:sz w:val="48"/>
          <w:szCs w:val="48"/>
        </w:rPr>
        <w:t>GREATER MANCHESTER RAPE CRISIS</w:t>
      </w:r>
      <w:r w:rsidR="003D6869">
        <w:br/>
      </w:r>
      <w:r w:rsidRPr="00D91F2D">
        <w:rPr>
          <w:rFonts w:asciiTheme="majorHAnsi" w:eastAsiaTheme="majorEastAsia" w:hAnsiTheme="majorHAnsi" w:cstheme="majorBidi"/>
          <w:b/>
          <w:bCs/>
          <w:sz w:val="36"/>
          <w:szCs w:val="36"/>
        </w:rPr>
        <w:t>VOLUNTEER APPLICATION FORM</w:t>
      </w:r>
    </w:p>
    <w:p w14:paraId="43C63A7D" w14:textId="2E6BEA10" w:rsidR="0046502D" w:rsidRPr="0046502D" w:rsidRDefault="21C20C6F" w:rsidP="21C20C6F">
      <w:pPr>
        <w:rPr>
          <w:rFonts w:asciiTheme="majorHAnsi" w:eastAsiaTheme="majorEastAsia" w:hAnsiTheme="majorHAnsi" w:cstheme="majorBidi"/>
          <w:b/>
          <w:bCs/>
          <w:sz w:val="24"/>
          <w:szCs w:val="24"/>
        </w:rPr>
      </w:pPr>
      <w:r w:rsidRPr="21C20C6F">
        <w:rPr>
          <w:rFonts w:asciiTheme="majorHAnsi" w:eastAsiaTheme="majorEastAsia" w:hAnsiTheme="majorHAnsi" w:cstheme="majorBidi"/>
          <w:sz w:val="24"/>
          <w:szCs w:val="24"/>
        </w:rPr>
        <w:t>Thank you for your interest in volunteering with Greater Manchester Rape Crisis (GMRC). Please complete all sections of this form as fully as possible and email your completed application to</w:t>
      </w:r>
      <w:r w:rsidR="4D1B4DD7" w:rsidRPr="21C20C6F">
        <w:rPr>
          <w:rFonts w:asciiTheme="majorHAnsi" w:eastAsiaTheme="majorEastAsia" w:hAnsiTheme="majorHAnsi" w:cstheme="majorBidi"/>
          <w:sz w:val="24"/>
          <w:szCs w:val="24"/>
        </w:rPr>
        <w:t xml:space="preserve">: </w:t>
      </w:r>
      <w:hyperlink r:id="rId11" w:history="1">
        <w:r w:rsidR="0046502D" w:rsidRPr="002E4168">
          <w:rPr>
            <w:rStyle w:val="Hyperlink"/>
            <w:rFonts w:asciiTheme="majorHAnsi" w:eastAsiaTheme="majorEastAsia" w:hAnsiTheme="majorHAnsi" w:cstheme="majorBidi"/>
            <w:b/>
            <w:bCs/>
            <w:sz w:val="24"/>
            <w:szCs w:val="24"/>
          </w:rPr>
          <w:t>recruitment@manchesterrapecrisis.co.uk</w:t>
        </w:r>
      </w:hyperlink>
    </w:p>
    <w:p w14:paraId="55662C60" w14:textId="77777777" w:rsidR="0014573B" w:rsidRDefault="21C20C6F" w:rsidP="21C20C6F">
      <w:pPr>
        <w:pStyle w:val="Heading1"/>
        <w:pBdr>
          <w:top w:val="single" w:sz="4" w:space="4" w:color="auto"/>
          <w:left w:val="single" w:sz="4" w:space="4" w:color="auto"/>
          <w:bottom w:val="single" w:sz="4" w:space="4" w:color="auto"/>
          <w:right w:val="single" w:sz="4" w:space="4" w:color="auto"/>
        </w:pBdr>
        <w:rPr>
          <w:color w:val="7030A0"/>
          <w:sz w:val="24"/>
          <w:szCs w:val="24"/>
        </w:rPr>
      </w:pPr>
      <w:r w:rsidRPr="21C20C6F">
        <w:rPr>
          <w:color w:val="7030A0"/>
          <w:sz w:val="24"/>
          <w:szCs w:val="24"/>
        </w:rPr>
        <w:t>PERSONAL DETAILS</w:t>
      </w:r>
    </w:p>
    <w:p w14:paraId="0C030CE2" w14:textId="76179741" w:rsidR="0014573B" w:rsidRDefault="21C20C6F" w:rsidP="21C20C6F">
      <w:pPr>
        <w:pBdr>
          <w:top w:val="single" w:sz="4" w:space="4" w:color="auto"/>
          <w:left w:val="single" w:sz="4" w:space="4" w:color="auto"/>
          <w:bottom w:val="single" w:sz="4" w:space="4" w:color="auto"/>
          <w:right w:val="single" w:sz="4" w:space="4" w:color="auto"/>
        </w:pBdr>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Title: </w:t>
      </w:r>
    </w:p>
    <w:p w14:paraId="4B455E9B" w14:textId="331AF428" w:rsidR="0014573B" w:rsidRDefault="21C20C6F" w:rsidP="21C20C6F">
      <w:pPr>
        <w:pBdr>
          <w:top w:val="single" w:sz="4" w:space="4" w:color="auto"/>
          <w:left w:val="single" w:sz="4" w:space="4" w:color="auto"/>
          <w:bottom w:val="single" w:sz="4" w:space="4" w:color="auto"/>
          <w:right w:val="single" w:sz="4" w:space="4" w:color="auto"/>
        </w:pBdr>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Full Name: </w:t>
      </w:r>
    </w:p>
    <w:p w14:paraId="2952E315" w14:textId="2C847827" w:rsidR="0014573B" w:rsidRDefault="21C20C6F" w:rsidP="21C20C6F">
      <w:pPr>
        <w:pBdr>
          <w:top w:val="single" w:sz="4" w:space="4" w:color="auto"/>
          <w:left w:val="single" w:sz="4" w:space="4" w:color="auto"/>
          <w:bottom w:val="single" w:sz="4" w:space="4" w:color="auto"/>
          <w:right w:val="single" w:sz="4" w:space="4" w:color="auto"/>
        </w:pBdr>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Address: </w:t>
      </w:r>
    </w:p>
    <w:p w14:paraId="672A6659" w14:textId="5F5CD83B" w:rsidR="0014573B" w:rsidRDefault="003D6869" w:rsidP="21C20C6F">
      <w:pPr>
        <w:pBdr>
          <w:top w:val="single" w:sz="4" w:space="4" w:color="auto"/>
          <w:left w:val="single" w:sz="4" w:space="4" w:color="auto"/>
          <w:bottom w:val="single" w:sz="4" w:space="4" w:color="auto"/>
          <w:right w:val="single" w:sz="4" w:space="4" w:color="auto"/>
        </w:pBdr>
        <w:rPr>
          <w:rFonts w:asciiTheme="majorHAnsi" w:eastAsiaTheme="majorEastAsia" w:hAnsiTheme="majorHAnsi" w:cstheme="majorBidi"/>
          <w:sz w:val="24"/>
          <w:szCs w:val="24"/>
        </w:rPr>
      </w:pPr>
      <w:r>
        <w:br/>
      </w:r>
    </w:p>
    <w:p w14:paraId="429999C9" w14:textId="2450CC77" w:rsidR="0014573B" w:rsidRDefault="21C20C6F" w:rsidP="21C20C6F">
      <w:pPr>
        <w:pBdr>
          <w:top w:val="single" w:sz="4" w:space="4" w:color="auto"/>
          <w:left w:val="single" w:sz="4" w:space="4" w:color="auto"/>
          <w:bottom w:val="single" w:sz="4" w:space="4" w:color="auto"/>
          <w:right w:val="single" w:sz="4" w:space="4" w:color="auto"/>
        </w:pBdr>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Postcode: </w:t>
      </w:r>
    </w:p>
    <w:p w14:paraId="58C67E88" w14:textId="055566FD" w:rsidR="0014573B" w:rsidRDefault="21C20C6F" w:rsidP="21C20C6F">
      <w:pPr>
        <w:pBdr>
          <w:top w:val="single" w:sz="4" w:space="4" w:color="auto"/>
          <w:left w:val="single" w:sz="4" w:space="4" w:color="auto"/>
          <w:bottom w:val="single" w:sz="4" w:space="4" w:color="auto"/>
          <w:right w:val="single" w:sz="4" w:space="4" w:color="auto"/>
        </w:pBdr>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Mobile Telephone: </w:t>
      </w:r>
    </w:p>
    <w:p w14:paraId="7D3C9A9B" w14:textId="30FCDD5E" w:rsidR="0014573B" w:rsidRDefault="21C20C6F" w:rsidP="21C20C6F">
      <w:pPr>
        <w:pBdr>
          <w:top w:val="single" w:sz="4" w:space="4" w:color="auto"/>
          <w:left w:val="single" w:sz="4" w:space="4" w:color="auto"/>
          <w:bottom w:val="single" w:sz="4" w:space="4" w:color="auto"/>
          <w:right w:val="single" w:sz="4" w:space="4" w:color="auto"/>
        </w:pBdr>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Email Address:</w:t>
      </w:r>
    </w:p>
    <w:p w14:paraId="25112A7D" w14:textId="77777777" w:rsidR="0014573B" w:rsidRDefault="21C20C6F" w:rsidP="21C20C6F">
      <w:pPr>
        <w:pBdr>
          <w:top w:val="single" w:sz="4" w:space="4" w:color="auto"/>
          <w:left w:val="single" w:sz="4" w:space="4" w:color="auto"/>
          <w:bottom w:val="single" w:sz="4" w:space="4" w:color="auto"/>
          <w:right w:val="single" w:sz="4" w:space="4" w:color="auto"/>
        </w:pBdr>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I confirm that I am aged 21 years or over.</w:t>
      </w:r>
    </w:p>
    <w:p w14:paraId="72550527" w14:textId="4E9B7644" w:rsidR="0014573B" w:rsidRDefault="21C20C6F" w:rsidP="00D91F2D">
      <w:pPr>
        <w:pStyle w:val="Heading1"/>
        <w:spacing w:before="0" w:line="240" w:lineRule="auto"/>
        <w:rPr>
          <w:color w:val="7030A0"/>
          <w:sz w:val="40"/>
          <w:szCs w:val="40"/>
        </w:rPr>
      </w:pPr>
      <w:r w:rsidRPr="00D91F2D">
        <w:rPr>
          <w:color w:val="7030A0"/>
          <w:sz w:val="40"/>
          <w:szCs w:val="40"/>
        </w:rPr>
        <w:t>VOLUNTEER APPLICATION</w:t>
      </w:r>
    </w:p>
    <w:p w14:paraId="3C8898DB" w14:textId="77777777" w:rsidR="00D91F2D" w:rsidRPr="00D91F2D" w:rsidRDefault="00D91F2D" w:rsidP="00D91F2D"/>
    <w:p w14:paraId="4D3C70A3" w14:textId="77777777" w:rsidR="0014573B" w:rsidRDefault="21C20C6F" w:rsidP="00D91F2D">
      <w:pPr>
        <w:pStyle w:val="Heading2"/>
        <w:spacing w:before="0" w:line="240" w:lineRule="auto"/>
        <w:rPr>
          <w:color w:val="7030A0"/>
          <w:sz w:val="24"/>
          <w:szCs w:val="24"/>
        </w:rPr>
      </w:pPr>
      <w:r w:rsidRPr="21C20C6F">
        <w:rPr>
          <w:color w:val="7030A0"/>
          <w:sz w:val="24"/>
          <w:szCs w:val="24"/>
        </w:rPr>
        <w:t>1. Why would you like to volunteer with Greater Manchester Rape Crisis?</w:t>
      </w:r>
    </w:p>
    <w:p w14:paraId="4504BF40" w14:textId="01F467E7" w:rsidR="0014573B" w:rsidRPr="00417FE7" w:rsidRDefault="00417FE7" w:rsidP="00D91F2D">
      <w:pPr>
        <w:spacing w:after="0" w:line="240" w:lineRule="auto"/>
        <w:rPr>
          <w:rFonts w:asciiTheme="majorHAnsi" w:eastAsiaTheme="majorEastAsia" w:hAnsiTheme="majorHAnsi" w:cstheme="majorBidi"/>
          <w:sz w:val="20"/>
          <w:szCs w:val="20"/>
        </w:rPr>
      </w:pPr>
      <w:r w:rsidRPr="00417FE7">
        <w:rPr>
          <w:rFonts w:asciiTheme="majorHAnsi" w:eastAsiaTheme="majorEastAsia" w:hAnsiTheme="majorHAnsi" w:cstheme="majorBidi"/>
          <w:sz w:val="20"/>
          <w:szCs w:val="20"/>
        </w:rPr>
        <w:t>(</w:t>
      </w:r>
      <w:r w:rsidR="21C20C6F" w:rsidRPr="00417FE7">
        <w:rPr>
          <w:rFonts w:asciiTheme="majorHAnsi" w:eastAsiaTheme="majorEastAsia" w:hAnsiTheme="majorHAnsi" w:cstheme="majorBidi"/>
          <w:sz w:val="20"/>
          <w:szCs w:val="20"/>
        </w:rPr>
        <w:t xml:space="preserve">Please tell us what </w:t>
      </w:r>
      <w:r w:rsidRPr="00417FE7">
        <w:rPr>
          <w:rFonts w:asciiTheme="majorHAnsi" w:eastAsiaTheme="majorEastAsia" w:hAnsiTheme="majorHAnsi" w:cstheme="majorBidi"/>
          <w:sz w:val="20"/>
          <w:szCs w:val="20"/>
        </w:rPr>
        <w:t>motivated</w:t>
      </w:r>
      <w:r w:rsidR="21C20C6F" w:rsidRPr="00417FE7">
        <w:rPr>
          <w:rFonts w:asciiTheme="majorHAnsi" w:eastAsiaTheme="majorEastAsia" w:hAnsiTheme="majorHAnsi" w:cstheme="majorBidi"/>
          <w:sz w:val="20"/>
          <w:szCs w:val="20"/>
        </w:rPr>
        <w:t xml:space="preserve"> you to apply and what interests you </w:t>
      </w:r>
      <w:r w:rsidRPr="00417FE7">
        <w:rPr>
          <w:rFonts w:asciiTheme="majorHAnsi" w:eastAsiaTheme="majorEastAsia" w:hAnsiTheme="majorHAnsi" w:cstheme="majorBidi"/>
          <w:sz w:val="20"/>
          <w:szCs w:val="20"/>
        </w:rPr>
        <w:t>in</w:t>
      </w:r>
      <w:r w:rsidR="21C20C6F" w:rsidRPr="00417FE7">
        <w:rPr>
          <w:rFonts w:asciiTheme="majorHAnsi" w:eastAsiaTheme="majorEastAsia" w:hAnsiTheme="majorHAnsi" w:cstheme="majorBidi"/>
          <w:sz w:val="20"/>
          <w:szCs w:val="20"/>
        </w:rPr>
        <w:t xml:space="preserve"> supporting survivors of sexual violence</w:t>
      </w:r>
      <w:r w:rsidRPr="00417FE7">
        <w:rPr>
          <w:rFonts w:asciiTheme="majorHAnsi" w:eastAsiaTheme="majorEastAsia" w:hAnsiTheme="majorHAnsi" w:cstheme="majorBidi"/>
          <w:sz w:val="20"/>
          <w:szCs w:val="20"/>
        </w:rPr>
        <w:t>)</w:t>
      </w:r>
      <w:r w:rsidR="21C20C6F" w:rsidRPr="00417FE7">
        <w:rPr>
          <w:rFonts w:asciiTheme="majorHAnsi" w:eastAsiaTheme="majorEastAsia" w:hAnsiTheme="majorHAnsi" w:cstheme="majorBidi"/>
          <w:sz w:val="20"/>
          <w:szCs w:val="20"/>
        </w:rPr>
        <w:t>.</w:t>
      </w:r>
    </w:p>
    <w:p w14:paraId="28977C73" w14:textId="01FDC445" w:rsidR="0014573B" w:rsidRDefault="0014573B" w:rsidP="00D91F2D">
      <w:pPr>
        <w:spacing w:after="0" w:line="240" w:lineRule="auto"/>
        <w:rPr>
          <w:rFonts w:asciiTheme="majorHAnsi" w:eastAsiaTheme="majorEastAsia" w:hAnsiTheme="majorHAnsi" w:cstheme="majorBidi"/>
          <w:sz w:val="24"/>
          <w:szCs w:val="24"/>
        </w:rPr>
      </w:pPr>
    </w:p>
    <w:p w14:paraId="4DC86DC7" w14:textId="11D2D48F" w:rsidR="21C20C6F" w:rsidRDefault="21C20C6F" w:rsidP="00D91F2D">
      <w:pPr>
        <w:spacing w:after="0" w:line="240" w:lineRule="auto"/>
        <w:rPr>
          <w:rFonts w:asciiTheme="majorHAnsi" w:eastAsiaTheme="majorEastAsia" w:hAnsiTheme="majorHAnsi" w:cstheme="majorBidi"/>
          <w:sz w:val="24"/>
          <w:szCs w:val="24"/>
        </w:rPr>
      </w:pPr>
    </w:p>
    <w:p w14:paraId="2D8171C9" w14:textId="1C06E9E1" w:rsidR="21C20C6F" w:rsidRDefault="21C20C6F" w:rsidP="00D91F2D">
      <w:pPr>
        <w:spacing w:after="0" w:line="240" w:lineRule="auto"/>
        <w:rPr>
          <w:rFonts w:asciiTheme="majorHAnsi" w:eastAsiaTheme="majorEastAsia" w:hAnsiTheme="majorHAnsi" w:cstheme="majorBidi"/>
          <w:sz w:val="24"/>
          <w:szCs w:val="24"/>
        </w:rPr>
      </w:pPr>
    </w:p>
    <w:p w14:paraId="11AEB0F6" w14:textId="0A4F31BC" w:rsidR="21C20C6F" w:rsidRDefault="21C20C6F" w:rsidP="00D91F2D">
      <w:pPr>
        <w:spacing w:after="0" w:line="240" w:lineRule="auto"/>
        <w:rPr>
          <w:rFonts w:asciiTheme="majorHAnsi" w:eastAsiaTheme="majorEastAsia" w:hAnsiTheme="majorHAnsi" w:cstheme="majorBidi"/>
          <w:sz w:val="24"/>
          <w:szCs w:val="24"/>
        </w:rPr>
      </w:pPr>
    </w:p>
    <w:p w14:paraId="32DB7B03" w14:textId="77777777" w:rsidR="0014573B" w:rsidRDefault="21C20C6F" w:rsidP="00D91F2D">
      <w:pPr>
        <w:pStyle w:val="Heading2"/>
        <w:spacing w:before="0" w:line="240" w:lineRule="auto"/>
        <w:rPr>
          <w:color w:val="7030A0"/>
          <w:sz w:val="24"/>
          <w:szCs w:val="24"/>
        </w:rPr>
      </w:pPr>
      <w:r w:rsidRPr="21C20C6F">
        <w:rPr>
          <w:color w:val="7030A0"/>
          <w:sz w:val="24"/>
          <w:szCs w:val="24"/>
        </w:rPr>
        <w:lastRenderedPageBreak/>
        <w:t>2. What do you understand about the services provided by Greater Manchester Rape Crisis?</w:t>
      </w:r>
    </w:p>
    <w:p w14:paraId="09694B81" w14:textId="07A0CF83" w:rsidR="0014573B" w:rsidRPr="00417FE7" w:rsidRDefault="00417FE7" w:rsidP="00D91F2D">
      <w:pPr>
        <w:spacing w:after="0" w:line="240" w:lineRule="auto"/>
        <w:rPr>
          <w:sz w:val="20"/>
          <w:szCs w:val="20"/>
        </w:rPr>
      </w:pPr>
      <w:r w:rsidRPr="00417FE7">
        <w:rPr>
          <w:rFonts w:asciiTheme="majorHAnsi" w:eastAsiaTheme="majorEastAsia" w:hAnsiTheme="majorHAnsi" w:cstheme="majorBidi"/>
          <w:sz w:val="20"/>
          <w:szCs w:val="20"/>
        </w:rPr>
        <w:t>(</w:t>
      </w:r>
      <w:r w:rsidR="21C20C6F" w:rsidRPr="00417FE7">
        <w:rPr>
          <w:rFonts w:asciiTheme="majorHAnsi" w:eastAsiaTheme="majorEastAsia" w:hAnsiTheme="majorHAnsi" w:cstheme="majorBidi"/>
          <w:sz w:val="20"/>
          <w:szCs w:val="20"/>
        </w:rPr>
        <w:t xml:space="preserve">Please explain your understanding of the </w:t>
      </w:r>
      <w:proofErr w:type="spellStart"/>
      <w:r w:rsidR="21C20C6F" w:rsidRPr="00417FE7">
        <w:rPr>
          <w:rFonts w:asciiTheme="majorHAnsi" w:eastAsiaTheme="majorEastAsia" w:hAnsiTheme="majorHAnsi" w:cstheme="majorBidi"/>
          <w:sz w:val="20"/>
          <w:szCs w:val="20"/>
        </w:rPr>
        <w:t>organisation's</w:t>
      </w:r>
      <w:proofErr w:type="spellEnd"/>
      <w:r w:rsidR="21C20C6F" w:rsidRPr="00417FE7">
        <w:rPr>
          <w:rFonts w:asciiTheme="majorHAnsi" w:eastAsiaTheme="majorEastAsia" w:hAnsiTheme="majorHAnsi" w:cstheme="majorBidi"/>
          <w:sz w:val="20"/>
          <w:szCs w:val="20"/>
        </w:rPr>
        <w:t xml:space="preserve"> aims and the role of a Volunteer</w:t>
      </w:r>
      <w:r w:rsidRPr="00417FE7">
        <w:rPr>
          <w:rFonts w:asciiTheme="majorHAnsi" w:eastAsiaTheme="majorEastAsia" w:hAnsiTheme="majorHAnsi" w:cstheme="majorBidi"/>
          <w:sz w:val="20"/>
          <w:szCs w:val="20"/>
        </w:rPr>
        <w:t>)</w:t>
      </w:r>
      <w:r w:rsidR="21C20C6F" w:rsidRPr="00417FE7">
        <w:rPr>
          <w:rFonts w:asciiTheme="majorHAnsi" w:eastAsiaTheme="majorEastAsia" w:hAnsiTheme="majorHAnsi" w:cstheme="majorBidi"/>
          <w:sz w:val="20"/>
          <w:szCs w:val="20"/>
        </w:rPr>
        <w:t>.</w:t>
      </w:r>
    </w:p>
    <w:p w14:paraId="1CFC3F4A" w14:textId="668B92D7" w:rsidR="21C20C6F" w:rsidRDefault="21C20C6F" w:rsidP="00D91F2D">
      <w:pPr>
        <w:spacing w:after="0" w:line="240" w:lineRule="auto"/>
        <w:rPr>
          <w:rFonts w:asciiTheme="majorHAnsi" w:eastAsiaTheme="majorEastAsia" w:hAnsiTheme="majorHAnsi" w:cstheme="majorBidi"/>
          <w:sz w:val="24"/>
          <w:szCs w:val="24"/>
        </w:rPr>
      </w:pPr>
    </w:p>
    <w:p w14:paraId="43C322B0" w14:textId="2A348A1F" w:rsidR="21C20C6F" w:rsidRDefault="21C20C6F" w:rsidP="00D91F2D">
      <w:pPr>
        <w:spacing w:after="0" w:line="240" w:lineRule="auto"/>
        <w:rPr>
          <w:rFonts w:asciiTheme="majorHAnsi" w:eastAsiaTheme="majorEastAsia" w:hAnsiTheme="majorHAnsi" w:cstheme="majorBidi"/>
          <w:sz w:val="24"/>
          <w:szCs w:val="24"/>
        </w:rPr>
      </w:pPr>
    </w:p>
    <w:p w14:paraId="1F7206DF" w14:textId="77777777" w:rsidR="00D91F2D" w:rsidRDefault="00D91F2D" w:rsidP="00D91F2D">
      <w:pPr>
        <w:spacing w:after="0" w:line="240" w:lineRule="auto"/>
        <w:rPr>
          <w:rFonts w:asciiTheme="majorHAnsi" w:eastAsiaTheme="majorEastAsia" w:hAnsiTheme="majorHAnsi" w:cstheme="majorBidi"/>
          <w:sz w:val="24"/>
          <w:szCs w:val="24"/>
        </w:rPr>
      </w:pPr>
    </w:p>
    <w:p w14:paraId="039D43DE" w14:textId="7728A345" w:rsidR="21C20C6F" w:rsidRDefault="21C20C6F" w:rsidP="00D91F2D">
      <w:pPr>
        <w:spacing w:after="0" w:line="240" w:lineRule="auto"/>
        <w:rPr>
          <w:rFonts w:asciiTheme="majorHAnsi" w:eastAsiaTheme="majorEastAsia" w:hAnsiTheme="majorHAnsi" w:cstheme="majorBidi"/>
          <w:sz w:val="24"/>
          <w:szCs w:val="24"/>
        </w:rPr>
      </w:pPr>
    </w:p>
    <w:p w14:paraId="17056FD5" w14:textId="77777777" w:rsidR="0014573B" w:rsidRDefault="21C20C6F" w:rsidP="00D91F2D">
      <w:pPr>
        <w:pStyle w:val="Heading2"/>
        <w:spacing w:before="0" w:line="240" w:lineRule="auto"/>
        <w:rPr>
          <w:sz w:val="24"/>
          <w:szCs w:val="24"/>
        </w:rPr>
      </w:pPr>
      <w:r w:rsidRPr="21C20C6F">
        <w:rPr>
          <w:color w:val="7030A0"/>
          <w:sz w:val="24"/>
          <w:szCs w:val="24"/>
        </w:rPr>
        <w:t>3. What skills, qualities and experiences would help you provide effective support to survivor</w:t>
      </w:r>
      <w:r w:rsidRPr="002836E2">
        <w:rPr>
          <w:color w:val="7030A0"/>
          <w:sz w:val="24"/>
          <w:szCs w:val="24"/>
        </w:rPr>
        <w:t>s?</w:t>
      </w:r>
    </w:p>
    <w:p w14:paraId="00B66E0F" w14:textId="50382CD0" w:rsidR="0014573B" w:rsidRPr="00417FE7" w:rsidRDefault="00417FE7" w:rsidP="00D91F2D">
      <w:pPr>
        <w:spacing w:after="0" w:line="240" w:lineRule="auto"/>
        <w:rPr>
          <w:rFonts w:asciiTheme="majorHAnsi" w:eastAsiaTheme="majorEastAsia" w:hAnsiTheme="majorHAnsi" w:cstheme="majorBidi"/>
          <w:sz w:val="20"/>
          <w:szCs w:val="20"/>
        </w:rPr>
      </w:pPr>
      <w:r>
        <w:rPr>
          <w:rFonts w:asciiTheme="majorHAnsi" w:eastAsiaTheme="majorEastAsia" w:hAnsiTheme="majorHAnsi" w:cstheme="majorBidi"/>
          <w:sz w:val="20"/>
          <w:szCs w:val="20"/>
        </w:rPr>
        <w:t>(</w:t>
      </w:r>
      <w:r w:rsidR="21C20C6F" w:rsidRPr="00417FE7">
        <w:rPr>
          <w:rFonts w:asciiTheme="majorHAnsi" w:eastAsiaTheme="majorEastAsia" w:hAnsiTheme="majorHAnsi" w:cstheme="majorBidi"/>
          <w:sz w:val="20"/>
          <w:szCs w:val="20"/>
        </w:rPr>
        <w:t>This may include experience gained through employment, volunteering, education, training or life experience</w:t>
      </w:r>
      <w:r>
        <w:rPr>
          <w:rFonts w:asciiTheme="majorHAnsi" w:eastAsiaTheme="majorEastAsia" w:hAnsiTheme="majorHAnsi" w:cstheme="majorBidi"/>
          <w:sz w:val="20"/>
          <w:szCs w:val="20"/>
        </w:rPr>
        <w:t>)</w:t>
      </w:r>
      <w:r w:rsidR="21C20C6F" w:rsidRPr="00417FE7">
        <w:rPr>
          <w:rFonts w:asciiTheme="majorHAnsi" w:eastAsiaTheme="majorEastAsia" w:hAnsiTheme="majorHAnsi" w:cstheme="majorBidi"/>
          <w:sz w:val="20"/>
          <w:szCs w:val="20"/>
        </w:rPr>
        <w:t>.</w:t>
      </w:r>
    </w:p>
    <w:p w14:paraId="74C78B4F" w14:textId="0676BFAC" w:rsidR="21C20C6F" w:rsidRDefault="21C20C6F" w:rsidP="00D91F2D">
      <w:pPr>
        <w:spacing w:after="0" w:line="240" w:lineRule="auto"/>
        <w:rPr>
          <w:rFonts w:asciiTheme="majorHAnsi" w:eastAsiaTheme="majorEastAsia" w:hAnsiTheme="majorHAnsi" w:cstheme="majorBidi"/>
          <w:sz w:val="24"/>
          <w:szCs w:val="24"/>
        </w:rPr>
      </w:pPr>
    </w:p>
    <w:p w14:paraId="103F189B" w14:textId="5E51B67B" w:rsidR="21C20C6F" w:rsidRDefault="21C20C6F" w:rsidP="00D91F2D">
      <w:pPr>
        <w:spacing w:after="0" w:line="240" w:lineRule="auto"/>
        <w:rPr>
          <w:rFonts w:asciiTheme="majorHAnsi" w:eastAsiaTheme="majorEastAsia" w:hAnsiTheme="majorHAnsi" w:cstheme="majorBidi"/>
          <w:sz w:val="24"/>
          <w:szCs w:val="24"/>
        </w:rPr>
      </w:pPr>
    </w:p>
    <w:p w14:paraId="6868D44D" w14:textId="77777777" w:rsidR="00D91F2D" w:rsidRDefault="00D91F2D" w:rsidP="00D91F2D">
      <w:pPr>
        <w:spacing w:after="0" w:line="240" w:lineRule="auto"/>
        <w:rPr>
          <w:rFonts w:asciiTheme="majorHAnsi" w:eastAsiaTheme="majorEastAsia" w:hAnsiTheme="majorHAnsi" w:cstheme="majorBidi"/>
          <w:sz w:val="24"/>
          <w:szCs w:val="24"/>
        </w:rPr>
      </w:pPr>
    </w:p>
    <w:p w14:paraId="5E278BE1" w14:textId="14881E4F" w:rsidR="21C20C6F" w:rsidRDefault="21C20C6F" w:rsidP="00D91F2D">
      <w:pPr>
        <w:spacing w:after="0" w:line="240" w:lineRule="auto"/>
        <w:rPr>
          <w:rFonts w:asciiTheme="majorHAnsi" w:eastAsiaTheme="majorEastAsia" w:hAnsiTheme="majorHAnsi" w:cstheme="majorBidi"/>
          <w:sz w:val="24"/>
          <w:szCs w:val="24"/>
        </w:rPr>
      </w:pPr>
    </w:p>
    <w:p w14:paraId="588CA264" w14:textId="77777777" w:rsidR="0014573B" w:rsidRDefault="21C20C6F" w:rsidP="00D91F2D">
      <w:pPr>
        <w:pStyle w:val="Heading2"/>
        <w:spacing w:before="0" w:line="240" w:lineRule="auto"/>
        <w:rPr>
          <w:color w:val="7030A0"/>
          <w:sz w:val="24"/>
          <w:szCs w:val="24"/>
        </w:rPr>
      </w:pPr>
      <w:r w:rsidRPr="21C20C6F">
        <w:rPr>
          <w:color w:val="7030A0"/>
          <w:sz w:val="24"/>
          <w:szCs w:val="24"/>
        </w:rPr>
        <w:t>4. How would you ensure you maintain appropriate boundaries and confidentiality when supporting service users?</w:t>
      </w:r>
    </w:p>
    <w:p w14:paraId="650F9AF2" w14:textId="2DEBBAA2" w:rsidR="21C20C6F" w:rsidRDefault="21C20C6F" w:rsidP="00D91F2D">
      <w:pPr>
        <w:pStyle w:val="Heading2"/>
        <w:spacing w:before="0" w:line="240" w:lineRule="auto"/>
        <w:rPr>
          <w:sz w:val="24"/>
          <w:szCs w:val="24"/>
        </w:rPr>
      </w:pPr>
    </w:p>
    <w:p w14:paraId="1E864667" w14:textId="5F4A7C6F" w:rsidR="21C20C6F" w:rsidRDefault="21C20C6F" w:rsidP="00D91F2D">
      <w:pPr>
        <w:pStyle w:val="Heading2"/>
        <w:spacing w:before="0" w:line="240" w:lineRule="auto"/>
        <w:rPr>
          <w:sz w:val="24"/>
          <w:szCs w:val="24"/>
        </w:rPr>
      </w:pPr>
    </w:p>
    <w:p w14:paraId="69C071BE" w14:textId="015F6028" w:rsidR="21C20C6F" w:rsidRDefault="21C20C6F" w:rsidP="00D91F2D">
      <w:pPr>
        <w:spacing w:after="0" w:line="240" w:lineRule="auto"/>
      </w:pPr>
    </w:p>
    <w:p w14:paraId="16CC1353" w14:textId="03810149" w:rsidR="21C20C6F" w:rsidRDefault="21C20C6F" w:rsidP="00D91F2D">
      <w:pPr>
        <w:spacing w:after="0" w:line="240" w:lineRule="auto"/>
      </w:pPr>
    </w:p>
    <w:p w14:paraId="5DE581AB" w14:textId="5541708A" w:rsidR="21C20C6F" w:rsidRDefault="21C20C6F" w:rsidP="00D91F2D">
      <w:pPr>
        <w:spacing w:after="0" w:line="240" w:lineRule="auto"/>
      </w:pPr>
    </w:p>
    <w:p w14:paraId="52055454" w14:textId="77777777" w:rsidR="0014573B" w:rsidRDefault="21C20C6F" w:rsidP="00D91F2D">
      <w:pPr>
        <w:pStyle w:val="Heading2"/>
        <w:spacing w:before="0" w:line="240" w:lineRule="auto"/>
        <w:rPr>
          <w:color w:val="7030A0"/>
          <w:sz w:val="24"/>
          <w:szCs w:val="24"/>
        </w:rPr>
      </w:pPr>
      <w:r w:rsidRPr="21C20C6F">
        <w:rPr>
          <w:color w:val="7030A0"/>
          <w:sz w:val="24"/>
          <w:szCs w:val="24"/>
        </w:rPr>
        <w:t>5. Supporting survivors can sometimes involve hearing difficult and traumatic experiences. What strategies would you use to maintain your wellbeing and resilience while volunteering?</w:t>
      </w:r>
    </w:p>
    <w:p w14:paraId="007B658F" w14:textId="39687B9B" w:rsidR="0014573B" w:rsidRDefault="0014573B" w:rsidP="00D91F2D">
      <w:pPr>
        <w:pStyle w:val="Heading2"/>
        <w:spacing w:before="0" w:line="240" w:lineRule="auto"/>
        <w:rPr>
          <w:sz w:val="24"/>
          <w:szCs w:val="24"/>
        </w:rPr>
      </w:pPr>
    </w:p>
    <w:p w14:paraId="47EC83AC" w14:textId="0A11AB0B" w:rsidR="0014573B" w:rsidRDefault="0014573B" w:rsidP="00D91F2D">
      <w:pPr>
        <w:spacing w:after="0" w:line="240" w:lineRule="auto"/>
      </w:pPr>
    </w:p>
    <w:p w14:paraId="0A6D0A0D" w14:textId="4CDB3509" w:rsidR="0014573B" w:rsidRDefault="0014573B" w:rsidP="00D91F2D">
      <w:pPr>
        <w:spacing w:after="0" w:line="240" w:lineRule="auto"/>
      </w:pPr>
    </w:p>
    <w:p w14:paraId="5A89380F" w14:textId="10782243" w:rsidR="0014573B" w:rsidRDefault="0014573B" w:rsidP="00D91F2D">
      <w:pPr>
        <w:pStyle w:val="Heading2"/>
        <w:spacing w:before="0" w:line="240" w:lineRule="auto"/>
        <w:rPr>
          <w:sz w:val="24"/>
          <w:szCs w:val="24"/>
        </w:rPr>
      </w:pPr>
    </w:p>
    <w:p w14:paraId="5726AAAC" w14:textId="389B7A7E" w:rsidR="0014573B" w:rsidRDefault="21C20C6F" w:rsidP="00D91F2D">
      <w:pPr>
        <w:pStyle w:val="Heading2"/>
        <w:spacing w:before="0" w:line="240" w:lineRule="auto"/>
        <w:rPr>
          <w:color w:val="7030A0"/>
          <w:sz w:val="24"/>
          <w:szCs w:val="24"/>
        </w:rPr>
      </w:pPr>
      <w:r w:rsidRPr="21C20C6F">
        <w:rPr>
          <w:color w:val="7030A0"/>
          <w:sz w:val="24"/>
          <w:szCs w:val="24"/>
        </w:rPr>
        <w:t>6. Equality, diversity and inclusion are important values at Greater Manchester Rape Crisis. How would you ensure that everyone contacting the service feels respected, heard, and supported?</w:t>
      </w:r>
    </w:p>
    <w:p w14:paraId="4CFC06F9" w14:textId="7EEC575A" w:rsidR="0014573B" w:rsidRDefault="0014573B" w:rsidP="00D91F2D">
      <w:pPr>
        <w:spacing w:after="0" w:line="240" w:lineRule="auto"/>
        <w:rPr>
          <w:rFonts w:asciiTheme="majorHAnsi" w:eastAsiaTheme="majorEastAsia" w:hAnsiTheme="majorHAnsi" w:cstheme="majorBidi"/>
          <w:sz w:val="24"/>
          <w:szCs w:val="24"/>
        </w:rPr>
      </w:pPr>
    </w:p>
    <w:p w14:paraId="71C21408" w14:textId="4422DB53" w:rsidR="21C20C6F" w:rsidRDefault="21C20C6F" w:rsidP="00D91F2D">
      <w:pPr>
        <w:spacing w:after="0" w:line="240" w:lineRule="auto"/>
        <w:rPr>
          <w:rFonts w:asciiTheme="majorHAnsi" w:eastAsiaTheme="majorEastAsia" w:hAnsiTheme="majorHAnsi" w:cstheme="majorBidi"/>
          <w:sz w:val="24"/>
          <w:szCs w:val="24"/>
        </w:rPr>
      </w:pPr>
    </w:p>
    <w:p w14:paraId="4CBAC9E9" w14:textId="7BC6CEEF" w:rsidR="21C20C6F" w:rsidRDefault="21C20C6F" w:rsidP="00D91F2D">
      <w:pPr>
        <w:spacing w:after="0" w:line="240" w:lineRule="auto"/>
        <w:rPr>
          <w:rFonts w:asciiTheme="majorHAnsi" w:eastAsiaTheme="majorEastAsia" w:hAnsiTheme="majorHAnsi" w:cstheme="majorBidi"/>
          <w:sz w:val="24"/>
          <w:szCs w:val="24"/>
        </w:rPr>
      </w:pPr>
    </w:p>
    <w:p w14:paraId="0F0AA9AD" w14:textId="77777777" w:rsidR="0014573B" w:rsidRDefault="21C20C6F" w:rsidP="00D91F2D">
      <w:pPr>
        <w:pStyle w:val="Heading2"/>
        <w:spacing w:before="0" w:line="240" w:lineRule="auto"/>
        <w:rPr>
          <w:color w:val="7030A0"/>
          <w:sz w:val="24"/>
          <w:szCs w:val="24"/>
        </w:rPr>
      </w:pPr>
      <w:r w:rsidRPr="21C20C6F">
        <w:rPr>
          <w:color w:val="7030A0"/>
          <w:sz w:val="24"/>
          <w:szCs w:val="24"/>
        </w:rPr>
        <w:t>7. Please provide details of any relevant qualifications, training or volunteer experience.</w:t>
      </w:r>
    </w:p>
    <w:p w14:paraId="579D69CB" w14:textId="6DE94EA3" w:rsidR="21C20C6F" w:rsidRDefault="21C20C6F" w:rsidP="00D91F2D">
      <w:pPr>
        <w:pStyle w:val="Heading2"/>
        <w:spacing w:before="0" w:line="240" w:lineRule="auto"/>
        <w:rPr>
          <w:sz w:val="24"/>
          <w:szCs w:val="24"/>
        </w:rPr>
      </w:pPr>
    </w:p>
    <w:p w14:paraId="0E9BE5B1" w14:textId="6144389B" w:rsidR="21C20C6F" w:rsidRDefault="21C20C6F" w:rsidP="00D91F2D">
      <w:pPr>
        <w:pStyle w:val="Heading2"/>
        <w:spacing w:before="0" w:line="240" w:lineRule="auto"/>
        <w:rPr>
          <w:sz w:val="24"/>
          <w:szCs w:val="24"/>
        </w:rPr>
      </w:pPr>
    </w:p>
    <w:p w14:paraId="119B1E65" w14:textId="77777777" w:rsidR="00417FE7" w:rsidRDefault="00417FE7" w:rsidP="00417FE7"/>
    <w:p w14:paraId="5254533A" w14:textId="77777777" w:rsidR="00417FE7" w:rsidRPr="00417FE7" w:rsidRDefault="00417FE7" w:rsidP="00417FE7"/>
    <w:p w14:paraId="3AC5034C" w14:textId="45FDF8A6" w:rsidR="21C20C6F" w:rsidRDefault="21C20C6F" w:rsidP="00D91F2D">
      <w:pPr>
        <w:pStyle w:val="Heading2"/>
        <w:spacing w:before="0" w:line="240" w:lineRule="auto"/>
        <w:rPr>
          <w:sz w:val="24"/>
          <w:szCs w:val="24"/>
        </w:rPr>
      </w:pPr>
    </w:p>
    <w:p w14:paraId="73DD5D58" w14:textId="77777777" w:rsidR="0014573B" w:rsidRDefault="21C20C6F" w:rsidP="00D91F2D">
      <w:pPr>
        <w:pStyle w:val="Heading2"/>
        <w:spacing w:before="0" w:line="240" w:lineRule="auto"/>
        <w:rPr>
          <w:color w:val="7030A0"/>
          <w:sz w:val="24"/>
          <w:szCs w:val="24"/>
        </w:rPr>
      </w:pPr>
      <w:r w:rsidRPr="21C20C6F">
        <w:rPr>
          <w:color w:val="7030A0"/>
          <w:sz w:val="24"/>
          <w:szCs w:val="24"/>
        </w:rPr>
        <w:t>8. Please outline your availability for</w:t>
      </w:r>
      <w:r w:rsidRPr="21C20C6F">
        <w:rPr>
          <w:color w:val="7030A0"/>
          <w:sz w:val="24"/>
          <w:szCs w:val="24"/>
          <w:u w:val="single"/>
        </w:rPr>
        <w:t xml:space="preserve"> training and volunteerin</w:t>
      </w:r>
      <w:r w:rsidRPr="21C20C6F">
        <w:rPr>
          <w:color w:val="7030A0"/>
          <w:sz w:val="24"/>
          <w:szCs w:val="24"/>
        </w:rPr>
        <w:t>g.</w:t>
      </w:r>
    </w:p>
    <w:p w14:paraId="34314407" w14:textId="5E696DA8" w:rsidR="0014573B" w:rsidRPr="00417FE7" w:rsidRDefault="21C20C6F" w:rsidP="00D91F2D">
      <w:pPr>
        <w:spacing w:after="0" w:line="240" w:lineRule="auto"/>
        <w:rPr>
          <w:rFonts w:asciiTheme="majorHAnsi" w:eastAsiaTheme="majorEastAsia" w:hAnsiTheme="majorHAnsi" w:cstheme="majorBidi"/>
          <w:sz w:val="24"/>
          <w:szCs w:val="24"/>
        </w:rPr>
      </w:pPr>
      <w:r w:rsidRPr="00417FE7">
        <w:rPr>
          <w:rFonts w:asciiTheme="majorHAnsi" w:eastAsiaTheme="majorEastAsia" w:hAnsiTheme="majorHAnsi" w:cstheme="majorBidi"/>
          <w:sz w:val="24"/>
          <w:szCs w:val="24"/>
        </w:rPr>
        <w:t xml:space="preserve">Days Available:    Times Available:       Restrictions: </w:t>
      </w:r>
    </w:p>
    <w:p w14:paraId="3F53D8FB" w14:textId="461EC4DA" w:rsidR="0014573B" w:rsidRDefault="0014573B" w:rsidP="00D91F2D">
      <w:pPr>
        <w:pStyle w:val="Heading2"/>
        <w:spacing w:before="0" w:line="240" w:lineRule="auto"/>
        <w:rPr>
          <w:sz w:val="24"/>
          <w:szCs w:val="24"/>
        </w:rPr>
      </w:pPr>
    </w:p>
    <w:p w14:paraId="63921CD4" w14:textId="7EF150DD" w:rsidR="0014573B" w:rsidRDefault="0014573B" w:rsidP="00D91F2D">
      <w:pPr>
        <w:pStyle w:val="Heading2"/>
        <w:spacing w:before="0" w:line="240" w:lineRule="auto"/>
        <w:rPr>
          <w:sz w:val="24"/>
          <w:szCs w:val="24"/>
        </w:rPr>
      </w:pPr>
    </w:p>
    <w:p w14:paraId="7BE46E7B" w14:textId="4C9C881B" w:rsidR="0014573B" w:rsidRDefault="0014573B" w:rsidP="00D91F2D">
      <w:pPr>
        <w:pStyle w:val="Heading2"/>
        <w:spacing w:before="0" w:line="240" w:lineRule="auto"/>
        <w:rPr>
          <w:sz w:val="24"/>
          <w:szCs w:val="24"/>
        </w:rPr>
      </w:pPr>
    </w:p>
    <w:p w14:paraId="7AE07C70" w14:textId="77777777" w:rsidR="00417FE7" w:rsidRPr="00417FE7" w:rsidRDefault="00417FE7" w:rsidP="00417FE7"/>
    <w:p w14:paraId="50858705" w14:textId="2A6EC75E" w:rsidR="0014573B" w:rsidRDefault="0014573B" w:rsidP="00D91F2D">
      <w:pPr>
        <w:spacing w:after="0" w:line="240" w:lineRule="auto"/>
        <w:rPr>
          <w:rFonts w:asciiTheme="majorHAnsi" w:eastAsiaTheme="majorEastAsia" w:hAnsiTheme="majorHAnsi" w:cstheme="majorBidi"/>
          <w:sz w:val="24"/>
          <w:szCs w:val="24"/>
        </w:rPr>
      </w:pPr>
    </w:p>
    <w:p w14:paraId="7507CA50" w14:textId="082079A0" w:rsidR="0014573B" w:rsidRDefault="21C20C6F" w:rsidP="00D91F2D">
      <w:pPr>
        <w:pStyle w:val="Heading2"/>
        <w:spacing w:before="0" w:line="240" w:lineRule="auto"/>
        <w:rPr>
          <w:color w:val="7030A0"/>
          <w:sz w:val="24"/>
          <w:szCs w:val="24"/>
        </w:rPr>
      </w:pPr>
      <w:r w:rsidRPr="21C20C6F">
        <w:rPr>
          <w:color w:val="7030A0"/>
          <w:sz w:val="24"/>
          <w:szCs w:val="24"/>
        </w:rPr>
        <w:t>9. Is there anything else you would like us to consider in support of your application?</w:t>
      </w:r>
    </w:p>
    <w:p w14:paraId="5EAEEBD8" w14:textId="19D5CB6F" w:rsidR="0014573B" w:rsidRDefault="0014573B" w:rsidP="00D91F2D">
      <w:pPr>
        <w:pStyle w:val="Heading1"/>
        <w:spacing w:before="0" w:line="240" w:lineRule="auto"/>
        <w:rPr>
          <w:sz w:val="24"/>
          <w:szCs w:val="24"/>
        </w:rPr>
      </w:pPr>
    </w:p>
    <w:p w14:paraId="18D77383" w14:textId="77777777" w:rsidR="00417FE7" w:rsidRDefault="00417FE7" w:rsidP="00417FE7"/>
    <w:p w14:paraId="24F77640" w14:textId="77777777" w:rsidR="00417FE7" w:rsidRDefault="00417FE7" w:rsidP="00417FE7"/>
    <w:p w14:paraId="046210D7" w14:textId="77777777" w:rsidR="00417FE7" w:rsidRPr="00417FE7" w:rsidRDefault="00417FE7" w:rsidP="00417FE7"/>
    <w:p w14:paraId="7797E7DE" w14:textId="287975E5" w:rsidR="0014573B" w:rsidRPr="00417FE7" w:rsidRDefault="21C20C6F" w:rsidP="00D91F2D">
      <w:pPr>
        <w:pStyle w:val="Heading1"/>
        <w:spacing w:before="0" w:line="240" w:lineRule="auto"/>
        <w:rPr>
          <w:color w:val="7030A0"/>
          <w:sz w:val="36"/>
          <w:szCs w:val="36"/>
        </w:rPr>
      </w:pPr>
      <w:r w:rsidRPr="00417FE7">
        <w:rPr>
          <w:color w:val="7030A0"/>
          <w:sz w:val="36"/>
          <w:szCs w:val="36"/>
        </w:rPr>
        <w:t>REFERENCES</w:t>
      </w:r>
    </w:p>
    <w:p w14:paraId="2004A01C" w14:textId="77777777"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Please provide details of two referees who can comment on your suitability for this volunteer role.</w:t>
      </w:r>
    </w:p>
    <w:p w14:paraId="6C2DB469" w14:textId="77777777" w:rsidR="00417FE7" w:rsidRDefault="00417FE7" w:rsidP="00D91F2D">
      <w:pPr>
        <w:spacing w:after="0" w:line="240" w:lineRule="auto"/>
        <w:rPr>
          <w:rFonts w:asciiTheme="majorHAnsi" w:eastAsiaTheme="majorEastAsia" w:hAnsiTheme="majorHAnsi" w:cstheme="majorBidi"/>
          <w:sz w:val="24"/>
          <w:szCs w:val="24"/>
        </w:rPr>
      </w:pPr>
    </w:p>
    <w:p w14:paraId="00EA6CE1" w14:textId="77777777" w:rsidR="0014573B" w:rsidRPr="00417FE7" w:rsidRDefault="21C20C6F" w:rsidP="00D91F2D">
      <w:pPr>
        <w:pStyle w:val="Heading2"/>
        <w:spacing w:before="0" w:line="240" w:lineRule="auto"/>
        <w:rPr>
          <w:color w:val="7030A0"/>
          <w:sz w:val="28"/>
          <w:szCs w:val="28"/>
        </w:rPr>
      </w:pPr>
      <w:r w:rsidRPr="00417FE7">
        <w:rPr>
          <w:color w:val="7030A0"/>
          <w:sz w:val="28"/>
          <w:szCs w:val="28"/>
        </w:rPr>
        <w:t>Referee 1</w:t>
      </w:r>
    </w:p>
    <w:p w14:paraId="6F9DD61C" w14:textId="1D2A98CA"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Name: </w:t>
      </w:r>
    </w:p>
    <w:p w14:paraId="142E0E7C" w14:textId="28C3D4B9"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Position / Relationship to You: </w:t>
      </w:r>
    </w:p>
    <w:p w14:paraId="5B7B75F6" w14:textId="3EDB1B92" w:rsidR="0014573B" w:rsidRDefault="21C20C6F" w:rsidP="00D91F2D">
      <w:pPr>
        <w:spacing w:after="0" w:line="240" w:lineRule="auto"/>
        <w:rPr>
          <w:rFonts w:asciiTheme="majorHAnsi" w:eastAsiaTheme="majorEastAsia" w:hAnsiTheme="majorHAnsi" w:cstheme="majorBidi"/>
          <w:sz w:val="24"/>
          <w:szCs w:val="24"/>
        </w:rPr>
      </w:pPr>
      <w:proofErr w:type="spellStart"/>
      <w:r w:rsidRPr="21C20C6F">
        <w:rPr>
          <w:rFonts w:asciiTheme="majorHAnsi" w:eastAsiaTheme="majorEastAsia" w:hAnsiTheme="majorHAnsi" w:cstheme="majorBidi"/>
          <w:sz w:val="24"/>
          <w:szCs w:val="24"/>
        </w:rPr>
        <w:t>Organisation</w:t>
      </w:r>
      <w:proofErr w:type="spellEnd"/>
      <w:r w:rsidRPr="21C20C6F">
        <w:rPr>
          <w:rFonts w:asciiTheme="majorHAnsi" w:eastAsiaTheme="majorEastAsia" w:hAnsiTheme="majorHAnsi" w:cstheme="majorBidi"/>
          <w:sz w:val="24"/>
          <w:szCs w:val="24"/>
        </w:rPr>
        <w:t xml:space="preserve">: </w:t>
      </w:r>
    </w:p>
    <w:p w14:paraId="2586C54B" w14:textId="4C3DA0EB"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Telephone: </w:t>
      </w:r>
    </w:p>
    <w:p w14:paraId="272BAE23" w14:textId="6CE8D156"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Email: </w:t>
      </w:r>
    </w:p>
    <w:p w14:paraId="74C41CDD" w14:textId="77777777" w:rsidR="00417FE7" w:rsidRDefault="00417FE7" w:rsidP="00D91F2D">
      <w:pPr>
        <w:spacing w:after="0" w:line="240" w:lineRule="auto"/>
        <w:rPr>
          <w:rFonts w:asciiTheme="majorHAnsi" w:eastAsiaTheme="majorEastAsia" w:hAnsiTheme="majorHAnsi" w:cstheme="majorBidi"/>
          <w:sz w:val="24"/>
          <w:szCs w:val="24"/>
        </w:rPr>
      </w:pPr>
    </w:p>
    <w:p w14:paraId="2EBDE65D" w14:textId="77777777" w:rsidR="00417FE7" w:rsidRDefault="00417FE7" w:rsidP="00D91F2D">
      <w:pPr>
        <w:spacing w:after="0" w:line="240" w:lineRule="auto"/>
        <w:rPr>
          <w:rFonts w:asciiTheme="majorHAnsi" w:eastAsiaTheme="majorEastAsia" w:hAnsiTheme="majorHAnsi" w:cstheme="majorBidi"/>
          <w:sz w:val="24"/>
          <w:szCs w:val="24"/>
        </w:rPr>
      </w:pPr>
    </w:p>
    <w:p w14:paraId="0E814E65" w14:textId="77777777" w:rsidR="0014573B" w:rsidRPr="00417FE7" w:rsidRDefault="21C20C6F" w:rsidP="00D91F2D">
      <w:pPr>
        <w:pStyle w:val="Heading2"/>
        <w:spacing w:before="0" w:line="240" w:lineRule="auto"/>
        <w:rPr>
          <w:color w:val="7030A0"/>
          <w:sz w:val="32"/>
          <w:szCs w:val="32"/>
        </w:rPr>
      </w:pPr>
      <w:r w:rsidRPr="00417FE7">
        <w:rPr>
          <w:color w:val="7030A0"/>
          <w:sz w:val="32"/>
          <w:szCs w:val="32"/>
        </w:rPr>
        <w:t>Referee 2</w:t>
      </w:r>
    </w:p>
    <w:p w14:paraId="55F766EC" w14:textId="69757727"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Name: </w:t>
      </w:r>
    </w:p>
    <w:p w14:paraId="65F4EF58" w14:textId="6042B4F9"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Position / Relationship to You: </w:t>
      </w:r>
    </w:p>
    <w:p w14:paraId="08F8E483" w14:textId="7AA83B7C" w:rsidR="0014573B" w:rsidRDefault="21C20C6F" w:rsidP="00D91F2D">
      <w:pPr>
        <w:spacing w:after="0" w:line="240" w:lineRule="auto"/>
        <w:rPr>
          <w:rFonts w:asciiTheme="majorHAnsi" w:eastAsiaTheme="majorEastAsia" w:hAnsiTheme="majorHAnsi" w:cstheme="majorBidi"/>
          <w:sz w:val="24"/>
          <w:szCs w:val="24"/>
        </w:rPr>
      </w:pPr>
      <w:proofErr w:type="spellStart"/>
      <w:r w:rsidRPr="21C20C6F">
        <w:rPr>
          <w:rFonts w:asciiTheme="majorHAnsi" w:eastAsiaTheme="majorEastAsia" w:hAnsiTheme="majorHAnsi" w:cstheme="majorBidi"/>
          <w:sz w:val="24"/>
          <w:szCs w:val="24"/>
        </w:rPr>
        <w:t>Organisation</w:t>
      </w:r>
      <w:proofErr w:type="spellEnd"/>
      <w:r w:rsidRPr="21C20C6F">
        <w:rPr>
          <w:rFonts w:asciiTheme="majorHAnsi" w:eastAsiaTheme="majorEastAsia" w:hAnsiTheme="majorHAnsi" w:cstheme="majorBidi"/>
          <w:sz w:val="24"/>
          <w:szCs w:val="24"/>
        </w:rPr>
        <w:t xml:space="preserve">: </w:t>
      </w:r>
    </w:p>
    <w:p w14:paraId="657D9310" w14:textId="034CF45F"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Telephone: </w:t>
      </w:r>
    </w:p>
    <w:p w14:paraId="65B7236C" w14:textId="29A89F54"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Email: </w:t>
      </w:r>
    </w:p>
    <w:p w14:paraId="65CF3D15" w14:textId="77777777" w:rsidR="00417FE7" w:rsidRDefault="00417FE7" w:rsidP="00D91F2D">
      <w:pPr>
        <w:spacing w:after="0" w:line="240" w:lineRule="auto"/>
        <w:rPr>
          <w:rFonts w:asciiTheme="majorHAnsi" w:eastAsiaTheme="majorEastAsia" w:hAnsiTheme="majorHAnsi" w:cstheme="majorBidi"/>
          <w:sz w:val="24"/>
          <w:szCs w:val="24"/>
        </w:rPr>
      </w:pPr>
    </w:p>
    <w:p w14:paraId="44DE3A5E" w14:textId="77777777" w:rsidR="00417FE7" w:rsidRDefault="00417FE7" w:rsidP="00D91F2D">
      <w:pPr>
        <w:spacing w:after="0" w:line="240" w:lineRule="auto"/>
        <w:rPr>
          <w:rFonts w:asciiTheme="majorHAnsi" w:eastAsiaTheme="majorEastAsia" w:hAnsiTheme="majorHAnsi" w:cstheme="majorBidi"/>
          <w:sz w:val="24"/>
          <w:szCs w:val="24"/>
        </w:rPr>
      </w:pPr>
    </w:p>
    <w:p w14:paraId="5AB7F01E" w14:textId="77777777" w:rsidR="00417FE7" w:rsidRDefault="00417FE7" w:rsidP="00417FE7">
      <w:pPr>
        <w:pBdr>
          <w:between w:val="single" w:sz="4" w:space="1" w:color="auto"/>
        </w:pBdr>
        <w:spacing w:after="0" w:line="240" w:lineRule="auto"/>
        <w:rPr>
          <w:rFonts w:asciiTheme="majorHAnsi" w:eastAsiaTheme="majorEastAsia" w:hAnsiTheme="majorHAnsi" w:cstheme="majorBidi"/>
          <w:sz w:val="24"/>
          <w:szCs w:val="24"/>
        </w:rPr>
      </w:pPr>
    </w:p>
    <w:p w14:paraId="1D3AE8A4" w14:textId="77777777" w:rsidR="00417FE7" w:rsidRDefault="00417FE7" w:rsidP="00417FE7">
      <w:pPr>
        <w:pBdr>
          <w:between w:val="single" w:sz="4" w:space="1" w:color="auto"/>
        </w:pBdr>
        <w:spacing w:after="0" w:line="240" w:lineRule="auto"/>
        <w:rPr>
          <w:rFonts w:asciiTheme="majorHAnsi" w:eastAsiaTheme="majorEastAsia" w:hAnsiTheme="majorHAnsi" w:cstheme="majorBidi"/>
          <w:sz w:val="24"/>
          <w:szCs w:val="24"/>
        </w:rPr>
      </w:pPr>
    </w:p>
    <w:p w14:paraId="10569CB5" w14:textId="77777777" w:rsidR="00417FE7" w:rsidRDefault="00417FE7" w:rsidP="00D91F2D">
      <w:pPr>
        <w:pStyle w:val="Heading1"/>
        <w:spacing w:before="0" w:line="240" w:lineRule="auto"/>
        <w:rPr>
          <w:color w:val="7030A0"/>
          <w:sz w:val="24"/>
          <w:szCs w:val="24"/>
        </w:rPr>
      </w:pPr>
    </w:p>
    <w:p w14:paraId="02D7FBF6" w14:textId="6E7818A6" w:rsidR="0014573B" w:rsidRPr="00D82849" w:rsidRDefault="21C20C6F" w:rsidP="00D91F2D">
      <w:pPr>
        <w:pStyle w:val="Heading1"/>
        <w:spacing w:before="0" w:line="240" w:lineRule="auto"/>
        <w:rPr>
          <w:color w:val="7030A0"/>
          <w:sz w:val="32"/>
          <w:szCs w:val="32"/>
        </w:rPr>
      </w:pPr>
      <w:r w:rsidRPr="00D82849">
        <w:rPr>
          <w:color w:val="7030A0"/>
          <w:sz w:val="32"/>
          <w:szCs w:val="32"/>
        </w:rPr>
        <w:t>DECLARATION</w:t>
      </w:r>
    </w:p>
    <w:p w14:paraId="622179A6" w14:textId="77777777"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I confirm that the information provided in this application form is true and accurate to the best of my knowledge.</w:t>
      </w:r>
    </w:p>
    <w:p w14:paraId="27C24FC9" w14:textId="77777777" w:rsidR="00417FE7" w:rsidRDefault="00417FE7" w:rsidP="00D91F2D">
      <w:pPr>
        <w:spacing w:after="0" w:line="240" w:lineRule="auto"/>
        <w:rPr>
          <w:rFonts w:asciiTheme="majorHAnsi" w:eastAsiaTheme="majorEastAsia" w:hAnsiTheme="majorHAnsi" w:cstheme="majorBidi"/>
          <w:sz w:val="24"/>
          <w:szCs w:val="24"/>
        </w:rPr>
      </w:pPr>
    </w:p>
    <w:p w14:paraId="4BCB40D5" w14:textId="77777777"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I understand that any appointment as a volunteer may be subject to receipt of satisfactory references, completion of required training, completion of appropriate safeguarding checks, and adherence to GMRC policies and procedures.</w:t>
      </w:r>
    </w:p>
    <w:p w14:paraId="753282F9" w14:textId="77777777" w:rsidR="00417FE7" w:rsidRDefault="00417FE7" w:rsidP="00D91F2D">
      <w:pPr>
        <w:spacing w:after="0" w:line="240" w:lineRule="auto"/>
        <w:rPr>
          <w:rFonts w:asciiTheme="majorHAnsi" w:eastAsiaTheme="majorEastAsia" w:hAnsiTheme="majorHAnsi" w:cstheme="majorBidi"/>
          <w:sz w:val="24"/>
          <w:szCs w:val="24"/>
        </w:rPr>
      </w:pPr>
    </w:p>
    <w:p w14:paraId="405F8D9C" w14:textId="77777777" w:rsidR="00417FE7" w:rsidRDefault="00417FE7" w:rsidP="00D91F2D">
      <w:pPr>
        <w:spacing w:after="0" w:line="240" w:lineRule="auto"/>
        <w:rPr>
          <w:rFonts w:asciiTheme="majorHAnsi" w:eastAsiaTheme="majorEastAsia" w:hAnsiTheme="majorHAnsi" w:cstheme="majorBidi"/>
          <w:sz w:val="24"/>
          <w:szCs w:val="24"/>
        </w:rPr>
      </w:pPr>
    </w:p>
    <w:p w14:paraId="0E4FD9E4" w14:textId="22413583"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Signature: </w:t>
      </w:r>
    </w:p>
    <w:p w14:paraId="57F08E23" w14:textId="77777777" w:rsidR="00417FE7" w:rsidRDefault="00417FE7" w:rsidP="00D91F2D">
      <w:pPr>
        <w:spacing w:after="0" w:line="240" w:lineRule="auto"/>
        <w:rPr>
          <w:rFonts w:asciiTheme="majorHAnsi" w:eastAsiaTheme="majorEastAsia" w:hAnsiTheme="majorHAnsi" w:cstheme="majorBidi"/>
          <w:sz w:val="24"/>
          <w:szCs w:val="24"/>
        </w:rPr>
      </w:pPr>
    </w:p>
    <w:p w14:paraId="6BCA7181" w14:textId="2CC861E7" w:rsidR="0014573B" w:rsidRDefault="21C20C6F"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 xml:space="preserve">Date: </w:t>
      </w:r>
    </w:p>
    <w:p w14:paraId="7F98C16B" w14:textId="77777777" w:rsidR="00417FE7" w:rsidRDefault="00417FE7" w:rsidP="00D91F2D">
      <w:pPr>
        <w:spacing w:after="0" w:line="240" w:lineRule="auto"/>
        <w:rPr>
          <w:rFonts w:asciiTheme="majorHAnsi" w:eastAsiaTheme="majorEastAsia" w:hAnsiTheme="majorHAnsi" w:cstheme="majorBidi"/>
          <w:sz w:val="24"/>
          <w:szCs w:val="24"/>
        </w:rPr>
      </w:pPr>
    </w:p>
    <w:p w14:paraId="2E1C06EB" w14:textId="6AD6211D" w:rsidR="21C20C6F" w:rsidRDefault="21C20C6F" w:rsidP="00D91F2D">
      <w:pPr>
        <w:spacing w:after="0" w:line="240" w:lineRule="auto"/>
        <w:rPr>
          <w:rFonts w:asciiTheme="majorHAnsi" w:eastAsiaTheme="majorEastAsia" w:hAnsiTheme="majorHAnsi" w:cstheme="majorBidi"/>
          <w:sz w:val="24"/>
          <w:szCs w:val="24"/>
        </w:rPr>
      </w:pPr>
    </w:p>
    <w:p w14:paraId="461E8BB2" w14:textId="2EA40AF2" w:rsidR="00417FE7" w:rsidRDefault="00300158" w:rsidP="00D91F2D">
      <w:pPr>
        <w:pStyle w:val="Heading3"/>
        <w:spacing w:before="0" w:line="240" w:lineRule="auto"/>
        <w:rPr>
          <w:color w:val="7030A0"/>
          <w:sz w:val="24"/>
          <w:szCs w:val="24"/>
        </w:rPr>
      </w:pPr>
      <w:r>
        <w:rPr>
          <w:color w:val="7030A0"/>
          <w:sz w:val="24"/>
          <w:szCs w:val="24"/>
        </w:rPr>
        <w:pict w14:anchorId="6644B124">
          <v:rect id="_x0000_i1025" style="width:0;height:1.5pt" o:hralign="center" o:hrstd="t" o:hr="t" fillcolor="#a0a0a0" stroked="f"/>
        </w:pict>
      </w:r>
    </w:p>
    <w:p w14:paraId="28ABD880" w14:textId="77777777" w:rsidR="00417FE7" w:rsidRDefault="00417FE7" w:rsidP="00D91F2D">
      <w:pPr>
        <w:pStyle w:val="Heading3"/>
        <w:spacing w:before="0" w:line="240" w:lineRule="auto"/>
        <w:rPr>
          <w:color w:val="7030A0"/>
          <w:sz w:val="24"/>
          <w:szCs w:val="24"/>
        </w:rPr>
      </w:pPr>
    </w:p>
    <w:p w14:paraId="702B2CD5" w14:textId="1CE2177D" w:rsidR="65DD1302" w:rsidRPr="00D82849" w:rsidRDefault="65DD1302" w:rsidP="00D91F2D">
      <w:pPr>
        <w:pStyle w:val="Heading3"/>
        <w:spacing w:before="0" w:line="240" w:lineRule="auto"/>
        <w:rPr>
          <w:color w:val="7030A0"/>
          <w:sz w:val="32"/>
          <w:szCs w:val="32"/>
        </w:rPr>
      </w:pPr>
      <w:r w:rsidRPr="00D82849">
        <w:rPr>
          <w:color w:val="7030A0"/>
          <w:sz w:val="32"/>
          <w:szCs w:val="32"/>
        </w:rPr>
        <w:t>Privacy Notice</w:t>
      </w:r>
    </w:p>
    <w:p w14:paraId="06B9D28D" w14:textId="01BAEAD9" w:rsidR="65DD1302" w:rsidRDefault="65DD1302" w:rsidP="00D91F2D">
      <w:pPr>
        <w:spacing w:after="0" w:line="240" w:lineRule="auto"/>
        <w:rPr>
          <w:rFonts w:asciiTheme="majorHAnsi" w:eastAsiaTheme="majorEastAsia" w:hAnsiTheme="majorHAnsi" w:cstheme="majorBidi"/>
          <w:sz w:val="24"/>
          <w:szCs w:val="24"/>
        </w:rPr>
      </w:pPr>
      <w:r w:rsidRPr="21C20C6F">
        <w:rPr>
          <w:rFonts w:asciiTheme="majorHAnsi" w:eastAsiaTheme="majorEastAsia" w:hAnsiTheme="majorHAnsi" w:cstheme="majorBidi"/>
          <w:sz w:val="24"/>
          <w:szCs w:val="24"/>
        </w:rPr>
        <w:t>The information provided in this application form will be processed in accordance with UK data protection legislation and GMRC's Privacy Policy. Information will only be used for recruitment, safeguarding, and volunteer management purposes and will be handled confidentially.</w:t>
      </w:r>
    </w:p>
    <w:p w14:paraId="39BCEFBB" w14:textId="77777777" w:rsidR="00417FE7" w:rsidRDefault="00417FE7" w:rsidP="00D91F2D">
      <w:pPr>
        <w:spacing w:after="0" w:line="240" w:lineRule="auto"/>
        <w:rPr>
          <w:rFonts w:asciiTheme="majorHAnsi" w:eastAsiaTheme="majorEastAsia" w:hAnsiTheme="majorHAnsi" w:cstheme="majorBidi"/>
          <w:sz w:val="24"/>
          <w:szCs w:val="24"/>
        </w:rPr>
      </w:pPr>
    </w:p>
    <w:p w14:paraId="7ABF3ADE" w14:textId="77777777" w:rsidR="00417FE7" w:rsidRDefault="00417FE7" w:rsidP="00D91F2D">
      <w:pPr>
        <w:spacing w:after="0" w:line="240" w:lineRule="auto"/>
        <w:rPr>
          <w:rFonts w:asciiTheme="majorHAnsi" w:eastAsiaTheme="majorEastAsia" w:hAnsiTheme="majorHAnsi" w:cstheme="majorBidi"/>
          <w:sz w:val="24"/>
          <w:szCs w:val="24"/>
        </w:rPr>
      </w:pPr>
    </w:p>
    <w:p w14:paraId="1D91458F" w14:textId="19349AA8" w:rsidR="21C20C6F" w:rsidRDefault="00300158" w:rsidP="00D91F2D">
      <w:pPr>
        <w:spacing w:after="0" w:line="240" w:lineRule="auto"/>
        <w:rPr>
          <w:rFonts w:asciiTheme="majorHAnsi" w:eastAsiaTheme="majorEastAsia" w:hAnsiTheme="majorHAnsi" w:cstheme="majorBidi"/>
          <w:sz w:val="24"/>
          <w:szCs w:val="24"/>
        </w:rPr>
      </w:pPr>
      <w:r>
        <w:rPr>
          <w:color w:val="7030A0"/>
          <w:sz w:val="24"/>
          <w:szCs w:val="24"/>
        </w:rPr>
        <w:pict w14:anchorId="1E114FF1">
          <v:rect id="_x0000_i1026" style="width:0;height:1.5pt" o:hralign="center" o:hrstd="t" o:hr="t" fillcolor="#a0a0a0" stroked="f"/>
        </w:pict>
      </w:r>
    </w:p>
    <w:p w14:paraId="039D8D6E" w14:textId="0B199933" w:rsidR="65DD1302" w:rsidRDefault="65DD1302" w:rsidP="00417FE7">
      <w:pPr>
        <w:spacing w:after="0" w:line="240" w:lineRule="auto"/>
        <w:jc w:val="center"/>
        <w:rPr>
          <w:rFonts w:asciiTheme="majorHAnsi" w:eastAsiaTheme="majorEastAsia" w:hAnsiTheme="majorHAnsi" w:cstheme="majorBidi"/>
          <w:b/>
          <w:bCs/>
          <w:sz w:val="24"/>
          <w:szCs w:val="24"/>
        </w:rPr>
      </w:pPr>
      <w:r w:rsidRPr="21C20C6F">
        <w:rPr>
          <w:rFonts w:asciiTheme="majorHAnsi" w:eastAsiaTheme="majorEastAsia" w:hAnsiTheme="majorHAnsi" w:cstheme="majorBidi"/>
          <w:b/>
          <w:bCs/>
          <w:sz w:val="24"/>
          <w:szCs w:val="24"/>
        </w:rPr>
        <w:t>Thank you for your interest in volunteering with Greater Manchester Rape Crisis. We appreciate the time you have taken to complete this application.</w:t>
      </w:r>
    </w:p>
    <w:p w14:paraId="3CF0932A" w14:textId="7B596BCC" w:rsidR="21C20C6F" w:rsidRDefault="21C20C6F" w:rsidP="00D91F2D">
      <w:pPr>
        <w:spacing w:after="0" w:line="240" w:lineRule="auto"/>
      </w:pPr>
    </w:p>
    <w:p w14:paraId="639F2035" w14:textId="7F5F0ED3" w:rsidR="21C20C6F" w:rsidRDefault="21C20C6F" w:rsidP="00D91F2D">
      <w:pPr>
        <w:spacing w:after="0" w:line="240" w:lineRule="auto"/>
      </w:pPr>
    </w:p>
    <w:sectPr w:rsidR="21C20C6F" w:rsidSect="00034616">
      <w:head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99CA" w14:textId="77777777" w:rsidR="00300158" w:rsidRDefault="00300158" w:rsidP="00D91F2D">
      <w:pPr>
        <w:spacing w:after="0" w:line="240" w:lineRule="auto"/>
      </w:pPr>
      <w:r>
        <w:separator/>
      </w:r>
    </w:p>
  </w:endnote>
  <w:endnote w:type="continuationSeparator" w:id="0">
    <w:p w14:paraId="74B3ACA9" w14:textId="77777777" w:rsidR="00300158" w:rsidRDefault="00300158" w:rsidP="00D91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0BFAA" w14:textId="77777777" w:rsidR="00300158" w:rsidRDefault="00300158" w:rsidP="00D91F2D">
      <w:pPr>
        <w:spacing w:after="0" w:line="240" w:lineRule="auto"/>
      </w:pPr>
      <w:r>
        <w:separator/>
      </w:r>
    </w:p>
  </w:footnote>
  <w:footnote w:type="continuationSeparator" w:id="0">
    <w:p w14:paraId="030E5586" w14:textId="77777777" w:rsidR="00300158" w:rsidRDefault="00300158" w:rsidP="00D91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C688" w14:textId="6FFD800F" w:rsidR="00D91F2D" w:rsidRPr="00D91F2D" w:rsidRDefault="00D91F2D" w:rsidP="00D91F2D">
    <w:pPr>
      <w:pStyle w:val="Header"/>
      <w:jc w:val="center"/>
    </w:pPr>
    <w:r>
      <w:rPr>
        <w:noProof/>
      </w:rPr>
      <w:drawing>
        <wp:inline distT="0" distB="0" distL="0" distR="0" wp14:anchorId="6B26A978" wp14:editId="454061B2">
          <wp:extent cx="1181100" cy="1266825"/>
          <wp:effectExtent l="0" t="0" r="0" b="9525"/>
          <wp:docPr id="7" name="Picture 1"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266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9041968">
    <w:abstractNumId w:val="8"/>
  </w:num>
  <w:num w:numId="2" w16cid:durableId="1818182044">
    <w:abstractNumId w:val="6"/>
  </w:num>
  <w:num w:numId="3" w16cid:durableId="812482360">
    <w:abstractNumId w:val="5"/>
  </w:num>
  <w:num w:numId="4" w16cid:durableId="727536801">
    <w:abstractNumId w:val="4"/>
  </w:num>
  <w:num w:numId="5" w16cid:durableId="310136277">
    <w:abstractNumId w:val="7"/>
  </w:num>
  <w:num w:numId="6" w16cid:durableId="1761295987">
    <w:abstractNumId w:val="3"/>
  </w:num>
  <w:num w:numId="7" w16cid:durableId="730808127">
    <w:abstractNumId w:val="2"/>
  </w:num>
  <w:num w:numId="8" w16cid:durableId="785657509">
    <w:abstractNumId w:val="1"/>
  </w:num>
  <w:num w:numId="9" w16cid:durableId="1172136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79A5BE13-D156-4D7A-881C-705E9607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91F2D"/>
    <w:rPr>
      <w:color w:val="467886"/>
      <w:u w:val="single"/>
    </w:rPr>
  </w:style>
  <w:style w:type="character" w:styleId="UnresolvedMention">
    <w:name w:val="Unresolved Mention"/>
    <w:basedOn w:val="DefaultParagraphFont"/>
    <w:uiPriority w:val="99"/>
    <w:semiHidden/>
    <w:unhideWhenUsed/>
    <w:rsid w:val="004650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hyperlink" Target="mailto:recruitment@manchesterrapecrisis.co.uk"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