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184"/>
        <w:gridCol w:w="5184"/>
      </w:tblGrid>
      <w:tr w:rsidR="0014063B" w14:paraId="635E6B2A" w14:textId="77777777">
        <w:trPr>
          <w:cantSplit/>
          <w:jc w:val="center"/>
        </w:trPr>
        <w:tc>
          <w:tcPr>
            <w:tcW w:w="5184" w:type="dxa"/>
            <w:tcBorders>
              <w:top w:val="nil"/>
              <w:left w:val="nil"/>
              <w:bottom w:val="nil"/>
              <w:right w:val="nil"/>
            </w:tcBorders>
          </w:tcPr>
          <w:p w14:paraId="5EB8A775" w14:textId="77777777" w:rsidR="0014063B" w:rsidRDefault="00527005">
            <w:r>
              <w:rPr>
                <w:noProof/>
                <w:sz w:val="19"/>
              </w:rPr>
              <w:drawing>
                <wp:inline distT="0" distB="0" distL="0" distR="0" wp14:anchorId="06802286" wp14:editId="7CB930C3">
                  <wp:extent cx="502920" cy="510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02920" cy="510540"/>
                          </a:xfrm>
                          <a:prstGeom prst="rect">
                            <a:avLst/>
                          </a:prstGeom>
                        </pic:spPr>
                      </pic:pic>
                    </a:graphicData>
                  </a:graphic>
                </wp:inline>
              </w:drawing>
            </w:r>
          </w:p>
        </w:tc>
        <w:tc>
          <w:tcPr>
            <w:tcW w:w="5184" w:type="dxa"/>
            <w:tcBorders>
              <w:top w:val="nil"/>
              <w:left w:val="nil"/>
              <w:bottom w:val="nil"/>
              <w:right w:val="nil"/>
            </w:tcBorders>
          </w:tcPr>
          <w:p w14:paraId="6CFD2A0A" w14:textId="77777777" w:rsidR="0014063B" w:rsidRDefault="00527005">
            <w:pPr>
              <w:spacing w:after="0" w:line="240" w:lineRule="auto"/>
              <w:jc w:val="right"/>
            </w:pPr>
            <w:r>
              <w:rPr>
                <w:b/>
                <w:color w:val="777777"/>
                <w:sz w:val="18"/>
              </w:rPr>
              <w:t>CONFIDENTIAL</w:t>
            </w:r>
          </w:p>
          <w:p w14:paraId="4742A91C" w14:textId="77777777" w:rsidR="0014063B" w:rsidRDefault="00527005">
            <w:pPr>
              <w:spacing w:after="0" w:line="240" w:lineRule="auto"/>
              <w:jc w:val="right"/>
            </w:pPr>
            <w:r>
              <w:rPr>
                <w:b/>
                <w:color w:val="333333"/>
                <w:sz w:val="30"/>
              </w:rPr>
              <w:t>FUTURE DREAMS VOLUNTEER APPLICATION FORM</w:t>
            </w:r>
          </w:p>
        </w:tc>
      </w:tr>
    </w:tbl>
    <w:p w14:paraId="38421BDA" w14:textId="77777777" w:rsidR="0014063B" w:rsidRDefault="00527005">
      <w:pPr>
        <w:spacing w:after="100" w:line="240" w:lineRule="auto"/>
      </w:pPr>
      <w:r>
        <w:rPr>
          <w:color w:val="666666"/>
          <w:sz w:val="18"/>
        </w:rPr>
        <w:t>Please complete this form as fully as you can. Fields marked * are required.</w:t>
      </w:r>
    </w:p>
    <w:tbl>
      <w:tblPr>
        <w:tblW w:w="0" w:type="auto"/>
        <w:jc w:val="center"/>
        <w:tblLayout w:type="fixed"/>
        <w:tblLook w:val="04A0" w:firstRow="1" w:lastRow="0" w:firstColumn="1" w:lastColumn="0" w:noHBand="0" w:noVBand="1"/>
      </w:tblPr>
      <w:tblGrid>
        <w:gridCol w:w="5184"/>
        <w:gridCol w:w="5184"/>
      </w:tblGrid>
      <w:tr w:rsidR="0014063B" w:rsidRPr="00F2276D" w14:paraId="24C5285E"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5B333BC2" w14:textId="77777777" w:rsidR="0014063B" w:rsidRPr="00F2276D" w:rsidRDefault="00527005">
            <w:pPr>
              <w:spacing w:after="0" w:line="240" w:lineRule="auto"/>
              <w:rPr>
                <w:sz w:val="22"/>
              </w:rPr>
            </w:pPr>
            <w:r w:rsidRPr="00F2276D">
              <w:rPr>
                <w:b/>
                <w:color w:val="333333"/>
                <w:sz w:val="22"/>
              </w:rPr>
              <w:t>Volunteer role applied for*:</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578858D8"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4348AFA6"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AAA6615" w14:textId="77777777" w:rsidR="0014063B" w:rsidRPr="00F2276D" w:rsidRDefault="00527005">
            <w:pPr>
              <w:spacing w:after="0" w:line="240" w:lineRule="auto"/>
              <w:rPr>
                <w:sz w:val="22"/>
              </w:rPr>
            </w:pPr>
            <w:r w:rsidRPr="00F2276D">
              <w:rPr>
                <w:b/>
                <w:color w:val="333333"/>
                <w:sz w:val="22"/>
              </w:rPr>
              <w:t>Where did you hear about this opportunity?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361AF57E" w14:textId="77777777" w:rsidR="0014063B" w:rsidRPr="00F2276D" w:rsidRDefault="00527005">
            <w:pPr>
              <w:spacing w:after="0" w:line="240" w:lineRule="auto"/>
              <w:rPr>
                <w:sz w:val="22"/>
              </w:rPr>
            </w:pPr>
            <w:r w:rsidRPr="00F2276D">
              <w:rPr>
                <w:color w:val="333333"/>
                <w:sz w:val="22"/>
              </w:rPr>
              <w:t xml:space="preserve"> </w:t>
            </w:r>
          </w:p>
        </w:tc>
      </w:tr>
    </w:tbl>
    <w:p w14:paraId="56875B14" w14:textId="77777777" w:rsidR="0014063B" w:rsidRPr="00F2276D" w:rsidRDefault="00527005">
      <w:pPr>
        <w:spacing w:before="60" w:after="80" w:line="240" w:lineRule="auto"/>
        <w:rPr>
          <w:sz w:val="22"/>
        </w:rPr>
      </w:pPr>
      <w:r w:rsidRPr="00F2276D">
        <w:rPr>
          <w:b/>
          <w:color w:val="333333"/>
          <w:sz w:val="22"/>
        </w:rPr>
        <w:t xml:space="preserve">Return completed form to: </w:t>
      </w:r>
      <w:r w:rsidRPr="00F2276D">
        <w:rPr>
          <w:color w:val="333333"/>
          <w:sz w:val="22"/>
        </w:rPr>
        <w:t>deborah@futuredreams.org.uk</w:t>
      </w:r>
    </w:p>
    <w:p w14:paraId="21BDFE10" w14:textId="77777777" w:rsidR="0014063B" w:rsidRPr="00F2276D" w:rsidRDefault="00527005">
      <w:pPr>
        <w:keepNext/>
        <w:shd w:val="clear" w:color="auto" w:fill="E6B7B2"/>
        <w:spacing w:before="120" w:after="80" w:line="240" w:lineRule="auto"/>
        <w:rPr>
          <w:sz w:val="22"/>
        </w:rPr>
      </w:pPr>
      <w:r w:rsidRPr="00F2276D">
        <w:rPr>
          <w:b/>
          <w:color w:val="FFFFFF"/>
          <w:sz w:val="22"/>
        </w:rPr>
        <w:t>1. PERSONAL DETAILS</w:t>
      </w:r>
    </w:p>
    <w:p w14:paraId="10C85F97" w14:textId="77777777" w:rsidR="0014063B" w:rsidRPr="00F2276D" w:rsidRDefault="00527005">
      <w:pPr>
        <w:spacing w:after="80" w:line="240" w:lineRule="auto"/>
        <w:rPr>
          <w:sz w:val="22"/>
        </w:rPr>
      </w:pPr>
      <w:r w:rsidRPr="00F2276D">
        <w:rPr>
          <w:i/>
          <w:color w:val="666666"/>
          <w:sz w:val="22"/>
        </w:rPr>
        <w:t>Please click or mark the box with the option you wish to select.</w:t>
      </w:r>
    </w:p>
    <w:p w14:paraId="7207EB09" w14:textId="77777777" w:rsidR="0014063B" w:rsidRPr="00F2276D" w:rsidRDefault="00527005">
      <w:pPr>
        <w:spacing w:after="80" w:line="240" w:lineRule="auto"/>
        <w:rPr>
          <w:sz w:val="22"/>
        </w:rPr>
      </w:pPr>
      <w:r w:rsidRPr="00F2276D">
        <w:rPr>
          <w:b/>
          <w:color w:val="333333"/>
          <w:sz w:val="22"/>
        </w:rPr>
        <w:t xml:space="preserve">Title:  </w:t>
      </w:r>
      <w:r w:rsidRPr="00F2276D">
        <w:rPr>
          <w:color w:val="333333"/>
          <w:sz w:val="22"/>
        </w:rPr>
        <w:t>☐</w:t>
      </w:r>
      <w:r w:rsidRPr="00F2276D">
        <w:rPr>
          <w:color w:val="333333"/>
          <w:sz w:val="22"/>
        </w:rPr>
        <w:t xml:space="preserve"> Mr   ☐ Mrs   ☐ Miss   ☐ Ms   ☐ Mx   ☐ Other     </w:t>
      </w:r>
      <w:r w:rsidRPr="00F2276D">
        <w:rPr>
          <w:i/>
          <w:color w:val="666666"/>
          <w:sz w:val="22"/>
        </w:rPr>
        <w:t>You may leave this blank if you prefer not to use a title.</w:t>
      </w:r>
    </w:p>
    <w:tbl>
      <w:tblPr>
        <w:tblW w:w="0" w:type="auto"/>
        <w:jc w:val="center"/>
        <w:tblLayout w:type="fixed"/>
        <w:tblLook w:val="04A0" w:firstRow="1" w:lastRow="0" w:firstColumn="1" w:lastColumn="0" w:noHBand="0" w:noVBand="1"/>
      </w:tblPr>
      <w:tblGrid>
        <w:gridCol w:w="5184"/>
        <w:gridCol w:w="5184"/>
      </w:tblGrid>
      <w:tr w:rsidR="0014063B" w:rsidRPr="00F2276D" w14:paraId="0B071D76"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4D0A78A" w14:textId="77777777" w:rsidR="0014063B" w:rsidRPr="00F2276D" w:rsidRDefault="00527005">
            <w:pPr>
              <w:spacing w:after="0" w:line="240" w:lineRule="auto"/>
              <w:rPr>
                <w:sz w:val="22"/>
              </w:rPr>
            </w:pPr>
            <w:r w:rsidRPr="00F2276D">
              <w:rPr>
                <w:b/>
                <w:color w:val="333333"/>
                <w:sz w:val="22"/>
              </w:rPr>
              <w:t>Surname*: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3B828EE"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41A75F8A"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2B01FA08" w14:textId="77777777" w:rsidR="0014063B" w:rsidRPr="00F2276D" w:rsidRDefault="00527005">
            <w:pPr>
              <w:spacing w:after="0" w:line="240" w:lineRule="auto"/>
              <w:rPr>
                <w:sz w:val="22"/>
              </w:rPr>
            </w:pPr>
            <w:r w:rsidRPr="00F2276D">
              <w:rPr>
                <w:b/>
                <w:color w:val="333333"/>
                <w:sz w:val="22"/>
              </w:rPr>
              <w:t>Forename(s)*:</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05E1C74C"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5312AF2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4D08FC10" w14:textId="77777777" w:rsidR="0014063B" w:rsidRPr="00F2276D" w:rsidRDefault="00527005">
            <w:pPr>
              <w:spacing w:after="0" w:line="240" w:lineRule="auto"/>
              <w:rPr>
                <w:sz w:val="22"/>
              </w:rPr>
            </w:pPr>
            <w:r w:rsidRPr="00F2276D">
              <w:rPr>
                <w:b/>
                <w:color w:val="333333"/>
                <w:sz w:val="22"/>
              </w:rPr>
              <w:t>Address:</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6CBABDDD"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1616CAED"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0ED5A244" w14:textId="77777777" w:rsidR="0014063B" w:rsidRPr="00F2276D" w:rsidRDefault="0014063B">
            <w:pPr>
              <w:spacing w:after="0" w:line="240" w:lineRule="auto"/>
              <w:rPr>
                <w:sz w:val="22"/>
              </w:rPr>
            </w:pP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34BEC84C"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1A23A712"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0373AC3C" w14:textId="77777777" w:rsidR="0014063B" w:rsidRPr="00F2276D" w:rsidRDefault="00527005">
            <w:pPr>
              <w:spacing w:after="0" w:line="240" w:lineRule="auto"/>
              <w:rPr>
                <w:sz w:val="22"/>
              </w:rPr>
            </w:pPr>
            <w:r w:rsidRPr="00F2276D">
              <w:rPr>
                <w:b/>
                <w:color w:val="333333"/>
                <w:sz w:val="22"/>
              </w:rPr>
              <w:t>Postcode: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07A32DE0"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148A29CD"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64CD15F5" w14:textId="77777777" w:rsidR="0014063B" w:rsidRPr="00F2276D" w:rsidRDefault="00527005">
            <w:pPr>
              <w:spacing w:after="0" w:line="240" w:lineRule="auto"/>
              <w:rPr>
                <w:sz w:val="22"/>
              </w:rPr>
            </w:pPr>
            <w:r w:rsidRPr="00F2276D">
              <w:rPr>
                <w:b/>
                <w:color w:val="333333"/>
                <w:sz w:val="22"/>
              </w:rPr>
              <w:t>Mobile number*:</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2AD04F97"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06C8E589"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13725E10" w14:textId="77777777" w:rsidR="0014063B" w:rsidRPr="00F2276D" w:rsidRDefault="00527005">
            <w:pPr>
              <w:spacing w:after="0" w:line="240" w:lineRule="auto"/>
              <w:rPr>
                <w:sz w:val="22"/>
              </w:rPr>
            </w:pPr>
            <w:r w:rsidRPr="00F2276D">
              <w:rPr>
                <w:b/>
                <w:color w:val="333333"/>
                <w:sz w:val="22"/>
              </w:rPr>
              <w:t>Email address*:</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258F5552" w14:textId="77777777" w:rsidR="0014063B" w:rsidRPr="00F2276D" w:rsidRDefault="00527005">
            <w:pPr>
              <w:spacing w:after="0" w:line="240" w:lineRule="auto"/>
              <w:rPr>
                <w:sz w:val="22"/>
              </w:rPr>
            </w:pPr>
            <w:r w:rsidRPr="00F2276D">
              <w:rPr>
                <w:color w:val="333333"/>
                <w:sz w:val="22"/>
              </w:rPr>
              <w:t xml:space="preserve"> </w:t>
            </w:r>
          </w:p>
        </w:tc>
      </w:tr>
    </w:tbl>
    <w:p w14:paraId="641A7BD4" w14:textId="77777777" w:rsidR="0014063B" w:rsidRPr="00F2276D" w:rsidRDefault="00527005">
      <w:pPr>
        <w:keepNext/>
        <w:spacing w:before="100" w:after="40" w:line="240" w:lineRule="auto"/>
        <w:rPr>
          <w:sz w:val="22"/>
        </w:rPr>
      </w:pPr>
      <w:r w:rsidRPr="00F2276D">
        <w:rPr>
          <w:b/>
          <w:color w:val="333333"/>
          <w:sz w:val="22"/>
        </w:rPr>
        <w:t>Accessibility and Reasonable Adjustments</w:t>
      </w:r>
    </w:p>
    <w:p w14:paraId="670D63A8" w14:textId="77777777" w:rsidR="0014063B" w:rsidRPr="00F2276D" w:rsidRDefault="00527005">
      <w:pPr>
        <w:spacing w:after="40" w:line="240" w:lineRule="auto"/>
        <w:rPr>
          <w:sz w:val="22"/>
        </w:rPr>
      </w:pPr>
      <w:r w:rsidRPr="00F2276D">
        <w:rPr>
          <w:color w:val="333333"/>
          <w:sz w:val="22"/>
        </w:rPr>
        <w:t xml:space="preserve">Future Dreams </w:t>
      </w:r>
      <w:proofErr w:type="gramStart"/>
      <w:r w:rsidRPr="00F2276D">
        <w:rPr>
          <w:color w:val="333333"/>
          <w:sz w:val="22"/>
        </w:rPr>
        <w:t>is</w:t>
      </w:r>
      <w:proofErr w:type="gramEnd"/>
      <w:r w:rsidRPr="00F2276D">
        <w:rPr>
          <w:color w:val="333333"/>
          <w:sz w:val="22"/>
        </w:rPr>
        <w:t xml:space="preserve"> committed to providing equal opportunities. If you require any adjustments to the application, informal interview or volunteer recruitment process, please let us know below.</w:t>
      </w:r>
    </w:p>
    <w:p w14:paraId="07B5169A" w14:textId="77777777" w:rsidR="0014063B" w:rsidRPr="00F2276D" w:rsidRDefault="0014063B">
      <w:pPr>
        <w:keepNext/>
        <w:spacing w:before="60" w:after="40" w:line="240" w:lineRule="auto"/>
        <w:rPr>
          <w:sz w:val="22"/>
        </w:rPr>
      </w:pPr>
    </w:p>
    <w:tbl>
      <w:tblPr>
        <w:tblW w:w="0" w:type="auto"/>
        <w:jc w:val="center"/>
        <w:tblLook w:val="04A0" w:firstRow="1" w:lastRow="0" w:firstColumn="1" w:lastColumn="0" w:noHBand="0" w:noVBand="1"/>
      </w:tblPr>
      <w:tblGrid>
        <w:gridCol w:w="10368"/>
      </w:tblGrid>
      <w:tr w:rsidR="0014063B" w:rsidRPr="00F2276D" w14:paraId="6D8303E1"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4930BB01" w14:textId="77777777" w:rsidR="0014063B" w:rsidRPr="00F2276D" w:rsidRDefault="00527005">
            <w:pPr>
              <w:spacing w:after="0" w:line="240" w:lineRule="auto"/>
              <w:rPr>
                <w:sz w:val="22"/>
              </w:rPr>
            </w:pPr>
            <w:r w:rsidRPr="00F2276D">
              <w:rPr>
                <w:sz w:val="22"/>
              </w:rPr>
              <w:br/>
            </w:r>
            <w:r w:rsidRPr="00F2276D">
              <w:rPr>
                <w:sz w:val="22"/>
              </w:rPr>
              <w:br/>
            </w:r>
          </w:p>
        </w:tc>
      </w:tr>
    </w:tbl>
    <w:p w14:paraId="5638CBDE" w14:textId="77777777" w:rsidR="0014063B" w:rsidRDefault="00527005">
      <w:r>
        <w:br w:type="page"/>
      </w:r>
    </w:p>
    <w:p w14:paraId="5BF1EAAC" w14:textId="77777777" w:rsidR="0014063B" w:rsidRDefault="00527005">
      <w:pPr>
        <w:keepNext/>
        <w:shd w:val="clear" w:color="auto" w:fill="E6B7B2"/>
        <w:spacing w:before="120" w:after="80" w:line="240" w:lineRule="auto"/>
      </w:pPr>
      <w:r>
        <w:rPr>
          <w:b/>
          <w:color w:val="FFFFFF"/>
          <w:sz w:val="22"/>
        </w:rPr>
        <w:lastRenderedPageBreak/>
        <w:t>2. AVAILABILITY AND COMMITMENT</w:t>
      </w:r>
    </w:p>
    <w:p w14:paraId="6AC4BF51" w14:textId="77777777" w:rsidR="0014063B" w:rsidRPr="00F2276D" w:rsidRDefault="00527005">
      <w:pPr>
        <w:spacing w:after="80" w:line="240" w:lineRule="auto"/>
        <w:rPr>
          <w:sz w:val="22"/>
        </w:rPr>
      </w:pPr>
      <w:r w:rsidRPr="00F2276D">
        <w:rPr>
          <w:color w:val="333333"/>
          <w:sz w:val="22"/>
        </w:rPr>
        <w:t>Please tell us when you would usually be available to volunteer.</w:t>
      </w:r>
    </w:p>
    <w:tbl>
      <w:tblPr>
        <w:tblW w:w="0" w:type="auto"/>
        <w:jc w:val="center"/>
        <w:tblLayout w:type="fixed"/>
        <w:tblLook w:val="04A0" w:firstRow="1" w:lastRow="0" w:firstColumn="1" w:lastColumn="0" w:noHBand="0" w:noVBand="1"/>
      </w:tblPr>
      <w:tblGrid>
        <w:gridCol w:w="5184"/>
        <w:gridCol w:w="5184"/>
      </w:tblGrid>
      <w:tr w:rsidR="0014063B" w:rsidRPr="00F2276D" w14:paraId="359E5D90"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18EC89C7" w14:textId="77777777" w:rsidR="0014063B" w:rsidRPr="00F2276D" w:rsidRDefault="00527005">
            <w:pPr>
              <w:spacing w:after="0" w:line="240" w:lineRule="auto"/>
              <w:rPr>
                <w:sz w:val="22"/>
              </w:rPr>
            </w:pPr>
            <w:r w:rsidRPr="00F2276D">
              <w:rPr>
                <w:b/>
                <w:color w:val="333333"/>
                <w:sz w:val="22"/>
              </w:rPr>
              <w:t>Monday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456E5ACE" w14:textId="77777777" w:rsidR="0014063B" w:rsidRPr="00F2276D" w:rsidRDefault="0014063B">
            <w:pPr>
              <w:rPr>
                <w:sz w:val="22"/>
              </w:rPr>
            </w:pPr>
          </w:p>
        </w:tc>
      </w:tr>
      <w:tr w:rsidR="0014063B" w:rsidRPr="00F2276D" w14:paraId="6D08A57E"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17783728" w14:textId="77777777" w:rsidR="0014063B" w:rsidRPr="00F2276D" w:rsidRDefault="00527005">
            <w:pPr>
              <w:spacing w:after="0" w:line="240" w:lineRule="auto"/>
              <w:rPr>
                <w:sz w:val="22"/>
              </w:rPr>
            </w:pPr>
            <w:r w:rsidRPr="00F2276D">
              <w:rPr>
                <w:b/>
                <w:color w:val="333333"/>
                <w:sz w:val="22"/>
              </w:rPr>
              <w:t>Tuesday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79E8A4D6" w14:textId="77777777" w:rsidR="0014063B" w:rsidRPr="00F2276D" w:rsidRDefault="0014063B">
            <w:pPr>
              <w:rPr>
                <w:sz w:val="22"/>
              </w:rPr>
            </w:pPr>
          </w:p>
        </w:tc>
      </w:tr>
      <w:tr w:rsidR="0014063B" w:rsidRPr="00F2276D" w14:paraId="31F2F1F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7FC1C76F" w14:textId="77777777" w:rsidR="0014063B" w:rsidRPr="00F2276D" w:rsidRDefault="00527005">
            <w:pPr>
              <w:spacing w:after="0" w:line="240" w:lineRule="auto"/>
              <w:rPr>
                <w:sz w:val="22"/>
              </w:rPr>
            </w:pPr>
            <w:r w:rsidRPr="00F2276D">
              <w:rPr>
                <w:b/>
                <w:color w:val="333333"/>
                <w:sz w:val="22"/>
              </w:rPr>
              <w:t>Wednesday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480CE67C" w14:textId="77777777" w:rsidR="0014063B" w:rsidRPr="00F2276D" w:rsidRDefault="0014063B">
            <w:pPr>
              <w:rPr>
                <w:sz w:val="22"/>
              </w:rPr>
            </w:pPr>
          </w:p>
        </w:tc>
      </w:tr>
      <w:tr w:rsidR="0014063B" w:rsidRPr="00F2276D" w14:paraId="5710C66E"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5038B505" w14:textId="77777777" w:rsidR="0014063B" w:rsidRPr="00F2276D" w:rsidRDefault="00527005">
            <w:pPr>
              <w:spacing w:after="0" w:line="240" w:lineRule="auto"/>
              <w:rPr>
                <w:sz w:val="22"/>
              </w:rPr>
            </w:pPr>
            <w:r w:rsidRPr="00F2276D">
              <w:rPr>
                <w:b/>
                <w:color w:val="333333"/>
                <w:sz w:val="22"/>
              </w:rPr>
              <w:t>Thursday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2A854E12" w14:textId="77777777" w:rsidR="0014063B" w:rsidRPr="00F2276D" w:rsidRDefault="0014063B">
            <w:pPr>
              <w:rPr>
                <w:sz w:val="22"/>
              </w:rPr>
            </w:pPr>
          </w:p>
        </w:tc>
      </w:tr>
      <w:tr w:rsidR="0014063B" w:rsidRPr="00F2276D" w14:paraId="0E1F93DE"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39994526" w14:textId="77777777" w:rsidR="0014063B" w:rsidRPr="00F2276D" w:rsidRDefault="00527005">
            <w:pPr>
              <w:spacing w:after="0" w:line="240" w:lineRule="auto"/>
              <w:rPr>
                <w:sz w:val="22"/>
              </w:rPr>
            </w:pPr>
            <w:r w:rsidRPr="00F2276D">
              <w:rPr>
                <w:b/>
                <w:color w:val="333333"/>
                <w:sz w:val="22"/>
              </w:rPr>
              <w:t>Friday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47FE9ED1" w14:textId="77777777" w:rsidR="0014063B" w:rsidRPr="00F2276D" w:rsidRDefault="0014063B">
            <w:pPr>
              <w:rPr>
                <w:sz w:val="22"/>
              </w:rPr>
            </w:pPr>
          </w:p>
        </w:tc>
      </w:tr>
      <w:tr w:rsidR="0014063B" w:rsidRPr="00F2276D" w14:paraId="7790FA2D"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tcPr>
          <w:p w14:paraId="6C785A40" w14:textId="77777777" w:rsidR="0014063B" w:rsidRPr="00F2276D" w:rsidRDefault="00527005">
            <w:pPr>
              <w:spacing w:after="0" w:line="240" w:lineRule="auto"/>
              <w:rPr>
                <w:sz w:val="22"/>
              </w:rPr>
            </w:pPr>
            <w:r w:rsidRPr="00F2276D">
              <w:rPr>
                <w:b/>
                <w:color w:val="333333"/>
                <w:sz w:val="22"/>
              </w:rPr>
              <w:t>Other / occasional availability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tcPr>
          <w:p w14:paraId="602B48B4" w14:textId="77777777" w:rsidR="0014063B" w:rsidRPr="00F2276D" w:rsidRDefault="0014063B">
            <w:pPr>
              <w:rPr>
                <w:sz w:val="22"/>
              </w:rPr>
            </w:pPr>
          </w:p>
        </w:tc>
      </w:tr>
    </w:tbl>
    <w:p w14:paraId="0FDA99EB" w14:textId="77777777" w:rsidR="0014063B" w:rsidRPr="00F2276D" w:rsidRDefault="00527005">
      <w:pPr>
        <w:spacing w:before="100" w:after="40" w:line="240" w:lineRule="auto"/>
        <w:rPr>
          <w:sz w:val="22"/>
        </w:rPr>
      </w:pPr>
      <w:r w:rsidRPr="00F2276D">
        <w:rPr>
          <w:b/>
          <w:color w:val="333333"/>
          <w:sz w:val="22"/>
        </w:rPr>
        <w:t>Approximately how much time would you be able to commit to volunteering with Future Dreams?</w:t>
      </w:r>
    </w:p>
    <w:p w14:paraId="504F92BA" w14:textId="77777777" w:rsidR="0014063B" w:rsidRPr="00F2276D" w:rsidRDefault="00527005">
      <w:pPr>
        <w:spacing w:after="80" w:line="240" w:lineRule="auto"/>
        <w:rPr>
          <w:sz w:val="22"/>
        </w:rPr>
      </w:pPr>
      <w:r w:rsidRPr="00F2276D">
        <w:rPr>
          <w:color w:val="333333"/>
          <w:sz w:val="22"/>
        </w:rPr>
        <w:t>☐</w:t>
      </w:r>
      <w:r w:rsidRPr="00F2276D">
        <w:rPr>
          <w:color w:val="333333"/>
          <w:sz w:val="22"/>
        </w:rPr>
        <w:t xml:space="preserve"> Half a day each week    ☐ One day each week    ☐ More than one day each week    ☐ Other: ____________________</w:t>
      </w:r>
    </w:p>
    <w:tbl>
      <w:tblPr>
        <w:tblW w:w="0" w:type="auto"/>
        <w:jc w:val="center"/>
        <w:tblLayout w:type="fixed"/>
        <w:tblLook w:val="04A0" w:firstRow="1" w:lastRow="0" w:firstColumn="1" w:lastColumn="0" w:noHBand="0" w:noVBand="1"/>
      </w:tblPr>
      <w:tblGrid>
        <w:gridCol w:w="5184"/>
        <w:gridCol w:w="5184"/>
      </w:tblGrid>
      <w:tr w:rsidR="0014063B" w:rsidRPr="00F2276D" w14:paraId="4E9635EF"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17BCD8EB" w14:textId="77777777" w:rsidR="0014063B" w:rsidRPr="00F2276D" w:rsidRDefault="00527005">
            <w:pPr>
              <w:spacing w:after="0" w:line="240" w:lineRule="auto"/>
              <w:rPr>
                <w:sz w:val="22"/>
              </w:rPr>
            </w:pPr>
            <w:r w:rsidRPr="00F2276D">
              <w:rPr>
                <w:b/>
                <w:color w:val="333333"/>
                <w:sz w:val="22"/>
              </w:rPr>
              <w:t>Are you able to make a regular volunteering commitment?</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2DA5FB3" w14:textId="77777777" w:rsidR="0014063B" w:rsidRPr="00F2276D" w:rsidRDefault="00527005">
            <w:pPr>
              <w:spacing w:after="0" w:line="240" w:lineRule="auto"/>
              <w:rPr>
                <w:sz w:val="22"/>
              </w:rPr>
            </w:pPr>
            <w:r w:rsidRPr="00F2276D">
              <w:rPr>
                <w:color w:val="333333"/>
                <w:sz w:val="22"/>
              </w:rPr>
              <w:t>☐</w:t>
            </w:r>
            <w:r w:rsidRPr="00F2276D">
              <w:rPr>
                <w:color w:val="333333"/>
                <w:sz w:val="22"/>
              </w:rPr>
              <w:t xml:space="preserve"> Yes     ☐ No</w:t>
            </w:r>
          </w:p>
        </w:tc>
      </w:tr>
      <w:tr w:rsidR="0014063B" w:rsidRPr="00F2276D" w14:paraId="1BA0FB8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739FFED8" w14:textId="77777777" w:rsidR="0014063B" w:rsidRPr="00F2276D" w:rsidRDefault="00527005">
            <w:pPr>
              <w:spacing w:after="0" w:line="240" w:lineRule="auto"/>
              <w:rPr>
                <w:sz w:val="22"/>
              </w:rPr>
            </w:pPr>
            <w:r w:rsidRPr="00F2276D">
              <w:rPr>
                <w:b/>
                <w:color w:val="333333"/>
                <w:sz w:val="22"/>
              </w:rPr>
              <w:t>When would you be available to start?</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5C008952" w14:textId="77777777" w:rsidR="0014063B" w:rsidRPr="00F2276D" w:rsidRDefault="00527005">
            <w:pPr>
              <w:spacing w:after="0" w:line="240" w:lineRule="auto"/>
              <w:rPr>
                <w:sz w:val="22"/>
              </w:rPr>
            </w:pPr>
            <w:r w:rsidRPr="00F2276D">
              <w:rPr>
                <w:color w:val="333333"/>
                <w:sz w:val="22"/>
              </w:rPr>
              <w:t xml:space="preserve"> </w:t>
            </w:r>
          </w:p>
        </w:tc>
      </w:tr>
    </w:tbl>
    <w:p w14:paraId="09DD9993" w14:textId="77777777" w:rsidR="0014063B" w:rsidRPr="00F2276D" w:rsidRDefault="00527005">
      <w:pPr>
        <w:keepNext/>
        <w:shd w:val="clear" w:color="auto" w:fill="E6B7B2"/>
        <w:spacing w:before="120" w:after="80" w:line="240" w:lineRule="auto"/>
        <w:rPr>
          <w:sz w:val="22"/>
        </w:rPr>
      </w:pPr>
      <w:r w:rsidRPr="00F2276D">
        <w:rPr>
          <w:b/>
          <w:color w:val="FFFFFF"/>
          <w:sz w:val="22"/>
        </w:rPr>
        <w:t>3. RELEVANT SKILLS AND EXPERIENCE</w:t>
      </w:r>
    </w:p>
    <w:p w14:paraId="15594CBC" w14:textId="77777777" w:rsidR="0014063B" w:rsidRPr="00F2276D" w:rsidRDefault="00527005">
      <w:pPr>
        <w:spacing w:after="100" w:line="240" w:lineRule="auto"/>
        <w:rPr>
          <w:sz w:val="22"/>
        </w:rPr>
      </w:pPr>
      <w:r w:rsidRPr="00F2276D">
        <w:rPr>
          <w:color w:val="333333"/>
          <w:sz w:val="22"/>
        </w:rPr>
        <w:t>You do not need to have previous charity or volunteering experience to apply. Please tell us about any skills, experience or knowledge that may be relevant to the volunteer role. This may have been gained through paid employment, volunteering, education, caring responsibilities, community activities, hobbies or other experience.</w:t>
      </w:r>
    </w:p>
    <w:p w14:paraId="1DE181D8" w14:textId="77777777" w:rsidR="0014063B" w:rsidRPr="00F2276D" w:rsidRDefault="00527005">
      <w:pPr>
        <w:keepNext/>
        <w:spacing w:before="60" w:after="40" w:line="240" w:lineRule="auto"/>
        <w:rPr>
          <w:sz w:val="22"/>
        </w:rPr>
      </w:pPr>
      <w:r w:rsidRPr="00F2276D">
        <w:rPr>
          <w:b/>
          <w:color w:val="333333"/>
          <w:sz w:val="22"/>
        </w:rPr>
        <w:t>Administration and organisation</w:t>
      </w:r>
    </w:p>
    <w:tbl>
      <w:tblPr>
        <w:tblW w:w="0" w:type="auto"/>
        <w:jc w:val="center"/>
        <w:tblLook w:val="04A0" w:firstRow="1" w:lastRow="0" w:firstColumn="1" w:lastColumn="0" w:noHBand="0" w:noVBand="1"/>
      </w:tblPr>
      <w:tblGrid>
        <w:gridCol w:w="10368"/>
      </w:tblGrid>
      <w:tr w:rsidR="0014063B" w:rsidRPr="00F2276D" w14:paraId="5F416A7A"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6F3F0220" w14:textId="77777777" w:rsidR="0014063B" w:rsidRPr="00F2276D" w:rsidRDefault="00527005">
            <w:pPr>
              <w:spacing w:after="0" w:line="240" w:lineRule="auto"/>
              <w:rPr>
                <w:sz w:val="22"/>
              </w:rPr>
            </w:pPr>
            <w:r w:rsidRPr="00F2276D">
              <w:rPr>
                <w:sz w:val="22"/>
              </w:rPr>
              <w:br/>
            </w:r>
          </w:p>
        </w:tc>
      </w:tr>
    </w:tbl>
    <w:p w14:paraId="6B9EB70A" w14:textId="77777777" w:rsidR="0014063B" w:rsidRPr="00F2276D" w:rsidRDefault="00527005">
      <w:pPr>
        <w:keepNext/>
        <w:spacing w:before="60" w:after="40" w:line="240" w:lineRule="auto"/>
        <w:rPr>
          <w:sz w:val="22"/>
        </w:rPr>
      </w:pPr>
      <w:r w:rsidRPr="00F2276D">
        <w:rPr>
          <w:b/>
          <w:color w:val="333333"/>
          <w:sz w:val="22"/>
        </w:rPr>
        <w:t>IT systems, booking systems or databases</w:t>
      </w:r>
    </w:p>
    <w:tbl>
      <w:tblPr>
        <w:tblW w:w="0" w:type="auto"/>
        <w:jc w:val="center"/>
        <w:tblLook w:val="04A0" w:firstRow="1" w:lastRow="0" w:firstColumn="1" w:lastColumn="0" w:noHBand="0" w:noVBand="1"/>
      </w:tblPr>
      <w:tblGrid>
        <w:gridCol w:w="10368"/>
      </w:tblGrid>
      <w:tr w:rsidR="0014063B" w:rsidRPr="00F2276D" w14:paraId="497CF2A9"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42E0E9FA" w14:textId="77777777" w:rsidR="0014063B" w:rsidRPr="00F2276D" w:rsidRDefault="00527005">
            <w:pPr>
              <w:spacing w:after="0" w:line="240" w:lineRule="auto"/>
              <w:rPr>
                <w:sz w:val="22"/>
              </w:rPr>
            </w:pPr>
            <w:r w:rsidRPr="00F2276D">
              <w:rPr>
                <w:sz w:val="22"/>
              </w:rPr>
              <w:br/>
            </w:r>
          </w:p>
        </w:tc>
      </w:tr>
    </w:tbl>
    <w:p w14:paraId="59762B3D" w14:textId="77777777" w:rsidR="0014063B" w:rsidRPr="00F2276D" w:rsidRDefault="00527005">
      <w:pPr>
        <w:keepNext/>
        <w:spacing w:before="60" w:after="40" w:line="240" w:lineRule="auto"/>
        <w:rPr>
          <w:sz w:val="22"/>
        </w:rPr>
      </w:pPr>
      <w:r w:rsidRPr="00F2276D">
        <w:rPr>
          <w:b/>
          <w:color w:val="333333"/>
          <w:sz w:val="22"/>
        </w:rPr>
        <w:t>Canva, graphic design or creating documents/materials</w:t>
      </w:r>
    </w:p>
    <w:tbl>
      <w:tblPr>
        <w:tblW w:w="0" w:type="auto"/>
        <w:jc w:val="center"/>
        <w:tblLook w:val="04A0" w:firstRow="1" w:lastRow="0" w:firstColumn="1" w:lastColumn="0" w:noHBand="0" w:noVBand="1"/>
      </w:tblPr>
      <w:tblGrid>
        <w:gridCol w:w="10368"/>
      </w:tblGrid>
      <w:tr w:rsidR="0014063B" w:rsidRPr="00F2276D" w14:paraId="47E887CA"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2565A7F1" w14:textId="77777777" w:rsidR="0014063B" w:rsidRPr="00F2276D" w:rsidRDefault="00527005">
            <w:pPr>
              <w:spacing w:after="0" w:line="240" w:lineRule="auto"/>
              <w:rPr>
                <w:sz w:val="22"/>
              </w:rPr>
            </w:pPr>
            <w:r w:rsidRPr="00F2276D">
              <w:rPr>
                <w:sz w:val="22"/>
              </w:rPr>
              <w:br/>
            </w:r>
          </w:p>
        </w:tc>
      </w:tr>
    </w:tbl>
    <w:p w14:paraId="3EAE35E9" w14:textId="77777777" w:rsidR="0014063B" w:rsidRPr="00F2276D" w:rsidRDefault="00527005">
      <w:pPr>
        <w:keepNext/>
        <w:spacing w:before="60" w:after="40" w:line="240" w:lineRule="auto"/>
        <w:rPr>
          <w:sz w:val="22"/>
        </w:rPr>
      </w:pPr>
      <w:r w:rsidRPr="00F2276D">
        <w:rPr>
          <w:b/>
          <w:color w:val="333333"/>
          <w:sz w:val="22"/>
        </w:rPr>
        <w:t>Customer service, email or written communication</w:t>
      </w:r>
    </w:p>
    <w:tbl>
      <w:tblPr>
        <w:tblW w:w="0" w:type="auto"/>
        <w:jc w:val="center"/>
        <w:tblLook w:val="04A0" w:firstRow="1" w:lastRow="0" w:firstColumn="1" w:lastColumn="0" w:noHBand="0" w:noVBand="1"/>
      </w:tblPr>
      <w:tblGrid>
        <w:gridCol w:w="10368"/>
      </w:tblGrid>
      <w:tr w:rsidR="0014063B" w:rsidRPr="00F2276D" w14:paraId="722F4F92"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3C570A34" w14:textId="77777777" w:rsidR="0014063B" w:rsidRPr="00F2276D" w:rsidRDefault="00527005">
            <w:pPr>
              <w:spacing w:after="0" w:line="240" w:lineRule="auto"/>
              <w:rPr>
                <w:sz w:val="22"/>
              </w:rPr>
            </w:pPr>
            <w:r w:rsidRPr="00F2276D">
              <w:rPr>
                <w:sz w:val="22"/>
              </w:rPr>
              <w:br/>
            </w:r>
          </w:p>
        </w:tc>
      </w:tr>
    </w:tbl>
    <w:p w14:paraId="1C0C7659" w14:textId="77777777" w:rsidR="0014063B" w:rsidRPr="00F2276D" w:rsidRDefault="00527005">
      <w:pPr>
        <w:keepNext/>
        <w:spacing w:before="60" w:after="40" w:line="240" w:lineRule="auto"/>
        <w:rPr>
          <w:sz w:val="22"/>
        </w:rPr>
      </w:pPr>
      <w:r w:rsidRPr="00F2276D">
        <w:rPr>
          <w:b/>
          <w:color w:val="333333"/>
          <w:sz w:val="22"/>
        </w:rPr>
        <w:t>Other relevant skills or experience</w:t>
      </w:r>
    </w:p>
    <w:tbl>
      <w:tblPr>
        <w:tblW w:w="0" w:type="auto"/>
        <w:jc w:val="center"/>
        <w:tblLook w:val="04A0" w:firstRow="1" w:lastRow="0" w:firstColumn="1" w:lastColumn="0" w:noHBand="0" w:noVBand="1"/>
      </w:tblPr>
      <w:tblGrid>
        <w:gridCol w:w="10368"/>
      </w:tblGrid>
      <w:tr w:rsidR="0014063B" w:rsidRPr="00F2276D" w14:paraId="15A9AD2F"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2524F3CC" w14:textId="77777777" w:rsidR="0014063B" w:rsidRPr="00F2276D" w:rsidRDefault="00527005">
            <w:pPr>
              <w:spacing w:after="0" w:line="240" w:lineRule="auto"/>
              <w:rPr>
                <w:sz w:val="22"/>
              </w:rPr>
            </w:pPr>
            <w:r w:rsidRPr="00F2276D">
              <w:rPr>
                <w:sz w:val="22"/>
              </w:rPr>
              <w:br/>
            </w:r>
          </w:p>
        </w:tc>
      </w:tr>
    </w:tbl>
    <w:p w14:paraId="29658FE9" w14:textId="77777777" w:rsidR="0014063B" w:rsidRPr="00F2276D" w:rsidRDefault="00527005">
      <w:pPr>
        <w:rPr>
          <w:sz w:val="22"/>
        </w:rPr>
      </w:pPr>
      <w:r w:rsidRPr="00F2276D">
        <w:rPr>
          <w:sz w:val="22"/>
        </w:rPr>
        <w:br w:type="page"/>
      </w:r>
    </w:p>
    <w:p w14:paraId="384E9B16" w14:textId="77777777" w:rsidR="0014063B" w:rsidRPr="00F2276D" w:rsidRDefault="00527005">
      <w:pPr>
        <w:keepNext/>
        <w:shd w:val="clear" w:color="auto" w:fill="E6B7B2"/>
        <w:spacing w:before="120" w:after="80" w:line="240" w:lineRule="auto"/>
        <w:rPr>
          <w:sz w:val="22"/>
        </w:rPr>
      </w:pPr>
      <w:r w:rsidRPr="00F2276D">
        <w:rPr>
          <w:b/>
          <w:color w:val="FFFFFF"/>
          <w:sz w:val="22"/>
        </w:rPr>
        <w:lastRenderedPageBreak/>
        <w:t>4. CURRENT OR RECENT EXPERIENCE</w:t>
      </w:r>
    </w:p>
    <w:p w14:paraId="3AA072BC" w14:textId="77777777" w:rsidR="0014063B" w:rsidRPr="00F2276D" w:rsidRDefault="00527005">
      <w:pPr>
        <w:spacing w:after="80" w:line="240" w:lineRule="auto"/>
        <w:rPr>
          <w:sz w:val="22"/>
        </w:rPr>
      </w:pPr>
      <w:r w:rsidRPr="00F2276D">
        <w:rPr>
          <w:color w:val="333333"/>
          <w:sz w:val="22"/>
        </w:rPr>
        <w:t>Please provide details of your current or most recent employment, volunteering, education or other relevant activity.</w:t>
      </w:r>
    </w:p>
    <w:tbl>
      <w:tblPr>
        <w:tblW w:w="0" w:type="auto"/>
        <w:jc w:val="center"/>
        <w:tblLayout w:type="fixed"/>
        <w:tblLook w:val="04A0" w:firstRow="1" w:lastRow="0" w:firstColumn="1" w:lastColumn="0" w:noHBand="0" w:noVBand="1"/>
      </w:tblPr>
      <w:tblGrid>
        <w:gridCol w:w="5184"/>
        <w:gridCol w:w="5184"/>
      </w:tblGrid>
      <w:tr w:rsidR="0014063B" w:rsidRPr="00F2276D" w14:paraId="41CC2615"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85E64AC" w14:textId="77777777" w:rsidR="0014063B" w:rsidRPr="00F2276D" w:rsidRDefault="00527005">
            <w:pPr>
              <w:spacing w:after="0" w:line="240" w:lineRule="auto"/>
              <w:rPr>
                <w:sz w:val="22"/>
              </w:rPr>
            </w:pPr>
            <w:r w:rsidRPr="00F2276D">
              <w:rPr>
                <w:b/>
                <w:color w:val="333333"/>
                <w:sz w:val="22"/>
              </w:rPr>
              <w:t>Organisation / employer:</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1848F42D"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3CCF7CB9"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4FDDD543" w14:textId="77777777" w:rsidR="0014063B" w:rsidRPr="00F2276D" w:rsidRDefault="00527005">
            <w:pPr>
              <w:spacing w:after="0" w:line="240" w:lineRule="auto"/>
              <w:rPr>
                <w:sz w:val="22"/>
              </w:rPr>
            </w:pPr>
            <w:r w:rsidRPr="00F2276D">
              <w:rPr>
                <w:b/>
                <w:color w:val="333333"/>
                <w:sz w:val="22"/>
              </w:rPr>
              <w:t>Role / activity:</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0C4B38D2"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39B27B72"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7EF09407" w14:textId="77777777" w:rsidR="0014063B" w:rsidRPr="00F2276D" w:rsidRDefault="00527005">
            <w:pPr>
              <w:spacing w:after="0" w:line="240" w:lineRule="auto"/>
              <w:rPr>
                <w:sz w:val="22"/>
              </w:rPr>
            </w:pPr>
            <w:r w:rsidRPr="00F2276D">
              <w:rPr>
                <w:b/>
                <w:color w:val="333333"/>
                <w:sz w:val="22"/>
              </w:rPr>
              <w:t>Dates:</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6E6BD40A" w14:textId="77777777" w:rsidR="0014063B" w:rsidRPr="00F2276D" w:rsidRDefault="00527005">
            <w:pPr>
              <w:spacing w:after="0" w:line="240" w:lineRule="auto"/>
              <w:rPr>
                <w:sz w:val="22"/>
              </w:rPr>
            </w:pPr>
            <w:r w:rsidRPr="00F2276D">
              <w:rPr>
                <w:color w:val="333333"/>
                <w:sz w:val="22"/>
              </w:rPr>
              <w:t xml:space="preserve"> </w:t>
            </w:r>
          </w:p>
        </w:tc>
      </w:tr>
    </w:tbl>
    <w:p w14:paraId="0F3688FA" w14:textId="77777777" w:rsidR="0014063B" w:rsidRPr="00F2276D" w:rsidRDefault="00527005">
      <w:pPr>
        <w:keepNext/>
        <w:spacing w:before="60" w:after="40" w:line="240" w:lineRule="auto"/>
        <w:rPr>
          <w:sz w:val="22"/>
        </w:rPr>
      </w:pPr>
      <w:r w:rsidRPr="00F2276D">
        <w:rPr>
          <w:b/>
          <w:color w:val="333333"/>
          <w:sz w:val="22"/>
        </w:rPr>
        <w:t>Main responsibilities or activities</w:t>
      </w:r>
    </w:p>
    <w:tbl>
      <w:tblPr>
        <w:tblW w:w="0" w:type="auto"/>
        <w:jc w:val="center"/>
        <w:tblLook w:val="04A0" w:firstRow="1" w:lastRow="0" w:firstColumn="1" w:lastColumn="0" w:noHBand="0" w:noVBand="1"/>
      </w:tblPr>
      <w:tblGrid>
        <w:gridCol w:w="10368"/>
      </w:tblGrid>
      <w:tr w:rsidR="0014063B" w:rsidRPr="00F2276D" w14:paraId="1BEE51F7"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3A319A04" w14:textId="77777777" w:rsidR="0014063B" w:rsidRPr="00F2276D" w:rsidRDefault="00527005">
            <w:pPr>
              <w:spacing w:after="0" w:line="240" w:lineRule="auto"/>
              <w:rPr>
                <w:sz w:val="22"/>
              </w:rPr>
            </w:pPr>
            <w:r w:rsidRPr="00F2276D">
              <w:rPr>
                <w:sz w:val="22"/>
              </w:rPr>
              <w:br/>
            </w:r>
            <w:r w:rsidRPr="00F2276D">
              <w:rPr>
                <w:sz w:val="22"/>
              </w:rPr>
              <w:br/>
            </w:r>
          </w:p>
        </w:tc>
      </w:tr>
    </w:tbl>
    <w:p w14:paraId="20CB2149" w14:textId="77777777" w:rsidR="0014063B" w:rsidRPr="00F2276D" w:rsidRDefault="00527005">
      <w:pPr>
        <w:keepNext/>
        <w:spacing w:before="60" w:after="40" w:line="240" w:lineRule="auto"/>
        <w:rPr>
          <w:sz w:val="22"/>
        </w:rPr>
      </w:pPr>
      <w:r w:rsidRPr="00F2276D">
        <w:rPr>
          <w:b/>
          <w:color w:val="333333"/>
          <w:sz w:val="22"/>
        </w:rPr>
        <w:t>Other relevant experience</w:t>
      </w:r>
      <w:r w:rsidRPr="00F2276D">
        <w:rPr>
          <w:i/>
          <w:color w:val="666666"/>
          <w:sz w:val="22"/>
        </w:rPr>
        <w:br/>
        <w:t>Please tell us about any other employment, volunteering or experience that you think would be relevant to this role.</w:t>
      </w:r>
    </w:p>
    <w:tbl>
      <w:tblPr>
        <w:tblW w:w="0" w:type="auto"/>
        <w:jc w:val="center"/>
        <w:tblLook w:val="04A0" w:firstRow="1" w:lastRow="0" w:firstColumn="1" w:lastColumn="0" w:noHBand="0" w:noVBand="1"/>
      </w:tblPr>
      <w:tblGrid>
        <w:gridCol w:w="10368"/>
      </w:tblGrid>
      <w:tr w:rsidR="0014063B" w:rsidRPr="00F2276D" w14:paraId="4EDFF9C0"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2BC8BBF9" w14:textId="77777777" w:rsidR="0014063B" w:rsidRPr="00F2276D" w:rsidRDefault="00527005">
            <w:pPr>
              <w:spacing w:after="0" w:line="240" w:lineRule="auto"/>
              <w:rPr>
                <w:sz w:val="22"/>
              </w:rPr>
            </w:pPr>
            <w:r w:rsidRPr="00F2276D">
              <w:rPr>
                <w:sz w:val="22"/>
              </w:rPr>
              <w:br/>
            </w:r>
            <w:r w:rsidRPr="00F2276D">
              <w:rPr>
                <w:sz w:val="22"/>
              </w:rPr>
              <w:br/>
            </w:r>
          </w:p>
        </w:tc>
      </w:tr>
    </w:tbl>
    <w:p w14:paraId="017D20BB" w14:textId="77777777" w:rsidR="0014063B" w:rsidRPr="00F2276D" w:rsidRDefault="00527005">
      <w:pPr>
        <w:keepNext/>
        <w:shd w:val="clear" w:color="auto" w:fill="E6B7B2"/>
        <w:spacing w:before="120" w:after="80" w:line="240" w:lineRule="auto"/>
        <w:rPr>
          <w:sz w:val="22"/>
        </w:rPr>
      </w:pPr>
      <w:r w:rsidRPr="00F2276D">
        <w:rPr>
          <w:b/>
          <w:color w:val="FFFFFF"/>
          <w:sz w:val="22"/>
        </w:rPr>
        <w:t>5. ABOUT YOU</w:t>
      </w:r>
    </w:p>
    <w:p w14:paraId="385D6194" w14:textId="77777777" w:rsidR="0014063B" w:rsidRPr="00F2276D" w:rsidRDefault="00527005">
      <w:pPr>
        <w:keepNext/>
        <w:spacing w:before="60" w:after="40" w:line="240" w:lineRule="auto"/>
        <w:rPr>
          <w:sz w:val="22"/>
        </w:rPr>
      </w:pPr>
      <w:r w:rsidRPr="00F2276D">
        <w:rPr>
          <w:b/>
          <w:color w:val="333333"/>
          <w:sz w:val="22"/>
        </w:rPr>
        <w:t>Why would you like to volunteer with Future Dreams?</w:t>
      </w:r>
    </w:p>
    <w:tbl>
      <w:tblPr>
        <w:tblW w:w="0" w:type="auto"/>
        <w:jc w:val="center"/>
        <w:tblLook w:val="04A0" w:firstRow="1" w:lastRow="0" w:firstColumn="1" w:lastColumn="0" w:noHBand="0" w:noVBand="1"/>
      </w:tblPr>
      <w:tblGrid>
        <w:gridCol w:w="10368"/>
      </w:tblGrid>
      <w:tr w:rsidR="0014063B" w:rsidRPr="00F2276D" w14:paraId="387466DD"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717534B8" w14:textId="77777777" w:rsidR="0014063B" w:rsidRPr="00F2276D" w:rsidRDefault="00527005">
            <w:pPr>
              <w:spacing w:after="0" w:line="240" w:lineRule="auto"/>
              <w:rPr>
                <w:sz w:val="22"/>
              </w:rPr>
            </w:pPr>
            <w:r w:rsidRPr="00F2276D">
              <w:rPr>
                <w:sz w:val="22"/>
              </w:rPr>
              <w:br/>
            </w:r>
            <w:r w:rsidRPr="00F2276D">
              <w:rPr>
                <w:sz w:val="22"/>
              </w:rPr>
              <w:br/>
            </w:r>
          </w:p>
        </w:tc>
      </w:tr>
    </w:tbl>
    <w:p w14:paraId="649AF50A" w14:textId="77777777" w:rsidR="0014063B" w:rsidRPr="00F2276D" w:rsidRDefault="00527005">
      <w:pPr>
        <w:keepNext/>
        <w:spacing w:before="60" w:after="40" w:line="240" w:lineRule="auto"/>
        <w:rPr>
          <w:sz w:val="22"/>
        </w:rPr>
      </w:pPr>
      <w:r w:rsidRPr="00F2276D">
        <w:rPr>
          <w:b/>
          <w:color w:val="333333"/>
          <w:sz w:val="22"/>
        </w:rPr>
        <w:t>What interests you about this particular volunteer role?</w:t>
      </w:r>
    </w:p>
    <w:tbl>
      <w:tblPr>
        <w:tblW w:w="0" w:type="auto"/>
        <w:jc w:val="center"/>
        <w:tblLook w:val="04A0" w:firstRow="1" w:lastRow="0" w:firstColumn="1" w:lastColumn="0" w:noHBand="0" w:noVBand="1"/>
      </w:tblPr>
      <w:tblGrid>
        <w:gridCol w:w="10368"/>
      </w:tblGrid>
      <w:tr w:rsidR="0014063B" w:rsidRPr="00F2276D" w14:paraId="423BACEE"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27B768C9" w14:textId="77777777" w:rsidR="0014063B" w:rsidRPr="00F2276D" w:rsidRDefault="00527005">
            <w:pPr>
              <w:spacing w:after="0" w:line="240" w:lineRule="auto"/>
              <w:rPr>
                <w:sz w:val="22"/>
              </w:rPr>
            </w:pPr>
            <w:r w:rsidRPr="00F2276D">
              <w:rPr>
                <w:sz w:val="22"/>
              </w:rPr>
              <w:br/>
            </w:r>
            <w:r w:rsidRPr="00F2276D">
              <w:rPr>
                <w:sz w:val="22"/>
              </w:rPr>
              <w:br/>
            </w:r>
          </w:p>
        </w:tc>
      </w:tr>
    </w:tbl>
    <w:p w14:paraId="0665EC00" w14:textId="77777777" w:rsidR="0014063B" w:rsidRPr="00F2276D" w:rsidRDefault="00527005">
      <w:pPr>
        <w:keepNext/>
        <w:spacing w:before="60" w:after="40" w:line="240" w:lineRule="auto"/>
        <w:rPr>
          <w:sz w:val="22"/>
        </w:rPr>
      </w:pPr>
      <w:r w:rsidRPr="00F2276D">
        <w:rPr>
          <w:b/>
          <w:color w:val="333333"/>
          <w:sz w:val="22"/>
        </w:rPr>
        <w:t>Please give us an example of something you have done that required good organisation, reliability or attention to detail.</w:t>
      </w:r>
    </w:p>
    <w:tbl>
      <w:tblPr>
        <w:tblW w:w="0" w:type="auto"/>
        <w:jc w:val="center"/>
        <w:tblLook w:val="04A0" w:firstRow="1" w:lastRow="0" w:firstColumn="1" w:lastColumn="0" w:noHBand="0" w:noVBand="1"/>
      </w:tblPr>
      <w:tblGrid>
        <w:gridCol w:w="10368"/>
      </w:tblGrid>
      <w:tr w:rsidR="0014063B" w:rsidRPr="00F2276D" w14:paraId="280C89F7"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0F1B5EB2" w14:textId="77777777" w:rsidR="0014063B" w:rsidRPr="00F2276D" w:rsidRDefault="00527005">
            <w:pPr>
              <w:spacing w:after="0" w:line="240" w:lineRule="auto"/>
              <w:rPr>
                <w:sz w:val="22"/>
              </w:rPr>
            </w:pPr>
            <w:r w:rsidRPr="00F2276D">
              <w:rPr>
                <w:sz w:val="22"/>
              </w:rPr>
              <w:br/>
            </w:r>
            <w:r w:rsidRPr="00F2276D">
              <w:rPr>
                <w:sz w:val="22"/>
              </w:rPr>
              <w:br/>
            </w:r>
            <w:r w:rsidRPr="00F2276D">
              <w:rPr>
                <w:sz w:val="22"/>
              </w:rPr>
              <w:br/>
            </w:r>
          </w:p>
        </w:tc>
      </w:tr>
    </w:tbl>
    <w:p w14:paraId="04157E29" w14:textId="77777777" w:rsidR="0014063B" w:rsidRPr="00F2276D" w:rsidRDefault="00527005">
      <w:pPr>
        <w:keepNext/>
        <w:spacing w:before="60" w:after="40" w:line="240" w:lineRule="auto"/>
        <w:rPr>
          <w:sz w:val="22"/>
        </w:rPr>
      </w:pPr>
      <w:r w:rsidRPr="00F2276D">
        <w:rPr>
          <w:b/>
          <w:color w:val="333333"/>
          <w:sz w:val="22"/>
        </w:rPr>
        <w:t>Is there anything else you would like us to know?</w:t>
      </w:r>
    </w:p>
    <w:tbl>
      <w:tblPr>
        <w:tblW w:w="0" w:type="auto"/>
        <w:jc w:val="center"/>
        <w:tblLook w:val="04A0" w:firstRow="1" w:lastRow="0" w:firstColumn="1" w:lastColumn="0" w:noHBand="0" w:noVBand="1"/>
      </w:tblPr>
      <w:tblGrid>
        <w:gridCol w:w="10368"/>
      </w:tblGrid>
      <w:tr w:rsidR="0014063B" w:rsidRPr="00F2276D" w14:paraId="4F17F4A5" w14:textId="77777777">
        <w:trPr>
          <w:cantSplit/>
          <w:jc w:val="center"/>
        </w:trPr>
        <w:tc>
          <w:tcPr>
            <w:tcW w:w="10368" w:type="dxa"/>
            <w:tcBorders>
              <w:top w:val="single" w:sz="6" w:space="0" w:color="BFBFBF"/>
              <w:left w:val="single" w:sz="6" w:space="0" w:color="BFBFBF"/>
              <w:bottom w:val="single" w:sz="6" w:space="0" w:color="BFBFBF"/>
              <w:right w:val="single" w:sz="6" w:space="0" w:color="BFBFBF"/>
            </w:tcBorders>
            <w:shd w:val="clear" w:color="auto" w:fill="FAFAFA"/>
            <w:tcMar>
              <w:top w:w="90" w:type="dxa"/>
              <w:left w:w="90" w:type="dxa"/>
              <w:bottom w:w="90" w:type="dxa"/>
              <w:right w:w="90" w:type="dxa"/>
            </w:tcMar>
          </w:tcPr>
          <w:p w14:paraId="47958B90" w14:textId="77777777" w:rsidR="0014063B" w:rsidRPr="00F2276D" w:rsidRDefault="00527005">
            <w:pPr>
              <w:spacing w:after="0" w:line="240" w:lineRule="auto"/>
              <w:rPr>
                <w:sz w:val="22"/>
              </w:rPr>
            </w:pPr>
            <w:r w:rsidRPr="00F2276D">
              <w:rPr>
                <w:sz w:val="22"/>
              </w:rPr>
              <w:br/>
            </w:r>
          </w:p>
        </w:tc>
      </w:tr>
    </w:tbl>
    <w:p w14:paraId="651135E8" w14:textId="77777777" w:rsidR="0014063B" w:rsidRPr="00F2276D" w:rsidRDefault="00527005">
      <w:pPr>
        <w:rPr>
          <w:sz w:val="22"/>
        </w:rPr>
      </w:pPr>
      <w:r w:rsidRPr="00F2276D">
        <w:rPr>
          <w:sz w:val="22"/>
        </w:rPr>
        <w:br w:type="page"/>
      </w:r>
    </w:p>
    <w:p w14:paraId="604DE88F" w14:textId="77777777" w:rsidR="0014063B" w:rsidRPr="00F2276D" w:rsidRDefault="00527005">
      <w:pPr>
        <w:keepNext/>
        <w:shd w:val="clear" w:color="auto" w:fill="E6B7B2"/>
        <w:spacing w:before="120" w:after="80" w:line="240" w:lineRule="auto"/>
        <w:rPr>
          <w:sz w:val="22"/>
        </w:rPr>
      </w:pPr>
      <w:r w:rsidRPr="00F2276D">
        <w:rPr>
          <w:b/>
          <w:color w:val="FFFFFF"/>
          <w:sz w:val="22"/>
        </w:rPr>
        <w:lastRenderedPageBreak/>
        <w:t>6. REFERENCES</w:t>
      </w:r>
    </w:p>
    <w:p w14:paraId="27DFA9A4" w14:textId="77777777" w:rsidR="0014063B" w:rsidRPr="00F2276D" w:rsidRDefault="00527005">
      <w:pPr>
        <w:spacing w:after="80" w:line="240" w:lineRule="auto"/>
        <w:rPr>
          <w:sz w:val="22"/>
        </w:rPr>
      </w:pPr>
      <w:r w:rsidRPr="00F2276D">
        <w:rPr>
          <w:color w:val="333333"/>
          <w:sz w:val="22"/>
        </w:rPr>
        <w:t>Please provide details of two people who can provide a reference for you. These could include a current or former employer, line manager, volunteering supervisor, teacher/tutor or another person who knows you in a professional or responsible capacity. References from relatives or close personal friends should not normally be provided.</w:t>
      </w:r>
    </w:p>
    <w:p w14:paraId="4A7BBD70" w14:textId="77777777" w:rsidR="0014063B" w:rsidRPr="00F2276D" w:rsidRDefault="00527005">
      <w:pPr>
        <w:keepNext/>
        <w:spacing w:before="80" w:after="40" w:line="240" w:lineRule="auto"/>
        <w:rPr>
          <w:sz w:val="22"/>
        </w:rPr>
      </w:pPr>
      <w:r w:rsidRPr="00F2276D">
        <w:rPr>
          <w:b/>
          <w:color w:val="333333"/>
          <w:sz w:val="22"/>
        </w:rPr>
        <w:t>Referee 1</w:t>
      </w:r>
    </w:p>
    <w:tbl>
      <w:tblPr>
        <w:tblW w:w="0" w:type="auto"/>
        <w:jc w:val="center"/>
        <w:tblLayout w:type="fixed"/>
        <w:tblLook w:val="04A0" w:firstRow="1" w:lastRow="0" w:firstColumn="1" w:lastColumn="0" w:noHBand="0" w:noVBand="1"/>
      </w:tblPr>
      <w:tblGrid>
        <w:gridCol w:w="5184"/>
        <w:gridCol w:w="5184"/>
      </w:tblGrid>
      <w:tr w:rsidR="0014063B" w:rsidRPr="00F2276D" w14:paraId="5DB536EA"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081F48C2" w14:textId="77777777" w:rsidR="0014063B" w:rsidRPr="00F2276D" w:rsidRDefault="00527005">
            <w:pPr>
              <w:spacing w:after="0" w:line="240" w:lineRule="auto"/>
              <w:rPr>
                <w:sz w:val="22"/>
              </w:rPr>
            </w:pPr>
            <w:r w:rsidRPr="00F2276D">
              <w:rPr>
                <w:b/>
                <w:color w:val="333333"/>
                <w:sz w:val="22"/>
              </w:rPr>
              <w:t>Name: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3336F080"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03C6597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0C0895BD" w14:textId="77777777" w:rsidR="0014063B" w:rsidRPr="00F2276D" w:rsidRDefault="00527005">
            <w:pPr>
              <w:spacing w:after="0" w:line="240" w:lineRule="auto"/>
              <w:rPr>
                <w:sz w:val="22"/>
              </w:rPr>
            </w:pPr>
            <w:r w:rsidRPr="00F2276D">
              <w:rPr>
                <w:b/>
                <w:color w:val="333333"/>
                <w:sz w:val="22"/>
              </w:rPr>
              <w:t>Position / relationship to you:</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0652843"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06F4F5E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6B6252B6" w14:textId="77777777" w:rsidR="0014063B" w:rsidRPr="00F2276D" w:rsidRDefault="00527005">
            <w:pPr>
              <w:spacing w:after="0" w:line="240" w:lineRule="auto"/>
              <w:rPr>
                <w:sz w:val="22"/>
              </w:rPr>
            </w:pPr>
            <w:r w:rsidRPr="00F2276D">
              <w:rPr>
                <w:b/>
                <w:color w:val="333333"/>
                <w:sz w:val="22"/>
              </w:rPr>
              <w:t>Organisation, if applicable: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360C0A53"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6F07A266"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7E89AFDF" w14:textId="77777777" w:rsidR="0014063B" w:rsidRPr="00F2276D" w:rsidRDefault="00527005">
            <w:pPr>
              <w:spacing w:after="0" w:line="240" w:lineRule="auto"/>
              <w:rPr>
                <w:sz w:val="22"/>
              </w:rPr>
            </w:pPr>
            <w:r w:rsidRPr="00F2276D">
              <w:rPr>
                <w:b/>
                <w:color w:val="333333"/>
                <w:sz w:val="22"/>
              </w:rPr>
              <w:t>Telephone: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032CF6E0"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59E730CF"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12EE17A6" w14:textId="77777777" w:rsidR="0014063B" w:rsidRPr="00F2276D" w:rsidRDefault="00527005">
            <w:pPr>
              <w:spacing w:after="0" w:line="240" w:lineRule="auto"/>
              <w:rPr>
                <w:sz w:val="22"/>
              </w:rPr>
            </w:pPr>
            <w:r w:rsidRPr="00F2276D">
              <w:rPr>
                <w:b/>
                <w:color w:val="333333"/>
                <w:sz w:val="22"/>
              </w:rPr>
              <w:t>Email:</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530DF7C5"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222BAC43"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154852CA" w14:textId="77777777" w:rsidR="0014063B" w:rsidRPr="00F2276D" w:rsidRDefault="00527005">
            <w:pPr>
              <w:spacing w:after="0" w:line="240" w:lineRule="auto"/>
              <w:rPr>
                <w:sz w:val="22"/>
              </w:rPr>
            </w:pPr>
            <w:r w:rsidRPr="00F2276D">
              <w:rPr>
                <w:b/>
                <w:color w:val="333333"/>
                <w:sz w:val="22"/>
              </w:rPr>
              <w:t>May we contact this referee if you are offered a volunteer role?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129CBDD7" w14:textId="77777777" w:rsidR="0014063B" w:rsidRPr="00F2276D" w:rsidRDefault="00527005">
            <w:pPr>
              <w:spacing w:after="0" w:line="240" w:lineRule="auto"/>
              <w:rPr>
                <w:sz w:val="22"/>
              </w:rPr>
            </w:pPr>
            <w:r w:rsidRPr="00F2276D">
              <w:rPr>
                <w:color w:val="333333"/>
                <w:sz w:val="22"/>
              </w:rPr>
              <w:t>☐</w:t>
            </w:r>
            <w:r w:rsidRPr="00F2276D">
              <w:rPr>
                <w:color w:val="333333"/>
                <w:sz w:val="22"/>
              </w:rPr>
              <w:t xml:space="preserve"> Yes     ☐ No</w:t>
            </w:r>
          </w:p>
        </w:tc>
      </w:tr>
    </w:tbl>
    <w:p w14:paraId="007C40F0" w14:textId="77777777" w:rsidR="0014063B" w:rsidRPr="00F2276D" w:rsidRDefault="00527005">
      <w:pPr>
        <w:keepNext/>
        <w:spacing w:before="80" w:after="40" w:line="240" w:lineRule="auto"/>
        <w:rPr>
          <w:sz w:val="22"/>
        </w:rPr>
      </w:pPr>
      <w:r w:rsidRPr="00F2276D">
        <w:rPr>
          <w:b/>
          <w:color w:val="333333"/>
          <w:sz w:val="22"/>
        </w:rPr>
        <w:t>Referee 2</w:t>
      </w:r>
    </w:p>
    <w:tbl>
      <w:tblPr>
        <w:tblW w:w="0" w:type="auto"/>
        <w:jc w:val="center"/>
        <w:tblLayout w:type="fixed"/>
        <w:tblLook w:val="04A0" w:firstRow="1" w:lastRow="0" w:firstColumn="1" w:lastColumn="0" w:noHBand="0" w:noVBand="1"/>
      </w:tblPr>
      <w:tblGrid>
        <w:gridCol w:w="5184"/>
        <w:gridCol w:w="5184"/>
      </w:tblGrid>
      <w:tr w:rsidR="0014063B" w:rsidRPr="00F2276D" w14:paraId="125A736A"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9D3EC50" w14:textId="77777777" w:rsidR="0014063B" w:rsidRPr="00F2276D" w:rsidRDefault="00527005">
            <w:pPr>
              <w:spacing w:after="0" w:line="240" w:lineRule="auto"/>
              <w:rPr>
                <w:sz w:val="22"/>
              </w:rPr>
            </w:pPr>
            <w:r w:rsidRPr="00F2276D">
              <w:rPr>
                <w:b/>
                <w:color w:val="333333"/>
                <w:sz w:val="22"/>
              </w:rPr>
              <w:t>Name: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121D8A97"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61D2BB5A"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30A5198" w14:textId="77777777" w:rsidR="0014063B" w:rsidRPr="00F2276D" w:rsidRDefault="00527005">
            <w:pPr>
              <w:spacing w:after="0" w:line="240" w:lineRule="auto"/>
              <w:rPr>
                <w:sz w:val="22"/>
              </w:rPr>
            </w:pPr>
            <w:r w:rsidRPr="00F2276D">
              <w:rPr>
                <w:b/>
                <w:color w:val="333333"/>
                <w:sz w:val="22"/>
              </w:rPr>
              <w:t>Position / relationship to you:</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2DE914E1"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6CCD6098"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6C6A4DB3" w14:textId="77777777" w:rsidR="0014063B" w:rsidRPr="00F2276D" w:rsidRDefault="00527005">
            <w:pPr>
              <w:spacing w:after="0" w:line="240" w:lineRule="auto"/>
              <w:rPr>
                <w:sz w:val="22"/>
              </w:rPr>
            </w:pPr>
            <w:r w:rsidRPr="00F2276D">
              <w:rPr>
                <w:b/>
                <w:color w:val="333333"/>
                <w:sz w:val="22"/>
              </w:rPr>
              <w:t>Organisation, if applicable: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533BC58"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29C97D96"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1DFFA540" w14:textId="77777777" w:rsidR="0014063B" w:rsidRPr="00F2276D" w:rsidRDefault="00527005">
            <w:pPr>
              <w:spacing w:after="0" w:line="240" w:lineRule="auto"/>
              <w:rPr>
                <w:sz w:val="22"/>
              </w:rPr>
            </w:pPr>
            <w:r w:rsidRPr="00F2276D">
              <w:rPr>
                <w:b/>
                <w:color w:val="333333"/>
                <w:sz w:val="22"/>
              </w:rPr>
              <w:t>Telephone: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73734FCE"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4F9E3239"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31E39EC3" w14:textId="77777777" w:rsidR="0014063B" w:rsidRPr="00F2276D" w:rsidRDefault="00527005">
            <w:pPr>
              <w:spacing w:after="0" w:line="240" w:lineRule="auto"/>
              <w:rPr>
                <w:sz w:val="22"/>
              </w:rPr>
            </w:pPr>
            <w:r w:rsidRPr="00F2276D">
              <w:rPr>
                <w:b/>
                <w:color w:val="333333"/>
                <w:sz w:val="22"/>
              </w:rPr>
              <w:t>Email:</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044E6C52"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2E0806DF"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02F98389" w14:textId="77777777" w:rsidR="0014063B" w:rsidRPr="00F2276D" w:rsidRDefault="00527005">
            <w:pPr>
              <w:spacing w:after="0" w:line="240" w:lineRule="auto"/>
              <w:rPr>
                <w:sz w:val="22"/>
              </w:rPr>
            </w:pPr>
            <w:r w:rsidRPr="00F2276D">
              <w:rPr>
                <w:b/>
                <w:color w:val="333333"/>
                <w:sz w:val="22"/>
              </w:rPr>
              <w:t>May we contact this referee if you are offered a volunteer role?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3937D58B" w14:textId="77777777" w:rsidR="0014063B" w:rsidRPr="00F2276D" w:rsidRDefault="00527005">
            <w:pPr>
              <w:spacing w:after="0" w:line="240" w:lineRule="auto"/>
              <w:rPr>
                <w:sz w:val="22"/>
              </w:rPr>
            </w:pPr>
            <w:r w:rsidRPr="00F2276D">
              <w:rPr>
                <w:color w:val="333333"/>
                <w:sz w:val="22"/>
              </w:rPr>
              <w:t>☐</w:t>
            </w:r>
            <w:r w:rsidRPr="00F2276D">
              <w:rPr>
                <w:color w:val="333333"/>
                <w:sz w:val="22"/>
              </w:rPr>
              <w:t xml:space="preserve"> Yes     ☐ No</w:t>
            </w:r>
          </w:p>
        </w:tc>
      </w:tr>
    </w:tbl>
    <w:p w14:paraId="04FC6D89" w14:textId="77777777" w:rsidR="0014063B" w:rsidRPr="00F2276D" w:rsidRDefault="00527005">
      <w:pPr>
        <w:rPr>
          <w:sz w:val="22"/>
        </w:rPr>
      </w:pPr>
      <w:r w:rsidRPr="00F2276D">
        <w:rPr>
          <w:sz w:val="22"/>
        </w:rPr>
        <w:br w:type="page"/>
      </w:r>
    </w:p>
    <w:p w14:paraId="6302D00C" w14:textId="77777777" w:rsidR="0014063B" w:rsidRDefault="00527005">
      <w:pPr>
        <w:keepNext/>
        <w:shd w:val="clear" w:color="auto" w:fill="E6B7B2"/>
        <w:spacing w:before="120" w:after="80" w:line="240" w:lineRule="auto"/>
      </w:pPr>
      <w:r>
        <w:rPr>
          <w:b/>
          <w:color w:val="FFFFFF"/>
          <w:sz w:val="22"/>
        </w:rPr>
        <w:lastRenderedPageBreak/>
        <w:t>7. CONFIDENTIALITY AND DATA HANDLING</w:t>
      </w:r>
    </w:p>
    <w:p w14:paraId="7DF44DCC" w14:textId="77777777" w:rsidR="0014063B" w:rsidRPr="00F2276D" w:rsidRDefault="00527005">
      <w:pPr>
        <w:spacing w:after="60" w:line="240" w:lineRule="auto"/>
        <w:rPr>
          <w:sz w:val="22"/>
        </w:rPr>
      </w:pPr>
      <w:r w:rsidRPr="00F2276D">
        <w:rPr>
          <w:color w:val="333333"/>
          <w:sz w:val="22"/>
        </w:rPr>
        <w:t>Some Future Dreams volunteer roles may involve access to information about our visitors, programmes or activities. If appointed, you will be expected to:</w:t>
      </w:r>
    </w:p>
    <w:p w14:paraId="20598B77" w14:textId="77777777" w:rsidR="0014063B" w:rsidRPr="00F2276D" w:rsidRDefault="00527005">
      <w:pPr>
        <w:spacing w:after="20" w:line="240" w:lineRule="auto"/>
        <w:ind w:left="259" w:hanging="173"/>
        <w:rPr>
          <w:sz w:val="22"/>
        </w:rPr>
      </w:pPr>
      <w:r w:rsidRPr="00F2276D">
        <w:rPr>
          <w:color w:val="333333"/>
          <w:sz w:val="22"/>
        </w:rPr>
        <w:t xml:space="preserve">• </w:t>
      </w:r>
      <w:r w:rsidRPr="00F2276D">
        <w:rPr>
          <w:color w:val="333333"/>
          <w:sz w:val="22"/>
        </w:rPr>
        <w:t>Maintain the confidentiality of information you become aware of through your volunteering.</w:t>
      </w:r>
    </w:p>
    <w:p w14:paraId="26480D8D" w14:textId="77777777" w:rsidR="0014063B" w:rsidRPr="00F2276D" w:rsidRDefault="00527005">
      <w:pPr>
        <w:spacing w:after="20" w:line="240" w:lineRule="auto"/>
        <w:ind w:left="259" w:hanging="173"/>
        <w:rPr>
          <w:sz w:val="22"/>
        </w:rPr>
      </w:pPr>
      <w:r w:rsidRPr="00F2276D">
        <w:rPr>
          <w:color w:val="333333"/>
          <w:sz w:val="22"/>
        </w:rPr>
        <w:t>• Follow Future Dreams' data protection, confidentiality and information security requirements.</w:t>
      </w:r>
    </w:p>
    <w:p w14:paraId="353CB257" w14:textId="77777777" w:rsidR="0014063B" w:rsidRPr="00F2276D" w:rsidRDefault="00527005">
      <w:pPr>
        <w:spacing w:after="20" w:line="240" w:lineRule="auto"/>
        <w:ind w:left="259" w:hanging="173"/>
        <w:rPr>
          <w:sz w:val="22"/>
        </w:rPr>
      </w:pPr>
      <w:r w:rsidRPr="00F2276D">
        <w:rPr>
          <w:color w:val="333333"/>
          <w:sz w:val="22"/>
        </w:rPr>
        <w:t>• Only access systems and information necessary for your volunteer role.</w:t>
      </w:r>
    </w:p>
    <w:p w14:paraId="74927E75" w14:textId="77777777" w:rsidR="0014063B" w:rsidRPr="00F2276D" w:rsidRDefault="00527005">
      <w:pPr>
        <w:spacing w:after="20" w:line="240" w:lineRule="auto"/>
        <w:ind w:left="259" w:hanging="173"/>
        <w:rPr>
          <w:sz w:val="22"/>
        </w:rPr>
      </w:pPr>
      <w:r w:rsidRPr="00F2276D">
        <w:rPr>
          <w:color w:val="333333"/>
          <w:sz w:val="22"/>
        </w:rPr>
        <w:t>• Complete any relevant training provided by Future Dreams.</w:t>
      </w:r>
    </w:p>
    <w:p w14:paraId="330A39F4" w14:textId="77777777" w:rsidR="0014063B" w:rsidRPr="00F2276D" w:rsidRDefault="00527005">
      <w:pPr>
        <w:keepNext/>
        <w:shd w:val="clear" w:color="auto" w:fill="E6B7B2"/>
        <w:spacing w:before="120" w:after="80" w:line="240" w:lineRule="auto"/>
        <w:rPr>
          <w:sz w:val="22"/>
        </w:rPr>
      </w:pPr>
      <w:r w:rsidRPr="00F2276D">
        <w:rPr>
          <w:b/>
          <w:color w:val="FFFFFF"/>
          <w:sz w:val="22"/>
        </w:rPr>
        <w:t>8. EQUAL OPPORTUNITIES</w:t>
      </w:r>
    </w:p>
    <w:p w14:paraId="2A5E0B67" w14:textId="77777777" w:rsidR="0014063B" w:rsidRPr="00F2276D" w:rsidRDefault="00527005" w:rsidP="00F2276D">
      <w:pPr>
        <w:spacing w:after="0" w:line="240" w:lineRule="auto"/>
        <w:rPr>
          <w:sz w:val="22"/>
        </w:rPr>
      </w:pPr>
      <w:r w:rsidRPr="00F2276D">
        <w:rPr>
          <w:color w:val="333333"/>
          <w:sz w:val="22"/>
        </w:rPr>
        <w:t xml:space="preserve">Future Dreams </w:t>
      </w:r>
      <w:proofErr w:type="gramStart"/>
      <w:r w:rsidRPr="00F2276D">
        <w:rPr>
          <w:color w:val="333333"/>
          <w:sz w:val="22"/>
        </w:rPr>
        <w:t>is</w:t>
      </w:r>
      <w:proofErr w:type="gramEnd"/>
      <w:r w:rsidRPr="00F2276D">
        <w:rPr>
          <w:color w:val="333333"/>
          <w:sz w:val="22"/>
        </w:rPr>
        <w:t xml:space="preserve"> committed to equality, diversity and inclusion and welcomes volunteer applications from all sections of the community.</w:t>
      </w:r>
    </w:p>
    <w:p w14:paraId="46212226" w14:textId="77777777" w:rsidR="00F2276D" w:rsidRDefault="00F2276D" w:rsidP="00F2276D">
      <w:pPr>
        <w:spacing w:after="0" w:line="240" w:lineRule="auto"/>
        <w:rPr>
          <w:color w:val="333333"/>
          <w:sz w:val="22"/>
        </w:rPr>
      </w:pPr>
    </w:p>
    <w:p w14:paraId="74E82603" w14:textId="482B7480" w:rsidR="0014063B" w:rsidRPr="00F2276D" w:rsidRDefault="00527005" w:rsidP="00F2276D">
      <w:pPr>
        <w:spacing w:after="0" w:line="240" w:lineRule="auto"/>
        <w:rPr>
          <w:sz w:val="22"/>
        </w:rPr>
      </w:pPr>
      <w:r w:rsidRPr="00F2276D">
        <w:rPr>
          <w:color w:val="333333"/>
          <w:sz w:val="22"/>
        </w:rPr>
        <w:t xml:space="preserve">Applications are considered on the skills, experience, suitability and commitment relevant to the volunteer role. No applicant will be disadvantaged </w:t>
      </w:r>
      <w:proofErr w:type="gramStart"/>
      <w:r w:rsidRPr="00F2276D">
        <w:rPr>
          <w:color w:val="333333"/>
          <w:sz w:val="22"/>
        </w:rPr>
        <w:t>on the basis of</w:t>
      </w:r>
      <w:proofErr w:type="gramEnd"/>
      <w:r w:rsidRPr="00F2276D">
        <w:rPr>
          <w:color w:val="333333"/>
          <w:sz w:val="22"/>
        </w:rPr>
        <w:t xml:space="preserve"> age, disability, gender reassignment, marriage and civil partnership, pregnancy and maternity, race, religion or belief, sex or sexual orientation.</w:t>
      </w:r>
    </w:p>
    <w:p w14:paraId="161D570E" w14:textId="77777777" w:rsidR="00F2276D" w:rsidRDefault="00F2276D" w:rsidP="00F2276D">
      <w:pPr>
        <w:spacing w:after="0" w:line="240" w:lineRule="auto"/>
        <w:rPr>
          <w:color w:val="333333"/>
          <w:sz w:val="22"/>
        </w:rPr>
      </w:pPr>
    </w:p>
    <w:p w14:paraId="090738C1" w14:textId="0027E8DF" w:rsidR="0014063B" w:rsidRPr="00F2276D" w:rsidRDefault="00527005" w:rsidP="00F2276D">
      <w:pPr>
        <w:spacing w:after="0" w:line="240" w:lineRule="auto"/>
        <w:rPr>
          <w:sz w:val="22"/>
        </w:rPr>
      </w:pPr>
      <w:r w:rsidRPr="00F2276D">
        <w:rPr>
          <w:color w:val="333333"/>
          <w:sz w:val="22"/>
        </w:rPr>
        <w:t>If we collect diversity monitoring information, this will be optional and kept separately from your volunteer application.</w:t>
      </w:r>
    </w:p>
    <w:p w14:paraId="7518FABC" w14:textId="77777777" w:rsidR="0014063B" w:rsidRPr="00F2276D" w:rsidRDefault="00527005">
      <w:pPr>
        <w:keepNext/>
        <w:shd w:val="clear" w:color="auto" w:fill="E6B7B2"/>
        <w:spacing w:before="120" w:after="80" w:line="240" w:lineRule="auto"/>
        <w:rPr>
          <w:sz w:val="22"/>
        </w:rPr>
      </w:pPr>
      <w:r w:rsidRPr="00F2276D">
        <w:rPr>
          <w:b/>
          <w:color w:val="FFFFFF"/>
          <w:sz w:val="22"/>
        </w:rPr>
        <w:t>9. DATA PROTECTION NOTIFICATION</w:t>
      </w:r>
    </w:p>
    <w:p w14:paraId="5A57E818" w14:textId="77777777" w:rsidR="0014063B" w:rsidRPr="00F2276D" w:rsidRDefault="00527005" w:rsidP="00F2276D">
      <w:pPr>
        <w:spacing w:after="0" w:line="240" w:lineRule="auto"/>
        <w:rPr>
          <w:sz w:val="22"/>
        </w:rPr>
      </w:pPr>
      <w:r w:rsidRPr="00F2276D">
        <w:rPr>
          <w:color w:val="333333"/>
          <w:sz w:val="22"/>
        </w:rPr>
        <w:t>The information you provide in this application form will be used to process your application to volunteer with Future Dreams.</w:t>
      </w:r>
    </w:p>
    <w:p w14:paraId="4BD103B6" w14:textId="77777777" w:rsidR="00F2276D" w:rsidRDefault="00F2276D" w:rsidP="00F2276D">
      <w:pPr>
        <w:spacing w:after="0" w:line="240" w:lineRule="auto"/>
        <w:rPr>
          <w:color w:val="333333"/>
          <w:sz w:val="22"/>
        </w:rPr>
      </w:pPr>
    </w:p>
    <w:p w14:paraId="796FCCD6" w14:textId="02D8A224" w:rsidR="0014063B" w:rsidRPr="00F2276D" w:rsidRDefault="00527005" w:rsidP="00F2276D">
      <w:pPr>
        <w:spacing w:after="0" w:line="240" w:lineRule="auto"/>
        <w:rPr>
          <w:sz w:val="22"/>
        </w:rPr>
      </w:pPr>
      <w:r w:rsidRPr="00F2276D">
        <w:rPr>
          <w:color w:val="333333"/>
          <w:sz w:val="22"/>
        </w:rPr>
        <w:t>Future Dreams will keep the information you provide confidential and will only share it where necessary for the volunteer recruitment process, where you have agreed that we may do so, or where required by law.</w:t>
      </w:r>
    </w:p>
    <w:p w14:paraId="02E4A456" w14:textId="77777777" w:rsidR="00F2276D" w:rsidRDefault="00F2276D" w:rsidP="00F2276D">
      <w:pPr>
        <w:spacing w:after="0" w:line="240" w:lineRule="auto"/>
        <w:rPr>
          <w:color w:val="333333"/>
          <w:sz w:val="22"/>
        </w:rPr>
      </w:pPr>
    </w:p>
    <w:p w14:paraId="51123211" w14:textId="2C8845A5" w:rsidR="0014063B" w:rsidRPr="00F2276D" w:rsidRDefault="00527005" w:rsidP="00F2276D">
      <w:pPr>
        <w:spacing w:after="0" w:line="240" w:lineRule="auto"/>
        <w:rPr>
          <w:sz w:val="22"/>
        </w:rPr>
      </w:pPr>
      <w:r w:rsidRPr="00F2276D">
        <w:rPr>
          <w:color w:val="333333"/>
          <w:sz w:val="22"/>
        </w:rPr>
        <w:t>If your application is unsuccessful, your application information will be retained in accordance with our data retention policy and then securely destroyed. If you become a Future Dreams volunteer, relevant information will form part of your volunteer record.</w:t>
      </w:r>
    </w:p>
    <w:p w14:paraId="2C931A91" w14:textId="77777777" w:rsidR="00F2276D" w:rsidRDefault="00F2276D" w:rsidP="00F2276D">
      <w:pPr>
        <w:spacing w:after="0" w:line="240" w:lineRule="auto"/>
        <w:rPr>
          <w:color w:val="333333"/>
          <w:sz w:val="22"/>
        </w:rPr>
      </w:pPr>
    </w:p>
    <w:p w14:paraId="4217879F" w14:textId="18811F1B" w:rsidR="0014063B" w:rsidRPr="00F2276D" w:rsidRDefault="00527005" w:rsidP="00F2276D">
      <w:pPr>
        <w:spacing w:after="0" w:line="240" w:lineRule="auto"/>
        <w:rPr>
          <w:sz w:val="22"/>
        </w:rPr>
      </w:pPr>
      <w:r w:rsidRPr="00F2276D">
        <w:rPr>
          <w:color w:val="333333"/>
          <w:sz w:val="22"/>
        </w:rPr>
        <w:t xml:space="preserve">For more information about how Future Dreams processes personal data, please see our Privacy Policy at </w:t>
      </w:r>
      <w:r w:rsidRPr="00F2276D">
        <w:rPr>
          <w:color w:val="0563C1"/>
          <w:sz w:val="22"/>
          <w:u w:val="single"/>
        </w:rPr>
        <w:t>https://futuredreams.org.uk/privacy-policy/</w:t>
      </w:r>
      <w:r w:rsidRPr="00F2276D">
        <w:rPr>
          <w:color w:val="333333"/>
          <w:sz w:val="22"/>
        </w:rPr>
        <w:t xml:space="preserve"> or contact </w:t>
      </w:r>
      <w:r w:rsidRPr="00F2276D">
        <w:rPr>
          <w:color w:val="0563C1"/>
          <w:sz w:val="22"/>
          <w:u w:val="single"/>
        </w:rPr>
        <w:t>dpo@futuredreams.org.uk</w:t>
      </w:r>
      <w:r w:rsidRPr="00F2276D">
        <w:rPr>
          <w:color w:val="333333"/>
          <w:sz w:val="22"/>
        </w:rPr>
        <w:t>.</w:t>
      </w:r>
    </w:p>
    <w:p w14:paraId="1BBAC99D" w14:textId="77777777" w:rsidR="0014063B" w:rsidRPr="00F2276D" w:rsidRDefault="00527005">
      <w:pPr>
        <w:spacing w:after="80" w:line="240" w:lineRule="auto"/>
        <w:rPr>
          <w:sz w:val="22"/>
        </w:rPr>
      </w:pPr>
      <w:r w:rsidRPr="00F2276D">
        <w:rPr>
          <w:b/>
          <w:color w:val="333333"/>
          <w:sz w:val="22"/>
        </w:rPr>
        <w:t>☐</w:t>
      </w:r>
      <w:r w:rsidRPr="00F2276D">
        <w:rPr>
          <w:b/>
          <w:color w:val="333333"/>
          <w:sz w:val="22"/>
        </w:rPr>
        <w:t xml:space="preserve"> I confirm that I have read and understood the Data Protection notification </w:t>
      </w:r>
      <w:proofErr w:type="gramStart"/>
      <w:r w:rsidRPr="00F2276D">
        <w:rPr>
          <w:b/>
          <w:color w:val="333333"/>
          <w:sz w:val="22"/>
        </w:rPr>
        <w:t>above.*</w:t>
      </w:r>
      <w:proofErr w:type="gramEnd"/>
    </w:p>
    <w:p w14:paraId="67D54042" w14:textId="77777777" w:rsidR="0014063B" w:rsidRPr="00F2276D" w:rsidRDefault="00527005">
      <w:pPr>
        <w:keepNext/>
        <w:shd w:val="clear" w:color="auto" w:fill="E6B7B2"/>
        <w:spacing w:before="120" w:after="80" w:line="240" w:lineRule="auto"/>
        <w:rPr>
          <w:sz w:val="22"/>
        </w:rPr>
      </w:pPr>
      <w:r w:rsidRPr="00F2276D">
        <w:rPr>
          <w:b/>
          <w:color w:val="FFFFFF"/>
          <w:sz w:val="22"/>
        </w:rPr>
        <w:t>10. DECLARATION</w:t>
      </w:r>
    </w:p>
    <w:p w14:paraId="7B0F14F7" w14:textId="77777777" w:rsidR="0014063B" w:rsidRPr="00F2276D" w:rsidRDefault="00527005" w:rsidP="00F2276D">
      <w:pPr>
        <w:spacing w:after="0" w:line="240" w:lineRule="auto"/>
        <w:rPr>
          <w:sz w:val="22"/>
        </w:rPr>
      </w:pPr>
      <w:r w:rsidRPr="00F2276D">
        <w:rPr>
          <w:color w:val="333333"/>
          <w:sz w:val="22"/>
        </w:rPr>
        <w:t>I confirm that the information I have provided in this application is correct and complete to the best of my knowledge.</w:t>
      </w:r>
    </w:p>
    <w:p w14:paraId="51923822" w14:textId="77777777" w:rsidR="00F2276D" w:rsidRDefault="00F2276D" w:rsidP="00F2276D">
      <w:pPr>
        <w:spacing w:after="0" w:line="240" w:lineRule="auto"/>
        <w:rPr>
          <w:color w:val="333333"/>
          <w:sz w:val="22"/>
        </w:rPr>
      </w:pPr>
    </w:p>
    <w:p w14:paraId="0CA444A4" w14:textId="6BB67422" w:rsidR="0014063B" w:rsidRPr="00F2276D" w:rsidRDefault="00527005" w:rsidP="00F2276D">
      <w:pPr>
        <w:spacing w:after="0" w:line="240" w:lineRule="auto"/>
        <w:rPr>
          <w:sz w:val="22"/>
        </w:rPr>
      </w:pPr>
      <w:r w:rsidRPr="00F2276D">
        <w:rPr>
          <w:color w:val="333333"/>
          <w:sz w:val="22"/>
        </w:rPr>
        <w:t>I understand that Future Dreams may verify information provided in my application and may request references and, where appropriate to the volunteer role, carry out relevant background checks.</w:t>
      </w:r>
    </w:p>
    <w:p w14:paraId="621286D1" w14:textId="77777777" w:rsidR="00F2276D" w:rsidRDefault="00F2276D" w:rsidP="00F2276D">
      <w:pPr>
        <w:spacing w:after="0" w:line="240" w:lineRule="auto"/>
        <w:rPr>
          <w:color w:val="333333"/>
          <w:sz w:val="22"/>
        </w:rPr>
      </w:pPr>
    </w:p>
    <w:p w14:paraId="14E9F344" w14:textId="71804CE3" w:rsidR="0014063B" w:rsidRPr="00F2276D" w:rsidRDefault="00527005" w:rsidP="00F2276D">
      <w:pPr>
        <w:spacing w:after="0" w:line="240" w:lineRule="auto"/>
        <w:rPr>
          <w:sz w:val="22"/>
        </w:rPr>
      </w:pPr>
      <w:r w:rsidRPr="00F2276D">
        <w:rPr>
          <w:color w:val="333333"/>
          <w:sz w:val="22"/>
        </w:rPr>
        <w:t>I understand that if information provided in my application is found to be deliberately false or misleading, Future Dreams may withdraw an offer of volunteering or end my volunteer placement.</w:t>
      </w:r>
    </w:p>
    <w:tbl>
      <w:tblPr>
        <w:tblW w:w="0" w:type="auto"/>
        <w:jc w:val="center"/>
        <w:tblLayout w:type="fixed"/>
        <w:tblLook w:val="04A0" w:firstRow="1" w:lastRow="0" w:firstColumn="1" w:lastColumn="0" w:noHBand="0" w:noVBand="1"/>
      </w:tblPr>
      <w:tblGrid>
        <w:gridCol w:w="5184"/>
        <w:gridCol w:w="5184"/>
      </w:tblGrid>
      <w:tr w:rsidR="0014063B" w:rsidRPr="00F2276D" w14:paraId="486B7DDC"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6E262735" w14:textId="77777777" w:rsidR="0014063B" w:rsidRPr="00F2276D" w:rsidRDefault="00527005">
            <w:pPr>
              <w:spacing w:after="0" w:line="240" w:lineRule="auto"/>
              <w:rPr>
                <w:sz w:val="22"/>
              </w:rPr>
            </w:pPr>
            <w:r w:rsidRPr="00F2276D">
              <w:rPr>
                <w:b/>
                <w:color w:val="333333"/>
                <w:sz w:val="22"/>
              </w:rPr>
              <w:t>Signature*: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8BAFC3D" w14:textId="77777777" w:rsidR="0014063B" w:rsidRPr="00F2276D" w:rsidRDefault="00527005">
            <w:pPr>
              <w:spacing w:after="0" w:line="240" w:lineRule="auto"/>
              <w:rPr>
                <w:sz w:val="22"/>
              </w:rPr>
            </w:pPr>
            <w:r w:rsidRPr="00F2276D">
              <w:rPr>
                <w:color w:val="333333"/>
                <w:sz w:val="22"/>
              </w:rPr>
              <w:t xml:space="preserve"> </w:t>
            </w:r>
          </w:p>
        </w:tc>
      </w:tr>
      <w:tr w:rsidR="0014063B" w:rsidRPr="00F2276D" w14:paraId="6BCC2CC0" w14:textId="77777777">
        <w:trPr>
          <w:cantSplit/>
          <w:jc w:val="center"/>
        </w:trPr>
        <w:tc>
          <w:tcPr>
            <w:tcW w:w="5184" w:type="dxa"/>
            <w:tcBorders>
              <w:top w:val="single" w:sz="6" w:space="0" w:color="BFBFBF"/>
              <w:left w:val="single" w:sz="6" w:space="0" w:color="BFBFBF"/>
              <w:bottom w:val="single" w:sz="6" w:space="0" w:color="BFBFBF"/>
              <w:right w:val="single" w:sz="6" w:space="0" w:color="BFBFBF"/>
            </w:tcBorders>
            <w:tcMar>
              <w:top w:w="70" w:type="dxa"/>
              <w:left w:w="90" w:type="dxa"/>
              <w:bottom w:w="70" w:type="dxa"/>
              <w:right w:w="90" w:type="dxa"/>
            </w:tcMar>
            <w:vAlign w:val="center"/>
          </w:tcPr>
          <w:p w14:paraId="5EC8489F" w14:textId="77777777" w:rsidR="0014063B" w:rsidRPr="00F2276D" w:rsidRDefault="00527005">
            <w:pPr>
              <w:spacing w:after="0" w:line="240" w:lineRule="auto"/>
              <w:rPr>
                <w:sz w:val="22"/>
              </w:rPr>
            </w:pPr>
            <w:r w:rsidRPr="00F2276D">
              <w:rPr>
                <w:b/>
                <w:color w:val="333333"/>
                <w:sz w:val="22"/>
              </w:rPr>
              <w:t>Date*:</w:t>
            </w:r>
          </w:p>
        </w:tc>
        <w:tc>
          <w:tcPr>
            <w:tcW w:w="5184" w:type="dxa"/>
            <w:tcBorders>
              <w:top w:val="single" w:sz="6" w:space="0" w:color="BFBFBF"/>
              <w:left w:val="single" w:sz="6" w:space="0" w:color="BFBFBF"/>
              <w:bottom w:val="single" w:sz="6" w:space="0" w:color="BFBFBF"/>
              <w:right w:val="single" w:sz="6" w:space="0" w:color="BFBFBF"/>
            </w:tcBorders>
            <w:shd w:val="clear" w:color="auto" w:fill="FAFAFA"/>
            <w:tcMar>
              <w:top w:w="70" w:type="dxa"/>
              <w:left w:w="90" w:type="dxa"/>
              <w:bottom w:w="70" w:type="dxa"/>
              <w:right w:w="90" w:type="dxa"/>
            </w:tcMar>
            <w:vAlign w:val="center"/>
          </w:tcPr>
          <w:p w14:paraId="4496E496" w14:textId="77777777" w:rsidR="0014063B" w:rsidRPr="00F2276D" w:rsidRDefault="00527005">
            <w:pPr>
              <w:spacing w:after="0" w:line="240" w:lineRule="auto"/>
              <w:rPr>
                <w:sz w:val="22"/>
              </w:rPr>
            </w:pPr>
            <w:r w:rsidRPr="00F2276D">
              <w:rPr>
                <w:color w:val="333333"/>
                <w:sz w:val="22"/>
              </w:rPr>
              <w:t xml:space="preserve"> </w:t>
            </w:r>
          </w:p>
        </w:tc>
      </w:tr>
    </w:tbl>
    <w:p w14:paraId="12DDAEEC" w14:textId="77777777" w:rsidR="0014063B" w:rsidRPr="00F2276D" w:rsidRDefault="00527005">
      <w:pPr>
        <w:spacing w:after="80" w:line="240" w:lineRule="auto"/>
        <w:rPr>
          <w:sz w:val="22"/>
        </w:rPr>
      </w:pPr>
      <w:r w:rsidRPr="00F2276D">
        <w:rPr>
          <w:i/>
          <w:color w:val="666666"/>
          <w:sz w:val="22"/>
        </w:rPr>
        <w:t>Typing your full name will be accepted as an electronic signature.</w:t>
      </w:r>
    </w:p>
    <w:p w14:paraId="5D8C603C" w14:textId="77777777" w:rsidR="0014063B" w:rsidRPr="00F2276D" w:rsidRDefault="00527005">
      <w:pPr>
        <w:shd w:val="clear" w:color="auto" w:fill="F7ECEA"/>
        <w:spacing w:before="140" w:after="80" w:line="240" w:lineRule="auto"/>
        <w:rPr>
          <w:sz w:val="22"/>
        </w:rPr>
      </w:pPr>
      <w:r w:rsidRPr="00F2276D">
        <w:rPr>
          <w:b/>
          <w:color w:val="333333"/>
          <w:sz w:val="22"/>
        </w:rPr>
        <w:t>WHAT HAPPENS NEXT?</w:t>
      </w:r>
    </w:p>
    <w:p w14:paraId="6D54C917" w14:textId="77777777" w:rsidR="0014063B" w:rsidRPr="00F2276D" w:rsidRDefault="00527005">
      <w:pPr>
        <w:spacing w:after="20" w:line="240" w:lineRule="auto"/>
        <w:ind w:left="259" w:hanging="173"/>
        <w:rPr>
          <w:sz w:val="22"/>
        </w:rPr>
      </w:pPr>
      <w:r w:rsidRPr="00F2276D">
        <w:rPr>
          <w:color w:val="333333"/>
          <w:sz w:val="22"/>
        </w:rPr>
        <w:t>• We will acknowledge receipt of your application.</w:t>
      </w:r>
    </w:p>
    <w:p w14:paraId="68B37BC0" w14:textId="77777777" w:rsidR="0014063B" w:rsidRPr="00F2276D" w:rsidRDefault="00527005">
      <w:pPr>
        <w:spacing w:after="20" w:line="240" w:lineRule="auto"/>
        <w:ind w:left="259" w:hanging="173"/>
        <w:rPr>
          <w:sz w:val="22"/>
        </w:rPr>
      </w:pPr>
      <w:r w:rsidRPr="00F2276D">
        <w:rPr>
          <w:color w:val="333333"/>
          <w:sz w:val="22"/>
        </w:rPr>
        <w:t>• Suitable applicants will be invited to an informal interview/conversation with a member of the Future Dreams team.</w:t>
      </w:r>
    </w:p>
    <w:p w14:paraId="489F7374" w14:textId="77777777" w:rsidR="0014063B" w:rsidRPr="00F2276D" w:rsidRDefault="00527005">
      <w:pPr>
        <w:spacing w:after="20" w:line="240" w:lineRule="auto"/>
        <w:ind w:left="259" w:hanging="173"/>
        <w:rPr>
          <w:sz w:val="22"/>
        </w:rPr>
      </w:pPr>
      <w:r w:rsidRPr="00F2276D">
        <w:rPr>
          <w:color w:val="333333"/>
          <w:sz w:val="22"/>
        </w:rPr>
        <w:lastRenderedPageBreak/>
        <w:t xml:space="preserve">• </w:t>
      </w:r>
      <w:r w:rsidRPr="00F2276D">
        <w:rPr>
          <w:color w:val="333333"/>
          <w:sz w:val="22"/>
        </w:rPr>
        <w:t>We will discuss the role, your availability and the type of volunteering you are interested in.</w:t>
      </w:r>
    </w:p>
    <w:p w14:paraId="281D08E7" w14:textId="77777777" w:rsidR="0014063B" w:rsidRPr="00F2276D" w:rsidRDefault="00527005">
      <w:pPr>
        <w:spacing w:after="20" w:line="240" w:lineRule="auto"/>
        <w:ind w:left="259" w:hanging="173"/>
        <w:rPr>
          <w:sz w:val="22"/>
        </w:rPr>
      </w:pPr>
      <w:r w:rsidRPr="00F2276D">
        <w:rPr>
          <w:color w:val="333333"/>
          <w:sz w:val="22"/>
        </w:rPr>
        <w:t>• If we mutually agree that the role is a good fit, we will request references and complete any other checks appropriate to the role.</w:t>
      </w:r>
    </w:p>
    <w:p w14:paraId="7CEB3EA3" w14:textId="77777777" w:rsidR="0014063B" w:rsidRPr="00F2276D" w:rsidRDefault="00527005">
      <w:pPr>
        <w:spacing w:after="20" w:line="240" w:lineRule="auto"/>
        <w:ind w:left="259" w:hanging="173"/>
        <w:rPr>
          <w:sz w:val="22"/>
        </w:rPr>
      </w:pPr>
      <w:r w:rsidRPr="00F2276D">
        <w:rPr>
          <w:color w:val="333333"/>
          <w:sz w:val="22"/>
        </w:rPr>
        <w:t>• Successful volunteers will receive an induction and any training needed before undertaking their volunteering activities.</w:t>
      </w:r>
    </w:p>
    <w:p w14:paraId="67CEE04F" w14:textId="77777777" w:rsidR="0014063B" w:rsidRPr="00F2276D" w:rsidRDefault="00527005">
      <w:pPr>
        <w:spacing w:before="100" w:after="0" w:line="240" w:lineRule="auto"/>
        <w:rPr>
          <w:sz w:val="22"/>
        </w:rPr>
      </w:pPr>
      <w:r w:rsidRPr="00F2276D">
        <w:rPr>
          <w:i/>
          <w:color w:val="777777"/>
          <w:sz w:val="22"/>
        </w:rPr>
        <w:t xml:space="preserve">* </w:t>
      </w:r>
      <w:proofErr w:type="gramStart"/>
      <w:r w:rsidRPr="00F2276D">
        <w:rPr>
          <w:i/>
          <w:color w:val="777777"/>
          <w:sz w:val="22"/>
        </w:rPr>
        <w:t>indicates</w:t>
      </w:r>
      <w:proofErr w:type="gramEnd"/>
      <w:r w:rsidRPr="00F2276D">
        <w:rPr>
          <w:i/>
          <w:color w:val="777777"/>
          <w:sz w:val="22"/>
        </w:rPr>
        <w:t xml:space="preserve"> a required field</w:t>
      </w:r>
    </w:p>
    <w:sectPr w:rsidR="0014063B" w:rsidRPr="00F2276D"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7876B" w14:textId="77777777" w:rsidR="00527005" w:rsidRDefault="00527005">
      <w:pPr>
        <w:spacing w:after="0" w:line="240" w:lineRule="auto"/>
      </w:pPr>
      <w:r>
        <w:separator/>
      </w:r>
    </w:p>
  </w:endnote>
  <w:endnote w:type="continuationSeparator" w:id="0">
    <w:p w14:paraId="2E1D65AB" w14:textId="77777777" w:rsidR="00527005" w:rsidRDefault="0052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3A25" w14:textId="7308149A" w:rsidR="0014063B" w:rsidRDefault="00527005">
    <w:pPr>
      <w:pStyle w:val="Footer"/>
      <w:jc w:val="center"/>
    </w:pPr>
    <w:r>
      <w:rPr>
        <w:color w:val="999999"/>
        <w:sz w:val="16"/>
      </w:rPr>
      <w:t xml:space="preserve">Future Dreams Volunteer Application </w:t>
    </w:r>
    <w:r w:rsidR="00F2276D">
      <w:rPr>
        <w:color w:val="999999"/>
        <w:sz w:val="16"/>
      </w:rPr>
      <w:t>Form |</w:t>
    </w:r>
    <w:r>
      <w:rPr>
        <w:color w:val="999999"/>
        <w:sz w:val="16"/>
      </w:rPr>
      <w:t xml:space="preserve"> </w:t>
    </w:r>
    <w:r>
      <w:rPr>
        <w:color w:val="999999"/>
        <w:sz w:val="16"/>
      </w:rPr>
      <w:t xml:space="preserve">Confidential </w:t>
    </w:r>
    <w:r>
      <w:rPr>
        <w:color w:val="999999"/>
        <w:sz w:val="16"/>
      </w:rPr>
      <w:t xml:space="preserve">| </w:t>
    </w:r>
    <w:r>
      <w:rPr>
        <w:color w:val="999999"/>
        <w:sz w:val="16"/>
      </w:rPr>
      <w:t xml:space="preserve">Page </w:t>
    </w:r>
    <w:r>
      <w:fldChar w:fldCharType="begin"/>
    </w:r>
    <w:r>
      <w:instrText xml:space="preserve"> PAGE </w:instrText>
    </w:r>
    <w:r w:rsidR="00F2276D">
      <w:fldChar w:fldCharType="separate"/>
    </w:r>
    <w:r w:rsidR="00F227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B227" w14:textId="77777777" w:rsidR="00527005" w:rsidRDefault="00527005">
      <w:pPr>
        <w:spacing w:after="0" w:line="240" w:lineRule="auto"/>
      </w:pPr>
      <w:r>
        <w:separator/>
      </w:r>
    </w:p>
  </w:footnote>
  <w:footnote w:type="continuationSeparator" w:id="0">
    <w:p w14:paraId="6DB93D9C" w14:textId="77777777" w:rsidR="00527005" w:rsidRDefault="00527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0222791">
    <w:abstractNumId w:val="8"/>
  </w:num>
  <w:num w:numId="2" w16cid:durableId="186531552">
    <w:abstractNumId w:val="6"/>
  </w:num>
  <w:num w:numId="3" w16cid:durableId="2143112081">
    <w:abstractNumId w:val="5"/>
  </w:num>
  <w:num w:numId="4" w16cid:durableId="521287932">
    <w:abstractNumId w:val="4"/>
  </w:num>
  <w:num w:numId="5" w16cid:durableId="1941335613">
    <w:abstractNumId w:val="7"/>
  </w:num>
  <w:num w:numId="6" w16cid:durableId="1913810470">
    <w:abstractNumId w:val="3"/>
  </w:num>
  <w:num w:numId="7" w16cid:durableId="1087339044">
    <w:abstractNumId w:val="2"/>
  </w:num>
  <w:num w:numId="8" w16cid:durableId="444351077">
    <w:abstractNumId w:val="1"/>
  </w:num>
  <w:num w:numId="9" w16cid:durableId="5204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F60DE"/>
  <w14:defaultImageDpi w14:val="300"/>
  <w15:docId w15:val="{D1705EFF-8541-4E2D-8593-1E0001A0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Light" w:eastAsia="Calibri Light" w:hAnsi="Calibri Light"/>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