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BF1B9" w14:textId="77777777" w:rsidR="001E1ED1" w:rsidRDefault="005525A4">
      <w:pPr>
        <w:spacing w:before="80" w:after="20" w:line="240" w:lineRule="auto"/>
        <w:jc w:val="center"/>
      </w:pPr>
      <w:r>
        <w:rPr>
          <w:rFonts w:ascii="Calibri Light" w:hAnsi="Calibri Light"/>
          <w:b/>
          <w:sz w:val="36"/>
        </w:rPr>
        <w:t>APPLICATION FOR EMPLOYMENT</w:t>
      </w:r>
    </w:p>
    <w:p w14:paraId="3CC52794" w14:textId="77777777" w:rsidR="001E1ED1" w:rsidRDefault="005525A4">
      <w:pPr>
        <w:spacing w:after="140" w:line="240" w:lineRule="auto"/>
        <w:jc w:val="center"/>
      </w:pPr>
      <w:r>
        <w:rPr>
          <w:b/>
          <w:color w:val="B56F60"/>
          <w:sz w:val="17"/>
        </w:rPr>
        <w:t>CONFIDENTIAL</w:t>
      </w:r>
    </w:p>
    <w:tbl>
      <w:tblPr>
        <w:tblW w:w="0" w:type="auto"/>
        <w:jc w:val="center"/>
        <w:tblLayout w:type="fixed"/>
        <w:tblLook w:val="04A0" w:firstRow="1" w:lastRow="0" w:firstColumn="1" w:lastColumn="0" w:noHBand="0" w:noVBand="1"/>
      </w:tblPr>
      <w:tblGrid>
        <w:gridCol w:w="3384"/>
        <w:gridCol w:w="6120"/>
      </w:tblGrid>
      <w:tr w:rsidR="001E1ED1" w:rsidRPr="004756AA" w14:paraId="55468357" w14:textId="77777777">
        <w:trPr>
          <w:cantSplit/>
          <w:trHeight w:val="461"/>
          <w:jc w:val="center"/>
        </w:trPr>
        <w:tc>
          <w:tcPr>
            <w:tcW w:w="3384" w:type="dxa"/>
            <w:tcBorders>
              <w:top w:val="single" w:sz="4" w:space="0" w:color="E8E3E1"/>
              <w:left w:val="single" w:sz="4" w:space="0" w:color="E8E3E1"/>
              <w:bottom w:val="single" w:sz="4" w:space="0" w:color="E8E3E1"/>
              <w:right w:val="single" w:sz="4" w:space="0" w:color="E8E3E1"/>
            </w:tcBorders>
            <w:shd w:val="clear" w:color="auto" w:fill="FAF6F4"/>
            <w:tcMar>
              <w:top w:w="80" w:type="dxa"/>
              <w:left w:w="110" w:type="dxa"/>
              <w:bottom w:w="80" w:type="dxa"/>
              <w:right w:w="110" w:type="dxa"/>
            </w:tcMar>
            <w:vAlign w:val="center"/>
          </w:tcPr>
          <w:p w14:paraId="728C20FE" w14:textId="77777777" w:rsidR="001E1ED1" w:rsidRPr="004756AA" w:rsidRDefault="005525A4">
            <w:pPr>
              <w:spacing w:after="0" w:line="240" w:lineRule="auto"/>
              <w:rPr>
                <w:szCs w:val="20"/>
              </w:rPr>
            </w:pPr>
            <w:r w:rsidRPr="004756AA">
              <w:rPr>
                <w:b/>
                <w:szCs w:val="20"/>
              </w:rPr>
              <w:t>Position applied for</w:t>
            </w:r>
            <w:r w:rsidRPr="004756AA">
              <w:rPr>
                <w:b/>
                <w:color w:val="C00000"/>
                <w:szCs w:val="20"/>
              </w:rPr>
              <w:t>*</w:t>
            </w:r>
          </w:p>
        </w:tc>
        <w:tc>
          <w:tcPr>
            <w:tcW w:w="6120" w:type="dxa"/>
            <w:tcBorders>
              <w:top w:val="single" w:sz="4" w:space="0" w:color="E8E3E1"/>
              <w:left w:val="single" w:sz="4" w:space="0" w:color="E8E3E1"/>
              <w:bottom w:val="single" w:sz="4" w:space="0" w:color="E8E3E1"/>
              <w:right w:val="single" w:sz="4" w:space="0" w:color="E8E3E1"/>
            </w:tcBorders>
            <w:shd w:val="clear" w:color="auto" w:fill="FFFFFF"/>
            <w:tcMar>
              <w:top w:w="80" w:type="dxa"/>
              <w:left w:w="110" w:type="dxa"/>
              <w:bottom w:w="80" w:type="dxa"/>
              <w:right w:w="110" w:type="dxa"/>
            </w:tcMar>
            <w:vAlign w:val="center"/>
          </w:tcPr>
          <w:p w14:paraId="04DAB460" w14:textId="77777777" w:rsidR="001E1ED1" w:rsidRPr="004756AA" w:rsidRDefault="001E1ED1">
            <w:pPr>
              <w:spacing w:after="0" w:line="240" w:lineRule="auto"/>
              <w:rPr>
                <w:szCs w:val="20"/>
              </w:rPr>
            </w:pPr>
          </w:p>
        </w:tc>
      </w:tr>
      <w:tr w:rsidR="001E1ED1" w:rsidRPr="004756AA" w14:paraId="2C1787B1" w14:textId="77777777">
        <w:trPr>
          <w:cantSplit/>
          <w:trHeight w:val="461"/>
          <w:jc w:val="center"/>
        </w:trPr>
        <w:tc>
          <w:tcPr>
            <w:tcW w:w="3384" w:type="dxa"/>
            <w:tcBorders>
              <w:top w:val="single" w:sz="4" w:space="0" w:color="E8E3E1"/>
              <w:left w:val="single" w:sz="4" w:space="0" w:color="E8E3E1"/>
              <w:bottom w:val="single" w:sz="4" w:space="0" w:color="E8E3E1"/>
              <w:right w:val="single" w:sz="4" w:space="0" w:color="E8E3E1"/>
            </w:tcBorders>
            <w:shd w:val="clear" w:color="auto" w:fill="FAF6F4"/>
            <w:tcMar>
              <w:top w:w="80" w:type="dxa"/>
              <w:left w:w="110" w:type="dxa"/>
              <w:bottom w:w="80" w:type="dxa"/>
              <w:right w:w="110" w:type="dxa"/>
            </w:tcMar>
            <w:vAlign w:val="center"/>
          </w:tcPr>
          <w:p w14:paraId="0D2990DA" w14:textId="77777777" w:rsidR="001E1ED1" w:rsidRPr="004756AA" w:rsidRDefault="005525A4">
            <w:pPr>
              <w:spacing w:after="0" w:line="240" w:lineRule="auto"/>
              <w:rPr>
                <w:szCs w:val="20"/>
              </w:rPr>
            </w:pPr>
            <w:r w:rsidRPr="004756AA">
              <w:rPr>
                <w:b/>
                <w:szCs w:val="20"/>
              </w:rPr>
              <w:t>Where did you see this vacancy?</w:t>
            </w:r>
          </w:p>
        </w:tc>
        <w:tc>
          <w:tcPr>
            <w:tcW w:w="6120" w:type="dxa"/>
            <w:tcBorders>
              <w:top w:val="single" w:sz="4" w:space="0" w:color="E8E3E1"/>
              <w:left w:val="single" w:sz="4" w:space="0" w:color="E8E3E1"/>
              <w:bottom w:val="single" w:sz="4" w:space="0" w:color="E8E3E1"/>
              <w:right w:val="single" w:sz="4" w:space="0" w:color="E8E3E1"/>
            </w:tcBorders>
            <w:shd w:val="clear" w:color="auto" w:fill="FFFFFF"/>
            <w:tcMar>
              <w:top w:w="80" w:type="dxa"/>
              <w:left w:w="110" w:type="dxa"/>
              <w:bottom w:w="80" w:type="dxa"/>
              <w:right w:w="110" w:type="dxa"/>
            </w:tcMar>
            <w:vAlign w:val="center"/>
          </w:tcPr>
          <w:p w14:paraId="0EA6B26C" w14:textId="77777777" w:rsidR="001E1ED1" w:rsidRPr="004756AA" w:rsidRDefault="001E1ED1">
            <w:pPr>
              <w:spacing w:after="0" w:line="240" w:lineRule="auto"/>
              <w:rPr>
                <w:szCs w:val="20"/>
              </w:rPr>
            </w:pPr>
          </w:p>
        </w:tc>
      </w:tr>
    </w:tbl>
    <w:p w14:paraId="1DBD5C75" w14:textId="77777777" w:rsidR="001E1ED1" w:rsidRPr="004756AA" w:rsidRDefault="005525A4">
      <w:pPr>
        <w:spacing w:before="120" w:after="40" w:line="240" w:lineRule="auto"/>
        <w:rPr>
          <w:sz w:val="21"/>
          <w:szCs w:val="21"/>
        </w:rPr>
      </w:pPr>
      <w:r w:rsidRPr="004756AA">
        <w:rPr>
          <w:b/>
          <w:color w:val="B56F60"/>
          <w:sz w:val="21"/>
          <w:szCs w:val="21"/>
        </w:rPr>
        <w:t>How to apply</w:t>
      </w:r>
    </w:p>
    <w:p w14:paraId="0490AF1A" w14:textId="77777777" w:rsidR="001E1ED1" w:rsidRPr="004756AA" w:rsidRDefault="005525A4">
      <w:pPr>
        <w:spacing w:line="240" w:lineRule="auto"/>
        <w:rPr>
          <w:sz w:val="21"/>
          <w:szCs w:val="21"/>
        </w:rPr>
      </w:pPr>
      <w:r w:rsidRPr="004756AA">
        <w:rPr>
          <w:sz w:val="21"/>
          <w:szCs w:val="21"/>
        </w:rPr>
        <w:t xml:space="preserve">Please return this completed application form together with an up-to-date CV to </w:t>
      </w:r>
      <w:r w:rsidRPr="004756AA">
        <w:rPr>
          <w:b/>
          <w:color w:val="B56F60"/>
          <w:sz w:val="21"/>
          <w:szCs w:val="21"/>
        </w:rPr>
        <w:t>deborah@futuredreams.org.uk</w:t>
      </w:r>
      <w:r w:rsidRPr="004756AA">
        <w:rPr>
          <w:sz w:val="21"/>
          <w:szCs w:val="21"/>
        </w:rPr>
        <w:t>. Please address any recruitment queries to Deborah at the same email address.</w:t>
      </w:r>
    </w:p>
    <w:p w14:paraId="3D9A2D92" w14:textId="77777777" w:rsidR="001E1ED1" w:rsidRPr="004756AA" w:rsidRDefault="005525A4">
      <w:pPr>
        <w:spacing w:after="100" w:line="240" w:lineRule="auto"/>
        <w:rPr>
          <w:sz w:val="21"/>
          <w:szCs w:val="21"/>
        </w:rPr>
      </w:pPr>
      <w:r w:rsidRPr="004756AA">
        <w:rPr>
          <w:i/>
          <w:color w:val="666666"/>
          <w:sz w:val="21"/>
          <w:szCs w:val="21"/>
        </w:rPr>
        <w:t>Fields marked * are required. Please complete the form in full even where information also appears on your CV.</w:t>
      </w:r>
    </w:p>
    <w:p w14:paraId="5ED30B8F" w14:textId="77777777" w:rsidR="001E1ED1" w:rsidRDefault="005525A4">
      <w:pPr>
        <w:pStyle w:val="Heading1"/>
        <w:spacing w:before="80" w:after="100" w:line="240" w:lineRule="auto"/>
      </w:pPr>
      <w:r>
        <w:rPr>
          <w:rFonts w:ascii="Calibri Light" w:hAnsi="Calibri Light"/>
        </w:rPr>
        <w:t>1. PERSONAL AND CONTACT DETAILS</w:t>
      </w:r>
    </w:p>
    <w:tbl>
      <w:tblPr>
        <w:tblW w:w="0" w:type="auto"/>
        <w:jc w:val="center"/>
        <w:tblLayout w:type="fixed"/>
        <w:tblLook w:val="04A0" w:firstRow="1" w:lastRow="0" w:firstColumn="1" w:lastColumn="0" w:noHBand="0" w:noVBand="1"/>
      </w:tblPr>
      <w:tblGrid>
        <w:gridCol w:w="3024"/>
        <w:gridCol w:w="6480"/>
      </w:tblGrid>
      <w:tr w:rsidR="001E1ED1" w:rsidRPr="004756AA" w14:paraId="1830A07E" w14:textId="77777777">
        <w:trPr>
          <w:cantSplit/>
          <w:trHeight w:val="490"/>
          <w:jc w:val="center"/>
        </w:trPr>
        <w:tc>
          <w:tcPr>
            <w:tcW w:w="3024" w:type="dxa"/>
            <w:tcBorders>
              <w:top w:val="single" w:sz="4" w:space="0" w:color="E8E3E1"/>
              <w:left w:val="single" w:sz="4" w:space="0" w:color="E8E3E1"/>
              <w:bottom w:val="single" w:sz="4" w:space="0" w:color="E8E3E1"/>
              <w:right w:val="single" w:sz="4" w:space="0" w:color="E8E3E1"/>
            </w:tcBorders>
            <w:shd w:val="clear" w:color="auto" w:fill="FAF6F4"/>
            <w:tcMar>
              <w:top w:w="80" w:type="dxa"/>
              <w:left w:w="110" w:type="dxa"/>
              <w:bottom w:w="80" w:type="dxa"/>
              <w:right w:w="110" w:type="dxa"/>
            </w:tcMar>
            <w:vAlign w:val="center"/>
          </w:tcPr>
          <w:p w14:paraId="616F5EC3" w14:textId="77777777" w:rsidR="001E1ED1" w:rsidRPr="004756AA" w:rsidRDefault="005525A4">
            <w:pPr>
              <w:spacing w:after="0" w:line="240" w:lineRule="auto"/>
              <w:rPr>
                <w:szCs w:val="20"/>
              </w:rPr>
            </w:pPr>
            <w:r w:rsidRPr="004756AA">
              <w:rPr>
                <w:b/>
                <w:szCs w:val="20"/>
              </w:rPr>
              <w:t>Full name</w:t>
            </w:r>
            <w:r w:rsidRPr="004756AA">
              <w:rPr>
                <w:b/>
                <w:color w:val="C00000"/>
                <w:szCs w:val="20"/>
              </w:rPr>
              <w:t>*</w:t>
            </w:r>
          </w:p>
        </w:tc>
        <w:tc>
          <w:tcPr>
            <w:tcW w:w="6480" w:type="dxa"/>
            <w:tcBorders>
              <w:top w:val="single" w:sz="4" w:space="0" w:color="E8E3E1"/>
              <w:left w:val="single" w:sz="4" w:space="0" w:color="E8E3E1"/>
              <w:bottom w:val="single" w:sz="4" w:space="0" w:color="E8E3E1"/>
              <w:right w:val="single" w:sz="4" w:space="0" w:color="E8E3E1"/>
            </w:tcBorders>
            <w:shd w:val="clear" w:color="auto" w:fill="FFFFFF"/>
            <w:tcMar>
              <w:top w:w="80" w:type="dxa"/>
              <w:left w:w="110" w:type="dxa"/>
              <w:bottom w:w="80" w:type="dxa"/>
              <w:right w:w="110" w:type="dxa"/>
            </w:tcMar>
            <w:vAlign w:val="center"/>
          </w:tcPr>
          <w:p w14:paraId="08935BAD" w14:textId="77777777" w:rsidR="001E1ED1" w:rsidRPr="004756AA" w:rsidRDefault="001E1ED1">
            <w:pPr>
              <w:spacing w:after="0" w:line="240" w:lineRule="auto"/>
              <w:rPr>
                <w:szCs w:val="20"/>
              </w:rPr>
            </w:pPr>
          </w:p>
        </w:tc>
      </w:tr>
      <w:tr w:rsidR="001E1ED1" w:rsidRPr="004756AA" w14:paraId="307C7813" w14:textId="77777777">
        <w:trPr>
          <w:cantSplit/>
          <w:trHeight w:val="490"/>
          <w:jc w:val="center"/>
        </w:trPr>
        <w:tc>
          <w:tcPr>
            <w:tcW w:w="3024" w:type="dxa"/>
            <w:tcBorders>
              <w:top w:val="single" w:sz="4" w:space="0" w:color="E8E3E1"/>
              <w:left w:val="single" w:sz="4" w:space="0" w:color="E8E3E1"/>
              <w:bottom w:val="single" w:sz="4" w:space="0" w:color="E8E3E1"/>
              <w:right w:val="single" w:sz="4" w:space="0" w:color="E8E3E1"/>
            </w:tcBorders>
            <w:shd w:val="clear" w:color="auto" w:fill="FAF6F4"/>
            <w:tcMar>
              <w:top w:w="80" w:type="dxa"/>
              <w:left w:w="110" w:type="dxa"/>
              <w:bottom w:w="80" w:type="dxa"/>
              <w:right w:w="110" w:type="dxa"/>
            </w:tcMar>
            <w:vAlign w:val="center"/>
          </w:tcPr>
          <w:p w14:paraId="1C89AE6F" w14:textId="77777777" w:rsidR="001E1ED1" w:rsidRPr="004756AA" w:rsidRDefault="005525A4">
            <w:pPr>
              <w:spacing w:after="0" w:line="240" w:lineRule="auto"/>
              <w:rPr>
                <w:szCs w:val="20"/>
              </w:rPr>
            </w:pPr>
            <w:r w:rsidRPr="004756AA">
              <w:rPr>
                <w:b/>
                <w:szCs w:val="20"/>
              </w:rPr>
              <w:t>Preferred name</w:t>
            </w:r>
          </w:p>
        </w:tc>
        <w:tc>
          <w:tcPr>
            <w:tcW w:w="6480" w:type="dxa"/>
            <w:tcBorders>
              <w:top w:val="single" w:sz="4" w:space="0" w:color="E8E3E1"/>
              <w:left w:val="single" w:sz="4" w:space="0" w:color="E8E3E1"/>
              <w:bottom w:val="single" w:sz="4" w:space="0" w:color="E8E3E1"/>
              <w:right w:val="single" w:sz="4" w:space="0" w:color="E8E3E1"/>
            </w:tcBorders>
            <w:shd w:val="clear" w:color="auto" w:fill="FFFFFF"/>
            <w:tcMar>
              <w:top w:w="80" w:type="dxa"/>
              <w:left w:w="110" w:type="dxa"/>
              <w:bottom w:w="80" w:type="dxa"/>
              <w:right w:w="110" w:type="dxa"/>
            </w:tcMar>
            <w:vAlign w:val="center"/>
          </w:tcPr>
          <w:p w14:paraId="68F595B0" w14:textId="77777777" w:rsidR="001E1ED1" w:rsidRPr="004756AA" w:rsidRDefault="005525A4">
            <w:pPr>
              <w:spacing w:after="0" w:line="240" w:lineRule="auto"/>
              <w:rPr>
                <w:szCs w:val="20"/>
              </w:rPr>
            </w:pPr>
            <w:r w:rsidRPr="004756AA">
              <w:rPr>
                <w:i/>
                <w:color w:val="888888"/>
                <w:szCs w:val="20"/>
              </w:rPr>
              <w:t>If different</w:t>
            </w:r>
          </w:p>
        </w:tc>
      </w:tr>
      <w:tr w:rsidR="001E1ED1" w:rsidRPr="004756AA" w14:paraId="1F19F8C5" w14:textId="77777777">
        <w:trPr>
          <w:cantSplit/>
          <w:trHeight w:val="490"/>
          <w:jc w:val="center"/>
        </w:trPr>
        <w:tc>
          <w:tcPr>
            <w:tcW w:w="3024" w:type="dxa"/>
            <w:tcBorders>
              <w:top w:val="single" w:sz="4" w:space="0" w:color="E8E3E1"/>
              <w:left w:val="single" w:sz="4" w:space="0" w:color="E8E3E1"/>
              <w:bottom w:val="single" w:sz="4" w:space="0" w:color="E8E3E1"/>
              <w:right w:val="single" w:sz="4" w:space="0" w:color="E8E3E1"/>
            </w:tcBorders>
            <w:shd w:val="clear" w:color="auto" w:fill="FAF6F4"/>
            <w:tcMar>
              <w:top w:w="80" w:type="dxa"/>
              <w:left w:w="110" w:type="dxa"/>
              <w:bottom w:w="80" w:type="dxa"/>
              <w:right w:w="110" w:type="dxa"/>
            </w:tcMar>
            <w:vAlign w:val="center"/>
          </w:tcPr>
          <w:p w14:paraId="32174366" w14:textId="77777777" w:rsidR="001E1ED1" w:rsidRPr="004756AA" w:rsidRDefault="005525A4">
            <w:pPr>
              <w:spacing w:after="0" w:line="240" w:lineRule="auto"/>
              <w:rPr>
                <w:szCs w:val="20"/>
              </w:rPr>
            </w:pPr>
            <w:r w:rsidRPr="004756AA">
              <w:rPr>
                <w:b/>
                <w:szCs w:val="20"/>
              </w:rPr>
              <w:t>Email address</w:t>
            </w:r>
            <w:r w:rsidRPr="004756AA">
              <w:rPr>
                <w:b/>
                <w:color w:val="C00000"/>
                <w:szCs w:val="20"/>
              </w:rPr>
              <w:t>*</w:t>
            </w:r>
          </w:p>
        </w:tc>
        <w:tc>
          <w:tcPr>
            <w:tcW w:w="6480" w:type="dxa"/>
            <w:tcBorders>
              <w:top w:val="single" w:sz="4" w:space="0" w:color="E8E3E1"/>
              <w:left w:val="single" w:sz="4" w:space="0" w:color="E8E3E1"/>
              <w:bottom w:val="single" w:sz="4" w:space="0" w:color="E8E3E1"/>
              <w:right w:val="single" w:sz="4" w:space="0" w:color="E8E3E1"/>
            </w:tcBorders>
            <w:shd w:val="clear" w:color="auto" w:fill="FFFFFF"/>
            <w:tcMar>
              <w:top w:w="80" w:type="dxa"/>
              <w:left w:w="110" w:type="dxa"/>
              <w:bottom w:w="80" w:type="dxa"/>
              <w:right w:w="110" w:type="dxa"/>
            </w:tcMar>
            <w:vAlign w:val="center"/>
          </w:tcPr>
          <w:p w14:paraId="4181795F" w14:textId="77777777" w:rsidR="001E1ED1" w:rsidRPr="004756AA" w:rsidRDefault="001E1ED1">
            <w:pPr>
              <w:spacing w:after="0" w:line="240" w:lineRule="auto"/>
              <w:rPr>
                <w:szCs w:val="20"/>
              </w:rPr>
            </w:pPr>
          </w:p>
        </w:tc>
      </w:tr>
      <w:tr w:rsidR="001E1ED1" w:rsidRPr="004756AA" w14:paraId="2BCE1213" w14:textId="77777777">
        <w:trPr>
          <w:cantSplit/>
          <w:trHeight w:val="490"/>
          <w:jc w:val="center"/>
        </w:trPr>
        <w:tc>
          <w:tcPr>
            <w:tcW w:w="3024" w:type="dxa"/>
            <w:tcBorders>
              <w:top w:val="single" w:sz="4" w:space="0" w:color="E8E3E1"/>
              <w:left w:val="single" w:sz="4" w:space="0" w:color="E8E3E1"/>
              <w:bottom w:val="single" w:sz="4" w:space="0" w:color="E8E3E1"/>
              <w:right w:val="single" w:sz="4" w:space="0" w:color="E8E3E1"/>
            </w:tcBorders>
            <w:shd w:val="clear" w:color="auto" w:fill="FAF6F4"/>
            <w:tcMar>
              <w:top w:w="80" w:type="dxa"/>
              <w:left w:w="110" w:type="dxa"/>
              <w:bottom w:w="80" w:type="dxa"/>
              <w:right w:w="110" w:type="dxa"/>
            </w:tcMar>
            <w:vAlign w:val="center"/>
          </w:tcPr>
          <w:p w14:paraId="42696D71" w14:textId="77777777" w:rsidR="001E1ED1" w:rsidRPr="004756AA" w:rsidRDefault="005525A4">
            <w:pPr>
              <w:spacing w:after="0" w:line="240" w:lineRule="auto"/>
              <w:rPr>
                <w:szCs w:val="20"/>
              </w:rPr>
            </w:pPr>
            <w:r w:rsidRPr="004756AA">
              <w:rPr>
                <w:b/>
                <w:szCs w:val="20"/>
              </w:rPr>
              <w:t>Telephone / mobile</w:t>
            </w:r>
            <w:r w:rsidRPr="004756AA">
              <w:rPr>
                <w:b/>
                <w:color w:val="C00000"/>
                <w:szCs w:val="20"/>
              </w:rPr>
              <w:t>*</w:t>
            </w:r>
          </w:p>
        </w:tc>
        <w:tc>
          <w:tcPr>
            <w:tcW w:w="6480" w:type="dxa"/>
            <w:tcBorders>
              <w:top w:val="single" w:sz="4" w:space="0" w:color="E8E3E1"/>
              <w:left w:val="single" w:sz="4" w:space="0" w:color="E8E3E1"/>
              <w:bottom w:val="single" w:sz="4" w:space="0" w:color="E8E3E1"/>
              <w:right w:val="single" w:sz="4" w:space="0" w:color="E8E3E1"/>
            </w:tcBorders>
            <w:shd w:val="clear" w:color="auto" w:fill="FFFFFF"/>
            <w:tcMar>
              <w:top w:w="80" w:type="dxa"/>
              <w:left w:w="110" w:type="dxa"/>
              <w:bottom w:w="80" w:type="dxa"/>
              <w:right w:w="110" w:type="dxa"/>
            </w:tcMar>
            <w:vAlign w:val="center"/>
          </w:tcPr>
          <w:p w14:paraId="619853A7" w14:textId="77777777" w:rsidR="001E1ED1" w:rsidRPr="004756AA" w:rsidRDefault="001E1ED1">
            <w:pPr>
              <w:spacing w:after="0" w:line="240" w:lineRule="auto"/>
              <w:rPr>
                <w:szCs w:val="20"/>
              </w:rPr>
            </w:pPr>
          </w:p>
        </w:tc>
      </w:tr>
    </w:tbl>
    <w:p w14:paraId="1B9825AA" w14:textId="77777777" w:rsidR="001E1ED1" w:rsidRPr="004756AA" w:rsidRDefault="005525A4">
      <w:pPr>
        <w:spacing w:before="120" w:after="40" w:line="240" w:lineRule="auto"/>
        <w:rPr>
          <w:sz w:val="21"/>
          <w:szCs w:val="21"/>
        </w:rPr>
      </w:pPr>
      <w:r w:rsidRPr="004756AA">
        <w:rPr>
          <w:b/>
          <w:color w:val="B56F60"/>
          <w:sz w:val="21"/>
          <w:szCs w:val="21"/>
        </w:rPr>
        <w:t>Right to work in the UK</w:t>
      </w:r>
    </w:p>
    <w:p w14:paraId="36E9BE87" w14:textId="77777777" w:rsidR="001E1ED1" w:rsidRPr="004756AA" w:rsidRDefault="005525A4">
      <w:pPr>
        <w:spacing w:before="40" w:after="60" w:line="240" w:lineRule="auto"/>
        <w:rPr>
          <w:sz w:val="21"/>
          <w:szCs w:val="21"/>
        </w:rPr>
      </w:pPr>
      <w:r w:rsidRPr="004756AA">
        <w:rPr>
          <w:b/>
          <w:sz w:val="21"/>
          <w:szCs w:val="21"/>
        </w:rPr>
        <w:t xml:space="preserve">Do you currently have the right to work in the </w:t>
      </w:r>
      <w:proofErr w:type="gramStart"/>
      <w:r w:rsidRPr="004756AA">
        <w:rPr>
          <w:b/>
          <w:sz w:val="21"/>
          <w:szCs w:val="21"/>
        </w:rPr>
        <w:t>UK?</w:t>
      </w:r>
      <w:r w:rsidRPr="004756AA">
        <w:rPr>
          <w:b/>
          <w:color w:val="C00000"/>
          <w:sz w:val="21"/>
          <w:szCs w:val="21"/>
        </w:rPr>
        <w:t>*</w:t>
      </w:r>
      <w:proofErr w:type="gramEnd"/>
      <w:r w:rsidRPr="004756AA">
        <w:rPr>
          <w:sz w:val="21"/>
          <w:szCs w:val="21"/>
        </w:rPr>
        <w:t xml:space="preserve">    </w:t>
      </w:r>
      <w:r w:rsidRPr="004756AA">
        <w:rPr>
          <w:sz w:val="21"/>
          <w:szCs w:val="21"/>
        </w:rPr>
        <w:t>☐</w:t>
      </w:r>
      <w:r w:rsidRPr="004756AA">
        <w:rPr>
          <w:sz w:val="21"/>
          <w:szCs w:val="21"/>
        </w:rPr>
        <w:t xml:space="preserve"> </w:t>
      </w:r>
      <w:r w:rsidRPr="004756AA">
        <w:rPr>
          <w:sz w:val="21"/>
          <w:szCs w:val="21"/>
        </w:rPr>
        <w:t xml:space="preserve">Yes      </w:t>
      </w:r>
      <w:r w:rsidRPr="004756AA">
        <w:rPr>
          <w:sz w:val="21"/>
          <w:szCs w:val="21"/>
        </w:rPr>
        <w:t>☐</w:t>
      </w:r>
      <w:r w:rsidRPr="004756AA">
        <w:rPr>
          <w:sz w:val="21"/>
          <w:szCs w:val="21"/>
        </w:rPr>
        <w:t xml:space="preserve"> </w:t>
      </w:r>
      <w:r w:rsidRPr="004756AA">
        <w:rPr>
          <w:sz w:val="21"/>
          <w:szCs w:val="21"/>
        </w:rPr>
        <w:t>No</w:t>
      </w:r>
    </w:p>
    <w:p w14:paraId="403F1DBB" w14:textId="77777777" w:rsidR="001E1ED1" w:rsidRPr="004756AA" w:rsidRDefault="005525A4">
      <w:pPr>
        <w:spacing w:after="100" w:line="240" w:lineRule="auto"/>
        <w:rPr>
          <w:sz w:val="21"/>
          <w:szCs w:val="21"/>
        </w:rPr>
      </w:pPr>
      <w:r w:rsidRPr="004756AA">
        <w:rPr>
          <w:i/>
          <w:color w:val="666666"/>
          <w:sz w:val="21"/>
          <w:szCs w:val="21"/>
        </w:rPr>
        <w:t>Evidence of your right to work will be required before employment begins if you are appointed.</w:t>
      </w:r>
    </w:p>
    <w:p w14:paraId="50645CDC" w14:textId="77777777" w:rsidR="001E1ED1" w:rsidRPr="004756AA" w:rsidRDefault="005525A4">
      <w:pPr>
        <w:spacing w:before="100" w:after="40" w:line="240" w:lineRule="auto"/>
        <w:rPr>
          <w:sz w:val="21"/>
          <w:szCs w:val="21"/>
        </w:rPr>
      </w:pPr>
      <w:r w:rsidRPr="004756AA">
        <w:rPr>
          <w:b/>
          <w:color w:val="B56F60"/>
          <w:sz w:val="21"/>
          <w:szCs w:val="21"/>
        </w:rPr>
        <w:t>Accessibility and reasonable adjustments</w:t>
      </w:r>
    </w:p>
    <w:p w14:paraId="354B3A2A" w14:textId="77777777" w:rsidR="001E1ED1" w:rsidRPr="004756AA" w:rsidRDefault="005525A4">
      <w:pPr>
        <w:spacing w:line="240" w:lineRule="auto"/>
        <w:rPr>
          <w:sz w:val="21"/>
          <w:szCs w:val="21"/>
        </w:rPr>
      </w:pPr>
      <w:r w:rsidRPr="004756AA">
        <w:rPr>
          <w:sz w:val="21"/>
          <w:szCs w:val="21"/>
        </w:rPr>
        <w:t xml:space="preserve">Future Dreams </w:t>
      </w:r>
      <w:proofErr w:type="gramStart"/>
      <w:r w:rsidRPr="004756AA">
        <w:rPr>
          <w:sz w:val="21"/>
          <w:szCs w:val="21"/>
        </w:rPr>
        <w:t>is</w:t>
      </w:r>
      <w:proofErr w:type="gramEnd"/>
      <w:r w:rsidRPr="004756AA">
        <w:rPr>
          <w:sz w:val="21"/>
          <w:szCs w:val="21"/>
        </w:rPr>
        <w:t xml:space="preserve"> committed to providing equal opportunities. Please tell us about any adjustments you need for the application or interview process (for example, an alternative format, additional time or an accessibility requirement). This information is used only to arrange appropriate support and is not used to assess your suitability for the role.</w:t>
      </w:r>
    </w:p>
    <w:p w14:paraId="220339B9" w14:textId="77777777" w:rsidR="001E1ED1" w:rsidRPr="004756AA" w:rsidRDefault="005525A4">
      <w:pPr>
        <w:spacing w:after="60" w:line="240" w:lineRule="auto"/>
        <w:rPr>
          <w:sz w:val="21"/>
          <w:szCs w:val="21"/>
        </w:rPr>
      </w:pPr>
      <w:r w:rsidRPr="004756AA">
        <w:rPr>
          <w:i/>
          <w:color w:val="666666"/>
          <w:sz w:val="21"/>
          <w:szCs w:val="21"/>
        </w:rPr>
        <w:t>Please describe any adjustments you may need (leave blank if none).</w:t>
      </w:r>
    </w:p>
    <w:tbl>
      <w:tblPr>
        <w:tblW w:w="0" w:type="auto"/>
        <w:jc w:val="center"/>
        <w:tblLayout w:type="fixed"/>
        <w:tblLook w:val="04A0" w:firstRow="1" w:lastRow="0" w:firstColumn="1" w:lastColumn="0" w:noHBand="0" w:noVBand="1"/>
      </w:tblPr>
      <w:tblGrid>
        <w:gridCol w:w="10368"/>
      </w:tblGrid>
      <w:tr w:rsidR="001E1ED1" w14:paraId="164FBEAE" w14:textId="77777777">
        <w:trPr>
          <w:cantSplit/>
          <w:trHeight w:val="475"/>
          <w:jc w:val="center"/>
        </w:trPr>
        <w:tc>
          <w:tcPr>
            <w:tcW w:w="10368" w:type="dxa"/>
            <w:tcBorders>
              <w:left w:val="single" w:sz="4" w:space="0" w:color="E8E3E1"/>
              <w:bottom w:val="single" w:sz="4" w:space="0" w:color="E8E3E1"/>
              <w:right w:val="single" w:sz="4" w:space="0" w:color="E8E3E1"/>
            </w:tcBorders>
            <w:shd w:val="clear" w:color="auto" w:fill="FFFFFF"/>
            <w:tcMar>
              <w:top w:w="30" w:type="dxa"/>
              <w:left w:w="75" w:type="dxa"/>
              <w:bottom w:w="30" w:type="dxa"/>
              <w:right w:w="75" w:type="dxa"/>
            </w:tcMar>
          </w:tcPr>
          <w:p w14:paraId="70CA273A" w14:textId="77777777" w:rsidR="001E1ED1" w:rsidRDefault="001E1ED1"/>
        </w:tc>
      </w:tr>
      <w:tr w:rsidR="001E1ED1" w14:paraId="5FBCCB05" w14:textId="77777777">
        <w:trPr>
          <w:cantSplit/>
          <w:trHeight w:val="475"/>
          <w:jc w:val="center"/>
        </w:trPr>
        <w:tc>
          <w:tcPr>
            <w:tcW w:w="10368" w:type="dxa"/>
            <w:tcBorders>
              <w:left w:val="single" w:sz="4" w:space="0" w:color="E8E3E1"/>
              <w:bottom w:val="single" w:sz="4" w:space="0" w:color="E8E3E1"/>
              <w:right w:val="single" w:sz="4" w:space="0" w:color="E8E3E1"/>
            </w:tcBorders>
            <w:shd w:val="clear" w:color="auto" w:fill="FFFFFF"/>
            <w:tcMar>
              <w:top w:w="30" w:type="dxa"/>
              <w:left w:w="75" w:type="dxa"/>
              <w:bottom w:w="30" w:type="dxa"/>
              <w:right w:w="75" w:type="dxa"/>
            </w:tcMar>
          </w:tcPr>
          <w:p w14:paraId="0C52CE30" w14:textId="77777777" w:rsidR="001E1ED1" w:rsidRDefault="001E1ED1"/>
        </w:tc>
      </w:tr>
    </w:tbl>
    <w:p w14:paraId="68C578DF" w14:textId="77777777" w:rsidR="001E1ED1" w:rsidRDefault="005525A4">
      <w:pPr>
        <w:pStyle w:val="Heading1"/>
        <w:spacing w:before="80" w:after="100" w:line="240" w:lineRule="auto"/>
      </w:pPr>
      <w:r>
        <w:rPr>
          <w:rFonts w:ascii="Calibri Light" w:hAnsi="Calibri Light"/>
        </w:rPr>
        <w:t>2. EDUCATION, QUALIFICATIONS AND DEVELOPMENT</w:t>
      </w:r>
    </w:p>
    <w:p w14:paraId="7ABAFF17" w14:textId="77777777" w:rsidR="001E1ED1" w:rsidRPr="004756AA" w:rsidRDefault="005525A4">
      <w:pPr>
        <w:spacing w:after="120" w:line="240" w:lineRule="auto"/>
        <w:rPr>
          <w:szCs w:val="20"/>
        </w:rPr>
      </w:pPr>
      <w:r w:rsidRPr="004756AA">
        <w:rPr>
          <w:color w:val="666666"/>
          <w:szCs w:val="20"/>
        </w:rPr>
        <w:t>Please include qualifications and development relevant to the role. Original certificates may be requested and verified before appointment where appropriate.</w:t>
      </w:r>
    </w:p>
    <w:tbl>
      <w:tblPr>
        <w:tblW w:w="0" w:type="auto"/>
        <w:jc w:val="center"/>
        <w:tblLayout w:type="fixed"/>
        <w:tblLook w:val="04A0" w:firstRow="1" w:lastRow="0" w:firstColumn="1" w:lastColumn="0" w:noHBand="0" w:noVBand="1"/>
      </w:tblPr>
      <w:tblGrid>
        <w:gridCol w:w="3240"/>
        <w:gridCol w:w="2376"/>
        <w:gridCol w:w="1656"/>
        <w:gridCol w:w="2232"/>
      </w:tblGrid>
      <w:tr w:rsidR="001E1ED1" w:rsidRPr="004756AA" w14:paraId="5CD6AD29" w14:textId="77777777">
        <w:trPr>
          <w:cantSplit/>
          <w:tblHeader/>
          <w:jc w:val="center"/>
        </w:trPr>
        <w:tc>
          <w:tcPr>
            <w:tcW w:w="3240" w:type="dxa"/>
            <w:tcBorders>
              <w:top w:val="single" w:sz="4" w:space="0" w:color="FFFFFF"/>
              <w:left w:val="single" w:sz="4" w:space="0" w:color="FFFFFF"/>
              <w:bottom w:val="single" w:sz="4" w:space="0" w:color="FFFFFF"/>
              <w:right w:val="single" w:sz="4" w:space="0" w:color="FFFFFF"/>
            </w:tcBorders>
            <w:shd w:val="clear" w:color="auto" w:fill="EFC5BA"/>
            <w:tcMar>
              <w:top w:w="80" w:type="dxa"/>
              <w:left w:w="75" w:type="dxa"/>
              <w:bottom w:w="80" w:type="dxa"/>
              <w:right w:w="75" w:type="dxa"/>
            </w:tcMar>
          </w:tcPr>
          <w:p w14:paraId="72D90DC3" w14:textId="77777777" w:rsidR="001E1ED1" w:rsidRPr="004756AA" w:rsidRDefault="005525A4">
            <w:pPr>
              <w:spacing w:after="0" w:line="240" w:lineRule="auto"/>
              <w:jc w:val="center"/>
              <w:rPr>
                <w:szCs w:val="20"/>
              </w:rPr>
            </w:pPr>
            <w:r w:rsidRPr="004756AA">
              <w:rPr>
                <w:b/>
                <w:szCs w:val="20"/>
              </w:rPr>
              <w:t>Qualification / certificate</w:t>
            </w:r>
          </w:p>
        </w:tc>
        <w:tc>
          <w:tcPr>
            <w:tcW w:w="2376" w:type="dxa"/>
            <w:tcBorders>
              <w:top w:val="single" w:sz="4" w:space="0" w:color="FFFFFF"/>
              <w:left w:val="single" w:sz="4" w:space="0" w:color="FFFFFF"/>
              <w:bottom w:val="single" w:sz="4" w:space="0" w:color="FFFFFF"/>
              <w:right w:val="single" w:sz="4" w:space="0" w:color="FFFFFF"/>
            </w:tcBorders>
            <w:shd w:val="clear" w:color="auto" w:fill="EFC5BA"/>
            <w:tcMar>
              <w:top w:w="80" w:type="dxa"/>
              <w:left w:w="75" w:type="dxa"/>
              <w:bottom w:w="80" w:type="dxa"/>
              <w:right w:w="75" w:type="dxa"/>
            </w:tcMar>
          </w:tcPr>
          <w:p w14:paraId="0BF1EE26" w14:textId="77777777" w:rsidR="001E1ED1" w:rsidRPr="004756AA" w:rsidRDefault="005525A4">
            <w:pPr>
              <w:spacing w:after="0" w:line="240" w:lineRule="auto"/>
              <w:jc w:val="center"/>
              <w:rPr>
                <w:szCs w:val="20"/>
              </w:rPr>
            </w:pPr>
            <w:r w:rsidRPr="004756AA">
              <w:rPr>
                <w:b/>
                <w:szCs w:val="20"/>
              </w:rPr>
              <w:t>Awarding body</w:t>
            </w:r>
          </w:p>
        </w:tc>
        <w:tc>
          <w:tcPr>
            <w:tcW w:w="1656" w:type="dxa"/>
            <w:tcBorders>
              <w:top w:val="single" w:sz="4" w:space="0" w:color="FFFFFF"/>
              <w:left w:val="single" w:sz="4" w:space="0" w:color="FFFFFF"/>
              <w:bottom w:val="single" w:sz="4" w:space="0" w:color="FFFFFF"/>
              <w:right w:val="single" w:sz="4" w:space="0" w:color="FFFFFF"/>
            </w:tcBorders>
            <w:shd w:val="clear" w:color="auto" w:fill="EFC5BA"/>
            <w:tcMar>
              <w:top w:w="80" w:type="dxa"/>
              <w:left w:w="75" w:type="dxa"/>
              <w:bottom w:w="80" w:type="dxa"/>
              <w:right w:w="75" w:type="dxa"/>
            </w:tcMar>
          </w:tcPr>
          <w:p w14:paraId="5B49E877" w14:textId="77777777" w:rsidR="001E1ED1" w:rsidRPr="004756AA" w:rsidRDefault="005525A4">
            <w:pPr>
              <w:spacing w:after="0" w:line="240" w:lineRule="auto"/>
              <w:jc w:val="center"/>
              <w:rPr>
                <w:szCs w:val="20"/>
              </w:rPr>
            </w:pPr>
            <w:r w:rsidRPr="004756AA">
              <w:rPr>
                <w:b/>
                <w:szCs w:val="20"/>
              </w:rPr>
              <w:t>Date obtained</w:t>
            </w:r>
          </w:p>
        </w:tc>
        <w:tc>
          <w:tcPr>
            <w:tcW w:w="2232" w:type="dxa"/>
            <w:tcBorders>
              <w:top w:val="single" w:sz="4" w:space="0" w:color="FFFFFF"/>
              <w:left w:val="single" w:sz="4" w:space="0" w:color="FFFFFF"/>
              <w:bottom w:val="single" w:sz="4" w:space="0" w:color="FFFFFF"/>
              <w:right w:val="single" w:sz="4" w:space="0" w:color="FFFFFF"/>
            </w:tcBorders>
            <w:shd w:val="clear" w:color="auto" w:fill="EFC5BA"/>
            <w:tcMar>
              <w:top w:w="80" w:type="dxa"/>
              <w:left w:w="75" w:type="dxa"/>
              <w:bottom w:w="80" w:type="dxa"/>
              <w:right w:w="75" w:type="dxa"/>
            </w:tcMar>
          </w:tcPr>
          <w:p w14:paraId="3D681411" w14:textId="77777777" w:rsidR="001E1ED1" w:rsidRPr="004756AA" w:rsidRDefault="005525A4">
            <w:pPr>
              <w:spacing w:after="0" w:line="240" w:lineRule="auto"/>
              <w:jc w:val="center"/>
              <w:rPr>
                <w:szCs w:val="20"/>
              </w:rPr>
            </w:pPr>
            <w:r w:rsidRPr="004756AA">
              <w:rPr>
                <w:b/>
                <w:szCs w:val="20"/>
              </w:rPr>
              <w:t>Grade / level or expiry</w:t>
            </w:r>
          </w:p>
        </w:tc>
      </w:tr>
      <w:tr w:rsidR="001E1ED1" w:rsidRPr="004756AA" w14:paraId="687144C7" w14:textId="77777777">
        <w:trPr>
          <w:cantSplit/>
          <w:trHeight w:val="605"/>
          <w:jc w:val="center"/>
        </w:trPr>
        <w:tc>
          <w:tcPr>
            <w:tcW w:w="3240" w:type="dxa"/>
            <w:tcBorders>
              <w:top w:val="single" w:sz="4" w:space="0" w:color="E8E3E1"/>
              <w:left w:val="single" w:sz="4" w:space="0" w:color="E8E3E1"/>
              <w:bottom w:val="single" w:sz="4" w:space="0" w:color="E8E3E1"/>
              <w:right w:val="single" w:sz="4" w:space="0" w:color="E8E3E1"/>
            </w:tcBorders>
            <w:shd w:val="clear" w:color="auto" w:fill="FFFFFF"/>
            <w:tcMar>
              <w:top w:w="70" w:type="dxa"/>
              <w:left w:w="65" w:type="dxa"/>
              <w:bottom w:w="70" w:type="dxa"/>
              <w:right w:w="65" w:type="dxa"/>
            </w:tcMar>
          </w:tcPr>
          <w:p w14:paraId="32BDE7B2" w14:textId="77777777" w:rsidR="001E1ED1" w:rsidRPr="004756AA" w:rsidRDefault="001E1ED1">
            <w:pPr>
              <w:spacing w:after="0" w:line="240" w:lineRule="auto"/>
              <w:rPr>
                <w:szCs w:val="20"/>
              </w:rPr>
            </w:pPr>
          </w:p>
        </w:tc>
        <w:tc>
          <w:tcPr>
            <w:tcW w:w="2376" w:type="dxa"/>
            <w:tcBorders>
              <w:top w:val="single" w:sz="4" w:space="0" w:color="E8E3E1"/>
              <w:left w:val="single" w:sz="4" w:space="0" w:color="E8E3E1"/>
              <w:bottom w:val="single" w:sz="4" w:space="0" w:color="E8E3E1"/>
              <w:right w:val="single" w:sz="4" w:space="0" w:color="E8E3E1"/>
            </w:tcBorders>
            <w:shd w:val="clear" w:color="auto" w:fill="FFFFFF"/>
            <w:tcMar>
              <w:top w:w="70" w:type="dxa"/>
              <w:left w:w="65" w:type="dxa"/>
              <w:bottom w:w="70" w:type="dxa"/>
              <w:right w:w="65" w:type="dxa"/>
            </w:tcMar>
          </w:tcPr>
          <w:p w14:paraId="3A6E5D6C" w14:textId="77777777" w:rsidR="001E1ED1" w:rsidRPr="004756AA" w:rsidRDefault="001E1ED1">
            <w:pPr>
              <w:spacing w:after="0" w:line="240" w:lineRule="auto"/>
              <w:rPr>
                <w:szCs w:val="20"/>
              </w:rPr>
            </w:pPr>
          </w:p>
        </w:tc>
        <w:tc>
          <w:tcPr>
            <w:tcW w:w="1656" w:type="dxa"/>
            <w:tcBorders>
              <w:top w:val="single" w:sz="4" w:space="0" w:color="E8E3E1"/>
              <w:left w:val="single" w:sz="4" w:space="0" w:color="E8E3E1"/>
              <w:bottom w:val="single" w:sz="4" w:space="0" w:color="E8E3E1"/>
              <w:right w:val="single" w:sz="4" w:space="0" w:color="E8E3E1"/>
            </w:tcBorders>
            <w:shd w:val="clear" w:color="auto" w:fill="FFFFFF"/>
            <w:tcMar>
              <w:top w:w="70" w:type="dxa"/>
              <w:left w:w="65" w:type="dxa"/>
              <w:bottom w:w="70" w:type="dxa"/>
              <w:right w:w="65" w:type="dxa"/>
            </w:tcMar>
          </w:tcPr>
          <w:p w14:paraId="3702D632" w14:textId="77777777" w:rsidR="001E1ED1" w:rsidRPr="004756AA" w:rsidRDefault="001E1ED1">
            <w:pPr>
              <w:spacing w:after="0" w:line="240" w:lineRule="auto"/>
              <w:rPr>
                <w:szCs w:val="20"/>
              </w:rPr>
            </w:pPr>
          </w:p>
        </w:tc>
        <w:tc>
          <w:tcPr>
            <w:tcW w:w="2232" w:type="dxa"/>
            <w:tcBorders>
              <w:top w:val="single" w:sz="4" w:space="0" w:color="E8E3E1"/>
              <w:left w:val="single" w:sz="4" w:space="0" w:color="E8E3E1"/>
              <w:bottom w:val="single" w:sz="4" w:space="0" w:color="E8E3E1"/>
              <w:right w:val="single" w:sz="4" w:space="0" w:color="E8E3E1"/>
            </w:tcBorders>
            <w:shd w:val="clear" w:color="auto" w:fill="FFFFFF"/>
            <w:tcMar>
              <w:top w:w="70" w:type="dxa"/>
              <w:left w:w="65" w:type="dxa"/>
              <w:bottom w:w="70" w:type="dxa"/>
              <w:right w:w="65" w:type="dxa"/>
            </w:tcMar>
          </w:tcPr>
          <w:p w14:paraId="02E00D77" w14:textId="77777777" w:rsidR="001E1ED1" w:rsidRPr="004756AA" w:rsidRDefault="001E1ED1">
            <w:pPr>
              <w:spacing w:after="0" w:line="240" w:lineRule="auto"/>
              <w:rPr>
                <w:szCs w:val="20"/>
              </w:rPr>
            </w:pPr>
          </w:p>
        </w:tc>
      </w:tr>
      <w:tr w:rsidR="001E1ED1" w:rsidRPr="004756AA" w14:paraId="65619AFC" w14:textId="77777777">
        <w:trPr>
          <w:cantSplit/>
          <w:trHeight w:val="605"/>
          <w:jc w:val="center"/>
        </w:trPr>
        <w:tc>
          <w:tcPr>
            <w:tcW w:w="3240" w:type="dxa"/>
            <w:tcBorders>
              <w:top w:val="single" w:sz="4" w:space="0" w:color="E8E3E1"/>
              <w:left w:val="single" w:sz="4" w:space="0" w:color="E8E3E1"/>
              <w:bottom w:val="single" w:sz="4" w:space="0" w:color="E8E3E1"/>
              <w:right w:val="single" w:sz="4" w:space="0" w:color="E8E3E1"/>
            </w:tcBorders>
            <w:shd w:val="clear" w:color="auto" w:fill="FFFFFF"/>
            <w:tcMar>
              <w:top w:w="70" w:type="dxa"/>
              <w:left w:w="65" w:type="dxa"/>
              <w:bottom w:w="70" w:type="dxa"/>
              <w:right w:w="65" w:type="dxa"/>
            </w:tcMar>
          </w:tcPr>
          <w:p w14:paraId="5C686920" w14:textId="77777777" w:rsidR="001E1ED1" w:rsidRPr="004756AA" w:rsidRDefault="001E1ED1">
            <w:pPr>
              <w:spacing w:after="0" w:line="240" w:lineRule="auto"/>
              <w:rPr>
                <w:szCs w:val="20"/>
              </w:rPr>
            </w:pPr>
          </w:p>
        </w:tc>
        <w:tc>
          <w:tcPr>
            <w:tcW w:w="2376" w:type="dxa"/>
            <w:tcBorders>
              <w:top w:val="single" w:sz="4" w:space="0" w:color="E8E3E1"/>
              <w:left w:val="single" w:sz="4" w:space="0" w:color="E8E3E1"/>
              <w:bottom w:val="single" w:sz="4" w:space="0" w:color="E8E3E1"/>
              <w:right w:val="single" w:sz="4" w:space="0" w:color="E8E3E1"/>
            </w:tcBorders>
            <w:shd w:val="clear" w:color="auto" w:fill="FFFFFF"/>
            <w:tcMar>
              <w:top w:w="70" w:type="dxa"/>
              <w:left w:w="65" w:type="dxa"/>
              <w:bottom w:w="70" w:type="dxa"/>
              <w:right w:w="65" w:type="dxa"/>
            </w:tcMar>
          </w:tcPr>
          <w:p w14:paraId="2C95D182" w14:textId="77777777" w:rsidR="001E1ED1" w:rsidRPr="004756AA" w:rsidRDefault="001E1ED1">
            <w:pPr>
              <w:spacing w:after="0" w:line="240" w:lineRule="auto"/>
              <w:rPr>
                <w:szCs w:val="20"/>
              </w:rPr>
            </w:pPr>
          </w:p>
        </w:tc>
        <w:tc>
          <w:tcPr>
            <w:tcW w:w="1656" w:type="dxa"/>
            <w:tcBorders>
              <w:top w:val="single" w:sz="4" w:space="0" w:color="E8E3E1"/>
              <w:left w:val="single" w:sz="4" w:space="0" w:color="E8E3E1"/>
              <w:bottom w:val="single" w:sz="4" w:space="0" w:color="E8E3E1"/>
              <w:right w:val="single" w:sz="4" w:space="0" w:color="E8E3E1"/>
            </w:tcBorders>
            <w:shd w:val="clear" w:color="auto" w:fill="FFFFFF"/>
            <w:tcMar>
              <w:top w:w="70" w:type="dxa"/>
              <w:left w:w="65" w:type="dxa"/>
              <w:bottom w:w="70" w:type="dxa"/>
              <w:right w:w="65" w:type="dxa"/>
            </w:tcMar>
          </w:tcPr>
          <w:p w14:paraId="0A933CC0" w14:textId="77777777" w:rsidR="001E1ED1" w:rsidRPr="004756AA" w:rsidRDefault="001E1ED1">
            <w:pPr>
              <w:spacing w:after="0" w:line="240" w:lineRule="auto"/>
              <w:rPr>
                <w:szCs w:val="20"/>
              </w:rPr>
            </w:pPr>
          </w:p>
        </w:tc>
        <w:tc>
          <w:tcPr>
            <w:tcW w:w="2232" w:type="dxa"/>
            <w:tcBorders>
              <w:top w:val="single" w:sz="4" w:space="0" w:color="E8E3E1"/>
              <w:left w:val="single" w:sz="4" w:space="0" w:color="E8E3E1"/>
              <w:bottom w:val="single" w:sz="4" w:space="0" w:color="E8E3E1"/>
              <w:right w:val="single" w:sz="4" w:space="0" w:color="E8E3E1"/>
            </w:tcBorders>
            <w:shd w:val="clear" w:color="auto" w:fill="FFFFFF"/>
            <w:tcMar>
              <w:top w:w="70" w:type="dxa"/>
              <w:left w:w="65" w:type="dxa"/>
              <w:bottom w:w="70" w:type="dxa"/>
              <w:right w:w="65" w:type="dxa"/>
            </w:tcMar>
          </w:tcPr>
          <w:p w14:paraId="4D8E4107" w14:textId="77777777" w:rsidR="001E1ED1" w:rsidRPr="004756AA" w:rsidRDefault="001E1ED1">
            <w:pPr>
              <w:spacing w:after="0" w:line="240" w:lineRule="auto"/>
              <w:rPr>
                <w:szCs w:val="20"/>
              </w:rPr>
            </w:pPr>
          </w:p>
        </w:tc>
      </w:tr>
      <w:tr w:rsidR="001E1ED1" w:rsidRPr="004756AA" w14:paraId="198EE26A" w14:textId="77777777">
        <w:trPr>
          <w:cantSplit/>
          <w:trHeight w:val="605"/>
          <w:jc w:val="center"/>
        </w:trPr>
        <w:tc>
          <w:tcPr>
            <w:tcW w:w="3240" w:type="dxa"/>
            <w:tcBorders>
              <w:top w:val="single" w:sz="4" w:space="0" w:color="E8E3E1"/>
              <w:left w:val="single" w:sz="4" w:space="0" w:color="E8E3E1"/>
              <w:bottom w:val="single" w:sz="4" w:space="0" w:color="E8E3E1"/>
              <w:right w:val="single" w:sz="4" w:space="0" w:color="E8E3E1"/>
            </w:tcBorders>
            <w:shd w:val="clear" w:color="auto" w:fill="FFFFFF"/>
            <w:tcMar>
              <w:top w:w="70" w:type="dxa"/>
              <w:left w:w="65" w:type="dxa"/>
              <w:bottom w:w="70" w:type="dxa"/>
              <w:right w:w="65" w:type="dxa"/>
            </w:tcMar>
          </w:tcPr>
          <w:p w14:paraId="6C838F89" w14:textId="77777777" w:rsidR="001E1ED1" w:rsidRPr="004756AA" w:rsidRDefault="001E1ED1">
            <w:pPr>
              <w:spacing w:after="0" w:line="240" w:lineRule="auto"/>
              <w:rPr>
                <w:szCs w:val="20"/>
              </w:rPr>
            </w:pPr>
          </w:p>
        </w:tc>
        <w:tc>
          <w:tcPr>
            <w:tcW w:w="2376" w:type="dxa"/>
            <w:tcBorders>
              <w:top w:val="single" w:sz="4" w:space="0" w:color="E8E3E1"/>
              <w:left w:val="single" w:sz="4" w:space="0" w:color="E8E3E1"/>
              <w:bottom w:val="single" w:sz="4" w:space="0" w:color="E8E3E1"/>
              <w:right w:val="single" w:sz="4" w:space="0" w:color="E8E3E1"/>
            </w:tcBorders>
            <w:shd w:val="clear" w:color="auto" w:fill="FFFFFF"/>
            <w:tcMar>
              <w:top w:w="70" w:type="dxa"/>
              <w:left w:w="65" w:type="dxa"/>
              <w:bottom w:w="70" w:type="dxa"/>
              <w:right w:w="65" w:type="dxa"/>
            </w:tcMar>
          </w:tcPr>
          <w:p w14:paraId="0E265A62" w14:textId="77777777" w:rsidR="001E1ED1" w:rsidRPr="004756AA" w:rsidRDefault="001E1ED1">
            <w:pPr>
              <w:spacing w:after="0" w:line="240" w:lineRule="auto"/>
              <w:rPr>
                <w:szCs w:val="20"/>
              </w:rPr>
            </w:pPr>
          </w:p>
        </w:tc>
        <w:tc>
          <w:tcPr>
            <w:tcW w:w="1656" w:type="dxa"/>
            <w:tcBorders>
              <w:top w:val="single" w:sz="4" w:space="0" w:color="E8E3E1"/>
              <w:left w:val="single" w:sz="4" w:space="0" w:color="E8E3E1"/>
              <w:bottom w:val="single" w:sz="4" w:space="0" w:color="E8E3E1"/>
              <w:right w:val="single" w:sz="4" w:space="0" w:color="E8E3E1"/>
            </w:tcBorders>
            <w:shd w:val="clear" w:color="auto" w:fill="FFFFFF"/>
            <w:tcMar>
              <w:top w:w="70" w:type="dxa"/>
              <w:left w:w="65" w:type="dxa"/>
              <w:bottom w:w="70" w:type="dxa"/>
              <w:right w:w="65" w:type="dxa"/>
            </w:tcMar>
          </w:tcPr>
          <w:p w14:paraId="70660C62" w14:textId="77777777" w:rsidR="001E1ED1" w:rsidRPr="004756AA" w:rsidRDefault="001E1ED1">
            <w:pPr>
              <w:spacing w:after="0" w:line="240" w:lineRule="auto"/>
              <w:rPr>
                <w:szCs w:val="20"/>
              </w:rPr>
            </w:pPr>
          </w:p>
        </w:tc>
        <w:tc>
          <w:tcPr>
            <w:tcW w:w="2232" w:type="dxa"/>
            <w:tcBorders>
              <w:top w:val="single" w:sz="4" w:space="0" w:color="E8E3E1"/>
              <w:left w:val="single" w:sz="4" w:space="0" w:color="E8E3E1"/>
              <w:bottom w:val="single" w:sz="4" w:space="0" w:color="E8E3E1"/>
              <w:right w:val="single" w:sz="4" w:space="0" w:color="E8E3E1"/>
            </w:tcBorders>
            <w:shd w:val="clear" w:color="auto" w:fill="FFFFFF"/>
            <w:tcMar>
              <w:top w:w="70" w:type="dxa"/>
              <w:left w:w="65" w:type="dxa"/>
              <w:bottom w:w="70" w:type="dxa"/>
              <w:right w:w="65" w:type="dxa"/>
            </w:tcMar>
          </w:tcPr>
          <w:p w14:paraId="15F600F1" w14:textId="77777777" w:rsidR="001E1ED1" w:rsidRPr="004756AA" w:rsidRDefault="001E1ED1">
            <w:pPr>
              <w:spacing w:after="0" w:line="240" w:lineRule="auto"/>
              <w:rPr>
                <w:szCs w:val="20"/>
              </w:rPr>
            </w:pPr>
          </w:p>
        </w:tc>
      </w:tr>
    </w:tbl>
    <w:p w14:paraId="1990AD37" w14:textId="77777777" w:rsidR="001E1ED1" w:rsidRDefault="005525A4">
      <w:r>
        <w:br w:type="page"/>
      </w:r>
    </w:p>
    <w:p w14:paraId="5E51CD01" w14:textId="77777777" w:rsidR="001E1ED1" w:rsidRDefault="005525A4">
      <w:pPr>
        <w:pStyle w:val="Heading1"/>
        <w:spacing w:before="80" w:after="100" w:line="240" w:lineRule="auto"/>
      </w:pPr>
      <w:r>
        <w:rPr>
          <w:rFonts w:ascii="Calibri Light" w:hAnsi="Calibri Light"/>
        </w:rPr>
        <w:lastRenderedPageBreak/>
        <w:t>2. EDUCATION, QUALIFICATIONS AND DEVELOPMENT - CONTINUED</w:t>
      </w:r>
    </w:p>
    <w:p w14:paraId="033277C8" w14:textId="77777777" w:rsidR="001E1ED1" w:rsidRDefault="005525A4">
      <w:pPr>
        <w:pStyle w:val="Heading2"/>
        <w:spacing w:before="0" w:after="80" w:line="240" w:lineRule="auto"/>
      </w:pPr>
      <w:r>
        <w:rPr>
          <w:rFonts w:ascii="Calibri" w:hAnsi="Calibri"/>
        </w:rPr>
        <w:t>Current training or professional development</w:t>
      </w:r>
    </w:p>
    <w:tbl>
      <w:tblPr>
        <w:tblW w:w="0" w:type="auto"/>
        <w:jc w:val="center"/>
        <w:tblLayout w:type="fixed"/>
        <w:tblLook w:val="04A0" w:firstRow="1" w:lastRow="0" w:firstColumn="1" w:lastColumn="0" w:noHBand="0" w:noVBand="1"/>
      </w:tblPr>
      <w:tblGrid>
        <w:gridCol w:w="4680"/>
        <w:gridCol w:w="2736"/>
        <w:gridCol w:w="2088"/>
      </w:tblGrid>
      <w:tr w:rsidR="001E1ED1" w14:paraId="314FAA70" w14:textId="77777777">
        <w:trPr>
          <w:cantSplit/>
          <w:tblHeader/>
          <w:jc w:val="center"/>
        </w:trPr>
        <w:tc>
          <w:tcPr>
            <w:tcW w:w="4680" w:type="dxa"/>
            <w:tcBorders>
              <w:top w:val="single" w:sz="4" w:space="0" w:color="FFFFFF"/>
              <w:left w:val="single" w:sz="4" w:space="0" w:color="FFFFFF"/>
              <w:bottom w:val="single" w:sz="4" w:space="0" w:color="FFFFFF"/>
              <w:right w:val="single" w:sz="4" w:space="0" w:color="FFFFFF"/>
            </w:tcBorders>
            <w:shd w:val="clear" w:color="auto" w:fill="EFC5BA"/>
            <w:tcMar>
              <w:top w:w="80" w:type="dxa"/>
              <w:left w:w="75" w:type="dxa"/>
              <w:bottom w:w="80" w:type="dxa"/>
              <w:right w:w="75" w:type="dxa"/>
            </w:tcMar>
          </w:tcPr>
          <w:p w14:paraId="4229F405" w14:textId="77777777" w:rsidR="001E1ED1" w:rsidRDefault="005525A4">
            <w:pPr>
              <w:spacing w:after="0" w:line="240" w:lineRule="auto"/>
              <w:jc w:val="center"/>
            </w:pPr>
            <w:r>
              <w:rPr>
                <w:b/>
                <w:sz w:val="17"/>
              </w:rPr>
              <w:t>Course / development activity</w:t>
            </w:r>
          </w:p>
        </w:tc>
        <w:tc>
          <w:tcPr>
            <w:tcW w:w="2736" w:type="dxa"/>
            <w:tcBorders>
              <w:top w:val="single" w:sz="4" w:space="0" w:color="FFFFFF"/>
              <w:left w:val="single" w:sz="4" w:space="0" w:color="FFFFFF"/>
              <w:bottom w:val="single" w:sz="4" w:space="0" w:color="FFFFFF"/>
              <w:right w:val="single" w:sz="4" w:space="0" w:color="FFFFFF"/>
            </w:tcBorders>
            <w:shd w:val="clear" w:color="auto" w:fill="EFC5BA"/>
            <w:tcMar>
              <w:top w:w="80" w:type="dxa"/>
              <w:left w:w="75" w:type="dxa"/>
              <w:bottom w:w="80" w:type="dxa"/>
              <w:right w:w="75" w:type="dxa"/>
            </w:tcMar>
          </w:tcPr>
          <w:p w14:paraId="5E833EC8" w14:textId="77777777" w:rsidR="001E1ED1" w:rsidRDefault="005525A4">
            <w:pPr>
              <w:spacing w:after="0" w:line="240" w:lineRule="auto"/>
              <w:jc w:val="center"/>
            </w:pPr>
            <w:r>
              <w:rPr>
                <w:b/>
                <w:sz w:val="17"/>
              </w:rPr>
              <w:t>Provider</w:t>
            </w:r>
          </w:p>
        </w:tc>
        <w:tc>
          <w:tcPr>
            <w:tcW w:w="2088" w:type="dxa"/>
            <w:tcBorders>
              <w:top w:val="single" w:sz="4" w:space="0" w:color="FFFFFF"/>
              <w:left w:val="single" w:sz="4" w:space="0" w:color="FFFFFF"/>
              <w:bottom w:val="single" w:sz="4" w:space="0" w:color="FFFFFF"/>
              <w:right w:val="single" w:sz="4" w:space="0" w:color="FFFFFF"/>
            </w:tcBorders>
            <w:shd w:val="clear" w:color="auto" w:fill="EFC5BA"/>
            <w:tcMar>
              <w:top w:w="80" w:type="dxa"/>
              <w:left w:w="75" w:type="dxa"/>
              <w:bottom w:w="80" w:type="dxa"/>
              <w:right w:w="75" w:type="dxa"/>
            </w:tcMar>
          </w:tcPr>
          <w:p w14:paraId="6C0C5CC4" w14:textId="77777777" w:rsidR="001E1ED1" w:rsidRDefault="005525A4">
            <w:pPr>
              <w:spacing w:after="0" w:line="240" w:lineRule="auto"/>
              <w:jc w:val="center"/>
            </w:pPr>
            <w:r>
              <w:rPr>
                <w:b/>
                <w:sz w:val="17"/>
              </w:rPr>
              <w:t>Expected completion</w:t>
            </w:r>
          </w:p>
        </w:tc>
      </w:tr>
      <w:tr w:rsidR="001E1ED1" w14:paraId="7D2A5C72" w14:textId="77777777">
        <w:trPr>
          <w:cantSplit/>
          <w:trHeight w:val="634"/>
          <w:jc w:val="center"/>
        </w:trPr>
        <w:tc>
          <w:tcPr>
            <w:tcW w:w="4680" w:type="dxa"/>
            <w:tcBorders>
              <w:top w:val="single" w:sz="4" w:space="0" w:color="E8E3E1"/>
              <w:left w:val="single" w:sz="4" w:space="0" w:color="E8E3E1"/>
              <w:bottom w:val="single" w:sz="4" w:space="0" w:color="E8E3E1"/>
              <w:right w:val="single" w:sz="4" w:space="0" w:color="E8E3E1"/>
            </w:tcBorders>
            <w:shd w:val="clear" w:color="auto" w:fill="FFFFFF"/>
            <w:tcMar>
              <w:top w:w="70" w:type="dxa"/>
              <w:left w:w="65" w:type="dxa"/>
              <w:bottom w:w="70" w:type="dxa"/>
              <w:right w:w="65" w:type="dxa"/>
            </w:tcMar>
          </w:tcPr>
          <w:p w14:paraId="584A5F6E" w14:textId="77777777" w:rsidR="001E1ED1" w:rsidRDefault="001E1ED1">
            <w:pPr>
              <w:spacing w:after="0" w:line="240" w:lineRule="auto"/>
            </w:pPr>
          </w:p>
        </w:tc>
        <w:tc>
          <w:tcPr>
            <w:tcW w:w="2736" w:type="dxa"/>
            <w:tcBorders>
              <w:top w:val="single" w:sz="4" w:space="0" w:color="E8E3E1"/>
              <w:left w:val="single" w:sz="4" w:space="0" w:color="E8E3E1"/>
              <w:bottom w:val="single" w:sz="4" w:space="0" w:color="E8E3E1"/>
              <w:right w:val="single" w:sz="4" w:space="0" w:color="E8E3E1"/>
            </w:tcBorders>
            <w:shd w:val="clear" w:color="auto" w:fill="FFFFFF"/>
            <w:tcMar>
              <w:top w:w="70" w:type="dxa"/>
              <w:left w:w="65" w:type="dxa"/>
              <w:bottom w:w="70" w:type="dxa"/>
              <w:right w:w="65" w:type="dxa"/>
            </w:tcMar>
          </w:tcPr>
          <w:p w14:paraId="383BE983" w14:textId="77777777" w:rsidR="001E1ED1" w:rsidRDefault="001E1ED1">
            <w:pPr>
              <w:spacing w:after="0" w:line="240" w:lineRule="auto"/>
            </w:pPr>
          </w:p>
        </w:tc>
        <w:tc>
          <w:tcPr>
            <w:tcW w:w="2088" w:type="dxa"/>
            <w:tcBorders>
              <w:top w:val="single" w:sz="4" w:space="0" w:color="E8E3E1"/>
              <w:left w:val="single" w:sz="4" w:space="0" w:color="E8E3E1"/>
              <w:bottom w:val="single" w:sz="4" w:space="0" w:color="E8E3E1"/>
              <w:right w:val="single" w:sz="4" w:space="0" w:color="E8E3E1"/>
            </w:tcBorders>
            <w:shd w:val="clear" w:color="auto" w:fill="FFFFFF"/>
            <w:tcMar>
              <w:top w:w="70" w:type="dxa"/>
              <w:left w:w="65" w:type="dxa"/>
              <w:bottom w:w="70" w:type="dxa"/>
              <w:right w:w="65" w:type="dxa"/>
            </w:tcMar>
          </w:tcPr>
          <w:p w14:paraId="6D7A054D" w14:textId="77777777" w:rsidR="001E1ED1" w:rsidRDefault="001E1ED1">
            <w:pPr>
              <w:spacing w:after="0" w:line="240" w:lineRule="auto"/>
            </w:pPr>
          </w:p>
        </w:tc>
      </w:tr>
      <w:tr w:rsidR="001E1ED1" w14:paraId="6DAC9099" w14:textId="77777777">
        <w:trPr>
          <w:cantSplit/>
          <w:trHeight w:val="634"/>
          <w:jc w:val="center"/>
        </w:trPr>
        <w:tc>
          <w:tcPr>
            <w:tcW w:w="4680" w:type="dxa"/>
            <w:tcBorders>
              <w:top w:val="single" w:sz="4" w:space="0" w:color="E8E3E1"/>
              <w:left w:val="single" w:sz="4" w:space="0" w:color="E8E3E1"/>
              <w:bottom w:val="single" w:sz="4" w:space="0" w:color="E8E3E1"/>
              <w:right w:val="single" w:sz="4" w:space="0" w:color="E8E3E1"/>
            </w:tcBorders>
            <w:shd w:val="clear" w:color="auto" w:fill="FFFFFF"/>
            <w:tcMar>
              <w:top w:w="70" w:type="dxa"/>
              <w:left w:w="65" w:type="dxa"/>
              <w:bottom w:w="70" w:type="dxa"/>
              <w:right w:w="65" w:type="dxa"/>
            </w:tcMar>
          </w:tcPr>
          <w:p w14:paraId="5D297CD2" w14:textId="77777777" w:rsidR="001E1ED1" w:rsidRDefault="001E1ED1">
            <w:pPr>
              <w:spacing w:after="0" w:line="240" w:lineRule="auto"/>
            </w:pPr>
          </w:p>
        </w:tc>
        <w:tc>
          <w:tcPr>
            <w:tcW w:w="2736" w:type="dxa"/>
            <w:tcBorders>
              <w:top w:val="single" w:sz="4" w:space="0" w:color="E8E3E1"/>
              <w:left w:val="single" w:sz="4" w:space="0" w:color="E8E3E1"/>
              <w:bottom w:val="single" w:sz="4" w:space="0" w:color="E8E3E1"/>
              <w:right w:val="single" w:sz="4" w:space="0" w:color="E8E3E1"/>
            </w:tcBorders>
            <w:shd w:val="clear" w:color="auto" w:fill="FFFFFF"/>
            <w:tcMar>
              <w:top w:w="70" w:type="dxa"/>
              <w:left w:w="65" w:type="dxa"/>
              <w:bottom w:w="70" w:type="dxa"/>
              <w:right w:w="65" w:type="dxa"/>
            </w:tcMar>
          </w:tcPr>
          <w:p w14:paraId="1BA6646D" w14:textId="77777777" w:rsidR="001E1ED1" w:rsidRDefault="001E1ED1">
            <w:pPr>
              <w:spacing w:after="0" w:line="240" w:lineRule="auto"/>
            </w:pPr>
          </w:p>
        </w:tc>
        <w:tc>
          <w:tcPr>
            <w:tcW w:w="2088" w:type="dxa"/>
            <w:tcBorders>
              <w:top w:val="single" w:sz="4" w:space="0" w:color="E8E3E1"/>
              <w:left w:val="single" w:sz="4" w:space="0" w:color="E8E3E1"/>
              <w:bottom w:val="single" w:sz="4" w:space="0" w:color="E8E3E1"/>
              <w:right w:val="single" w:sz="4" w:space="0" w:color="E8E3E1"/>
            </w:tcBorders>
            <w:shd w:val="clear" w:color="auto" w:fill="FFFFFF"/>
            <w:tcMar>
              <w:top w:w="70" w:type="dxa"/>
              <w:left w:w="65" w:type="dxa"/>
              <w:bottom w:w="70" w:type="dxa"/>
              <w:right w:w="65" w:type="dxa"/>
            </w:tcMar>
          </w:tcPr>
          <w:p w14:paraId="59675ECC" w14:textId="77777777" w:rsidR="001E1ED1" w:rsidRDefault="001E1ED1">
            <w:pPr>
              <w:spacing w:after="0" w:line="240" w:lineRule="auto"/>
            </w:pPr>
          </w:p>
        </w:tc>
      </w:tr>
      <w:tr w:rsidR="001E1ED1" w14:paraId="21811672" w14:textId="77777777">
        <w:trPr>
          <w:cantSplit/>
          <w:trHeight w:val="634"/>
          <w:jc w:val="center"/>
        </w:trPr>
        <w:tc>
          <w:tcPr>
            <w:tcW w:w="4680" w:type="dxa"/>
            <w:tcBorders>
              <w:top w:val="single" w:sz="4" w:space="0" w:color="E8E3E1"/>
              <w:left w:val="single" w:sz="4" w:space="0" w:color="E8E3E1"/>
              <w:bottom w:val="single" w:sz="4" w:space="0" w:color="E8E3E1"/>
              <w:right w:val="single" w:sz="4" w:space="0" w:color="E8E3E1"/>
            </w:tcBorders>
            <w:shd w:val="clear" w:color="auto" w:fill="FFFFFF"/>
            <w:tcMar>
              <w:top w:w="70" w:type="dxa"/>
              <w:left w:w="65" w:type="dxa"/>
              <w:bottom w:w="70" w:type="dxa"/>
              <w:right w:w="65" w:type="dxa"/>
            </w:tcMar>
          </w:tcPr>
          <w:p w14:paraId="10342B48" w14:textId="77777777" w:rsidR="001E1ED1" w:rsidRDefault="001E1ED1">
            <w:pPr>
              <w:spacing w:after="0" w:line="240" w:lineRule="auto"/>
            </w:pPr>
          </w:p>
        </w:tc>
        <w:tc>
          <w:tcPr>
            <w:tcW w:w="2736" w:type="dxa"/>
            <w:tcBorders>
              <w:top w:val="single" w:sz="4" w:space="0" w:color="E8E3E1"/>
              <w:left w:val="single" w:sz="4" w:space="0" w:color="E8E3E1"/>
              <w:bottom w:val="single" w:sz="4" w:space="0" w:color="E8E3E1"/>
              <w:right w:val="single" w:sz="4" w:space="0" w:color="E8E3E1"/>
            </w:tcBorders>
            <w:shd w:val="clear" w:color="auto" w:fill="FFFFFF"/>
            <w:tcMar>
              <w:top w:w="70" w:type="dxa"/>
              <w:left w:w="65" w:type="dxa"/>
              <w:bottom w:w="70" w:type="dxa"/>
              <w:right w:w="65" w:type="dxa"/>
            </w:tcMar>
          </w:tcPr>
          <w:p w14:paraId="3C6D19A3" w14:textId="77777777" w:rsidR="001E1ED1" w:rsidRDefault="001E1ED1">
            <w:pPr>
              <w:spacing w:after="0" w:line="240" w:lineRule="auto"/>
            </w:pPr>
          </w:p>
        </w:tc>
        <w:tc>
          <w:tcPr>
            <w:tcW w:w="2088" w:type="dxa"/>
            <w:tcBorders>
              <w:top w:val="single" w:sz="4" w:space="0" w:color="E8E3E1"/>
              <w:left w:val="single" w:sz="4" w:space="0" w:color="E8E3E1"/>
              <w:bottom w:val="single" w:sz="4" w:space="0" w:color="E8E3E1"/>
              <w:right w:val="single" w:sz="4" w:space="0" w:color="E8E3E1"/>
            </w:tcBorders>
            <w:shd w:val="clear" w:color="auto" w:fill="FFFFFF"/>
            <w:tcMar>
              <w:top w:w="70" w:type="dxa"/>
              <w:left w:w="65" w:type="dxa"/>
              <w:bottom w:w="70" w:type="dxa"/>
              <w:right w:w="65" w:type="dxa"/>
            </w:tcMar>
          </w:tcPr>
          <w:p w14:paraId="407D49B2" w14:textId="77777777" w:rsidR="001E1ED1" w:rsidRDefault="001E1ED1">
            <w:pPr>
              <w:spacing w:after="0" w:line="240" w:lineRule="auto"/>
            </w:pPr>
          </w:p>
        </w:tc>
      </w:tr>
    </w:tbl>
    <w:p w14:paraId="7046D2A7" w14:textId="77777777" w:rsidR="001E1ED1" w:rsidRDefault="005525A4">
      <w:pPr>
        <w:pStyle w:val="Heading1"/>
        <w:spacing w:before="80" w:after="100" w:line="240" w:lineRule="auto"/>
      </w:pPr>
      <w:r>
        <w:rPr>
          <w:rFonts w:ascii="Calibri Light" w:hAnsi="Calibri Light"/>
        </w:rPr>
        <w:t>3. EMPLOYMENT AND ACTIVITY HISTORY</w:t>
      </w:r>
    </w:p>
    <w:p w14:paraId="680C3632" w14:textId="77777777" w:rsidR="001E1ED1" w:rsidRPr="004756AA" w:rsidRDefault="005525A4">
      <w:pPr>
        <w:spacing w:after="120" w:line="240" w:lineRule="auto"/>
        <w:rPr>
          <w:sz w:val="21"/>
          <w:szCs w:val="21"/>
        </w:rPr>
      </w:pPr>
      <w:r w:rsidRPr="004756AA">
        <w:rPr>
          <w:color w:val="666666"/>
          <w:sz w:val="21"/>
          <w:szCs w:val="21"/>
        </w:rPr>
        <w:t>Please provide a complete history for the last 10 years, starting with your current or most recent role. Include full-time and part-time employment, self-employment and voluntary work. Please account for any gaps. This information is required even where the same details appear on your CV.</w:t>
      </w:r>
    </w:p>
    <w:p w14:paraId="3787FACD" w14:textId="77777777" w:rsidR="001E1ED1" w:rsidRPr="004756AA" w:rsidRDefault="005525A4">
      <w:pPr>
        <w:pStyle w:val="Heading2"/>
        <w:spacing w:before="0" w:after="60" w:line="240" w:lineRule="auto"/>
        <w:rPr>
          <w:szCs w:val="21"/>
        </w:rPr>
      </w:pPr>
      <w:r w:rsidRPr="004756AA">
        <w:rPr>
          <w:rFonts w:ascii="Calibri" w:hAnsi="Calibri"/>
          <w:szCs w:val="21"/>
        </w:rPr>
        <w:t>Current or most recent role</w:t>
      </w:r>
    </w:p>
    <w:tbl>
      <w:tblPr>
        <w:tblW w:w="0" w:type="auto"/>
        <w:jc w:val="center"/>
        <w:tblLayout w:type="fixed"/>
        <w:tblLook w:val="04A0" w:firstRow="1" w:lastRow="0" w:firstColumn="1" w:lastColumn="0" w:noHBand="0" w:noVBand="1"/>
      </w:tblPr>
      <w:tblGrid>
        <w:gridCol w:w="3672"/>
        <w:gridCol w:w="5832"/>
      </w:tblGrid>
      <w:tr w:rsidR="001E1ED1" w:rsidRPr="004756AA" w14:paraId="45ECDEAC" w14:textId="77777777">
        <w:trPr>
          <w:cantSplit/>
          <w:trHeight w:val="446"/>
          <w:jc w:val="center"/>
        </w:trPr>
        <w:tc>
          <w:tcPr>
            <w:tcW w:w="3672" w:type="dxa"/>
            <w:tcBorders>
              <w:top w:val="single" w:sz="4" w:space="0" w:color="E8E3E1"/>
              <w:left w:val="single" w:sz="4" w:space="0" w:color="E8E3E1"/>
              <w:bottom w:val="single" w:sz="4" w:space="0" w:color="E8E3E1"/>
              <w:right w:val="single" w:sz="4" w:space="0" w:color="E8E3E1"/>
            </w:tcBorders>
            <w:shd w:val="clear" w:color="auto" w:fill="FAF6F4"/>
            <w:tcMar>
              <w:top w:w="80" w:type="dxa"/>
              <w:left w:w="110" w:type="dxa"/>
              <w:bottom w:w="80" w:type="dxa"/>
              <w:right w:w="110" w:type="dxa"/>
            </w:tcMar>
            <w:vAlign w:val="center"/>
          </w:tcPr>
          <w:p w14:paraId="76AD4DC1" w14:textId="77777777" w:rsidR="001E1ED1" w:rsidRPr="004756AA" w:rsidRDefault="005525A4">
            <w:pPr>
              <w:spacing w:after="0" w:line="240" w:lineRule="auto"/>
              <w:rPr>
                <w:sz w:val="21"/>
                <w:szCs w:val="21"/>
              </w:rPr>
            </w:pPr>
            <w:r w:rsidRPr="004756AA">
              <w:rPr>
                <w:b/>
                <w:sz w:val="21"/>
                <w:szCs w:val="21"/>
              </w:rPr>
              <w:t>Employer / organisation</w:t>
            </w:r>
            <w:r w:rsidRPr="004756AA">
              <w:rPr>
                <w:b/>
                <w:color w:val="C00000"/>
                <w:sz w:val="21"/>
                <w:szCs w:val="21"/>
              </w:rPr>
              <w:t>*</w:t>
            </w:r>
          </w:p>
        </w:tc>
        <w:tc>
          <w:tcPr>
            <w:tcW w:w="5832" w:type="dxa"/>
            <w:tcBorders>
              <w:top w:val="single" w:sz="4" w:space="0" w:color="E8E3E1"/>
              <w:left w:val="single" w:sz="4" w:space="0" w:color="E8E3E1"/>
              <w:bottom w:val="single" w:sz="4" w:space="0" w:color="E8E3E1"/>
              <w:right w:val="single" w:sz="4" w:space="0" w:color="E8E3E1"/>
            </w:tcBorders>
            <w:shd w:val="clear" w:color="auto" w:fill="FFFFFF"/>
            <w:tcMar>
              <w:top w:w="80" w:type="dxa"/>
              <w:left w:w="110" w:type="dxa"/>
              <w:bottom w:w="80" w:type="dxa"/>
              <w:right w:w="110" w:type="dxa"/>
            </w:tcMar>
            <w:vAlign w:val="center"/>
          </w:tcPr>
          <w:p w14:paraId="718CE9A9" w14:textId="77777777" w:rsidR="001E1ED1" w:rsidRPr="004756AA" w:rsidRDefault="001E1ED1">
            <w:pPr>
              <w:spacing w:after="0" w:line="240" w:lineRule="auto"/>
              <w:rPr>
                <w:sz w:val="21"/>
                <w:szCs w:val="21"/>
              </w:rPr>
            </w:pPr>
          </w:p>
        </w:tc>
      </w:tr>
      <w:tr w:rsidR="001E1ED1" w:rsidRPr="004756AA" w14:paraId="6142A252" w14:textId="77777777">
        <w:trPr>
          <w:cantSplit/>
          <w:trHeight w:val="446"/>
          <w:jc w:val="center"/>
        </w:trPr>
        <w:tc>
          <w:tcPr>
            <w:tcW w:w="3672" w:type="dxa"/>
            <w:tcBorders>
              <w:top w:val="single" w:sz="4" w:space="0" w:color="E8E3E1"/>
              <w:left w:val="single" w:sz="4" w:space="0" w:color="E8E3E1"/>
              <w:bottom w:val="single" w:sz="4" w:space="0" w:color="E8E3E1"/>
              <w:right w:val="single" w:sz="4" w:space="0" w:color="E8E3E1"/>
            </w:tcBorders>
            <w:shd w:val="clear" w:color="auto" w:fill="FAF6F4"/>
            <w:tcMar>
              <w:top w:w="80" w:type="dxa"/>
              <w:left w:w="110" w:type="dxa"/>
              <w:bottom w:w="80" w:type="dxa"/>
              <w:right w:w="110" w:type="dxa"/>
            </w:tcMar>
            <w:vAlign w:val="center"/>
          </w:tcPr>
          <w:p w14:paraId="2B274414" w14:textId="77777777" w:rsidR="001E1ED1" w:rsidRPr="004756AA" w:rsidRDefault="005525A4">
            <w:pPr>
              <w:spacing w:after="0" w:line="240" w:lineRule="auto"/>
              <w:rPr>
                <w:sz w:val="21"/>
                <w:szCs w:val="21"/>
              </w:rPr>
            </w:pPr>
            <w:r w:rsidRPr="004756AA">
              <w:rPr>
                <w:b/>
                <w:sz w:val="21"/>
                <w:szCs w:val="21"/>
              </w:rPr>
              <w:t>Job title / role</w:t>
            </w:r>
            <w:r w:rsidRPr="004756AA">
              <w:rPr>
                <w:b/>
                <w:color w:val="C00000"/>
                <w:sz w:val="21"/>
                <w:szCs w:val="21"/>
              </w:rPr>
              <w:t>*</w:t>
            </w:r>
          </w:p>
        </w:tc>
        <w:tc>
          <w:tcPr>
            <w:tcW w:w="5832" w:type="dxa"/>
            <w:tcBorders>
              <w:top w:val="single" w:sz="4" w:space="0" w:color="E8E3E1"/>
              <w:left w:val="single" w:sz="4" w:space="0" w:color="E8E3E1"/>
              <w:bottom w:val="single" w:sz="4" w:space="0" w:color="E8E3E1"/>
              <w:right w:val="single" w:sz="4" w:space="0" w:color="E8E3E1"/>
            </w:tcBorders>
            <w:shd w:val="clear" w:color="auto" w:fill="FFFFFF"/>
            <w:tcMar>
              <w:top w:w="80" w:type="dxa"/>
              <w:left w:w="110" w:type="dxa"/>
              <w:bottom w:w="80" w:type="dxa"/>
              <w:right w:w="110" w:type="dxa"/>
            </w:tcMar>
            <w:vAlign w:val="center"/>
          </w:tcPr>
          <w:p w14:paraId="1C6B73B5" w14:textId="77777777" w:rsidR="001E1ED1" w:rsidRPr="004756AA" w:rsidRDefault="001E1ED1">
            <w:pPr>
              <w:spacing w:after="0" w:line="240" w:lineRule="auto"/>
              <w:rPr>
                <w:sz w:val="21"/>
                <w:szCs w:val="21"/>
              </w:rPr>
            </w:pPr>
          </w:p>
        </w:tc>
      </w:tr>
      <w:tr w:rsidR="001E1ED1" w:rsidRPr="004756AA" w14:paraId="0BCB2CA8" w14:textId="77777777">
        <w:trPr>
          <w:cantSplit/>
          <w:trHeight w:val="446"/>
          <w:jc w:val="center"/>
        </w:trPr>
        <w:tc>
          <w:tcPr>
            <w:tcW w:w="3672" w:type="dxa"/>
            <w:tcBorders>
              <w:top w:val="single" w:sz="4" w:space="0" w:color="E8E3E1"/>
              <w:left w:val="single" w:sz="4" w:space="0" w:color="E8E3E1"/>
              <w:bottom w:val="single" w:sz="4" w:space="0" w:color="E8E3E1"/>
              <w:right w:val="single" w:sz="4" w:space="0" w:color="E8E3E1"/>
            </w:tcBorders>
            <w:shd w:val="clear" w:color="auto" w:fill="FAF6F4"/>
            <w:tcMar>
              <w:top w:w="80" w:type="dxa"/>
              <w:left w:w="110" w:type="dxa"/>
              <w:bottom w:w="80" w:type="dxa"/>
              <w:right w:w="110" w:type="dxa"/>
            </w:tcMar>
            <w:vAlign w:val="center"/>
          </w:tcPr>
          <w:p w14:paraId="545A0D23" w14:textId="77777777" w:rsidR="001E1ED1" w:rsidRPr="004756AA" w:rsidRDefault="005525A4">
            <w:pPr>
              <w:spacing w:after="0" w:line="240" w:lineRule="auto"/>
              <w:rPr>
                <w:sz w:val="21"/>
                <w:szCs w:val="21"/>
              </w:rPr>
            </w:pPr>
            <w:r w:rsidRPr="004756AA">
              <w:rPr>
                <w:b/>
                <w:sz w:val="21"/>
                <w:szCs w:val="21"/>
              </w:rPr>
              <w:t>Start date (MM/</w:t>
            </w:r>
            <w:proofErr w:type="gramStart"/>
            <w:r w:rsidRPr="004756AA">
              <w:rPr>
                <w:b/>
                <w:sz w:val="21"/>
                <w:szCs w:val="21"/>
              </w:rPr>
              <w:t>YY)</w:t>
            </w:r>
            <w:r w:rsidRPr="004756AA">
              <w:rPr>
                <w:b/>
                <w:color w:val="C00000"/>
                <w:sz w:val="21"/>
                <w:szCs w:val="21"/>
              </w:rPr>
              <w:t>*</w:t>
            </w:r>
            <w:proofErr w:type="gramEnd"/>
          </w:p>
        </w:tc>
        <w:tc>
          <w:tcPr>
            <w:tcW w:w="5832" w:type="dxa"/>
            <w:tcBorders>
              <w:top w:val="single" w:sz="4" w:space="0" w:color="E8E3E1"/>
              <w:left w:val="single" w:sz="4" w:space="0" w:color="E8E3E1"/>
              <w:bottom w:val="single" w:sz="4" w:space="0" w:color="E8E3E1"/>
              <w:right w:val="single" w:sz="4" w:space="0" w:color="E8E3E1"/>
            </w:tcBorders>
            <w:shd w:val="clear" w:color="auto" w:fill="FFFFFF"/>
            <w:tcMar>
              <w:top w:w="80" w:type="dxa"/>
              <w:left w:w="110" w:type="dxa"/>
              <w:bottom w:w="80" w:type="dxa"/>
              <w:right w:w="110" w:type="dxa"/>
            </w:tcMar>
            <w:vAlign w:val="center"/>
          </w:tcPr>
          <w:p w14:paraId="1DB6E064" w14:textId="77777777" w:rsidR="001E1ED1" w:rsidRPr="004756AA" w:rsidRDefault="001E1ED1">
            <w:pPr>
              <w:spacing w:after="0" w:line="240" w:lineRule="auto"/>
              <w:rPr>
                <w:sz w:val="21"/>
                <w:szCs w:val="21"/>
              </w:rPr>
            </w:pPr>
          </w:p>
        </w:tc>
      </w:tr>
      <w:tr w:rsidR="001E1ED1" w:rsidRPr="004756AA" w14:paraId="5A0C18B0" w14:textId="77777777">
        <w:trPr>
          <w:cantSplit/>
          <w:trHeight w:val="446"/>
          <w:jc w:val="center"/>
        </w:trPr>
        <w:tc>
          <w:tcPr>
            <w:tcW w:w="3672" w:type="dxa"/>
            <w:tcBorders>
              <w:top w:val="single" w:sz="4" w:space="0" w:color="E8E3E1"/>
              <w:left w:val="single" w:sz="4" w:space="0" w:color="E8E3E1"/>
              <w:bottom w:val="single" w:sz="4" w:space="0" w:color="E8E3E1"/>
              <w:right w:val="single" w:sz="4" w:space="0" w:color="E8E3E1"/>
            </w:tcBorders>
            <w:shd w:val="clear" w:color="auto" w:fill="FAF6F4"/>
            <w:tcMar>
              <w:top w:w="80" w:type="dxa"/>
              <w:left w:w="110" w:type="dxa"/>
              <w:bottom w:w="80" w:type="dxa"/>
              <w:right w:w="110" w:type="dxa"/>
            </w:tcMar>
            <w:vAlign w:val="center"/>
          </w:tcPr>
          <w:p w14:paraId="0C7CD1B9" w14:textId="77777777" w:rsidR="001E1ED1" w:rsidRPr="004756AA" w:rsidRDefault="005525A4">
            <w:pPr>
              <w:spacing w:after="0" w:line="240" w:lineRule="auto"/>
              <w:rPr>
                <w:sz w:val="21"/>
                <w:szCs w:val="21"/>
              </w:rPr>
            </w:pPr>
            <w:r w:rsidRPr="004756AA">
              <w:rPr>
                <w:b/>
                <w:sz w:val="21"/>
                <w:szCs w:val="21"/>
              </w:rPr>
              <w:t>End date</w:t>
            </w:r>
          </w:p>
        </w:tc>
        <w:tc>
          <w:tcPr>
            <w:tcW w:w="5832" w:type="dxa"/>
            <w:tcBorders>
              <w:top w:val="single" w:sz="4" w:space="0" w:color="E8E3E1"/>
              <w:left w:val="single" w:sz="4" w:space="0" w:color="E8E3E1"/>
              <w:bottom w:val="single" w:sz="4" w:space="0" w:color="E8E3E1"/>
              <w:right w:val="single" w:sz="4" w:space="0" w:color="E8E3E1"/>
            </w:tcBorders>
            <w:shd w:val="clear" w:color="auto" w:fill="FFFFFF"/>
            <w:tcMar>
              <w:top w:w="80" w:type="dxa"/>
              <w:left w:w="110" w:type="dxa"/>
              <w:bottom w:w="80" w:type="dxa"/>
              <w:right w:w="110" w:type="dxa"/>
            </w:tcMar>
            <w:vAlign w:val="center"/>
          </w:tcPr>
          <w:p w14:paraId="2B864B86" w14:textId="77777777" w:rsidR="001E1ED1" w:rsidRPr="004756AA" w:rsidRDefault="005525A4">
            <w:pPr>
              <w:spacing w:after="0" w:line="240" w:lineRule="auto"/>
              <w:rPr>
                <w:sz w:val="21"/>
                <w:szCs w:val="21"/>
              </w:rPr>
            </w:pPr>
            <w:r w:rsidRPr="004756AA">
              <w:rPr>
                <w:i/>
                <w:color w:val="888888"/>
                <w:sz w:val="21"/>
                <w:szCs w:val="21"/>
              </w:rPr>
              <w:t>Enter 'Present' if applicable</w:t>
            </w:r>
          </w:p>
        </w:tc>
      </w:tr>
      <w:tr w:rsidR="001E1ED1" w:rsidRPr="004756AA" w14:paraId="47B9EED4" w14:textId="77777777">
        <w:trPr>
          <w:cantSplit/>
          <w:trHeight w:val="446"/>
          <w:jc w:val="center"/>
        </w:trPr>
        <w:tc>
          <w:tcPr>
            <w:tcW w:w="3672" w:type="dxa"/>
            <w:tcBorders>
              <w:top w:val="single" w:sz="4" w:space="0" w:color="E8E3E1"/>
              <w:left w:val="single" w:sz="4" w:space="0" w:color="E8E3E1"/>
              <w:bottom w:val="single" w:sz="4" w:space="0" w:color="E8E3E1"/>
              <w:right w:val="single" w:sz="4" w:space="0" w:color="E8E3E1"/>
            </w:tcBorders>
            <w:shd w:val="clear" w:color="auto" w:fill="FAF6F4"/>
            <w:tcMar>
              <w:top w:w="80" w:type="dxa"/>
              <w:left w:w="110" w:type="dxa"/>
              <w:bottom w:w="80" w:type="dxa"/>
              <w:right w:w="110" w:type="dxa"/>
            </w:tcMar>
            <w:vAlign w:val="center"/>
          </w:tcPr>
          <w:p w14:paraId="1D1BFCF1" w14:textId="77777777" w:rsidR="001E1ED1" w:rsidRPr="004756AA" w:rsidRDefault="005525A4">
            <w:pPr>
              <w:spacing w:after="0" w:line="240" w:lineRule="auto"/>
              <w:rPr>
                <w:sz w:val="21"/>
                <w:szCs w:val="21"/>
              </w:rPr>
            </w:pPr>
            <w:r w:rsidRPr="004756AA">
              <w:rPr>
                <w:b/>
                <w:sz w:val="21"/>
                <w:szCs w:val="21"/>
              </w:rPr>
              <w:t>Notice period / earliest start date</w:t>
            </w:r>
          </w:p>
        </w:tc>
        <w:tc>
          <w:tcPr>
            <w:tcW w:w="5832" w:type="dxa"/>
            <w:tcBorders>
              <w:top w:val="single" w:sz="4" w:space="0" w:color="E8E3E1"/>
              <w:left w:val="single" w:sz="4" w:space="0" w:color="E8E3E1"/>
              <w:bottom w:val="single" w:sz="4" w:space="0" w:color="E8E3E1"/>
              <w:right w:val="single" w:sz="4" w:space="0" w:color="E8E3E1"/>
            </w:tcBorders>
            <w:shd w:val="clear" w:color="auto" w:fill="FFFFFF"/>
            <w:tcMar>
              <w:top w:w="80" w:type="dxa"/>
              <w:left w:w="110" w:type="dxa"/>
              <w:bottom w:w="80" w:type="dxa"/>
              <w:right w:w="110" w:type="dxa"/>
            </w:tcMar>
            <w:vAlign w:val="center"/>
          </w:tcPr>
          <w:p w14:paraId="55C37DB2" w14:textId="77777777" w:rsidR="001E1ED1" w:rsidRPr="004756AA" w:rsidRDefault="001E1ED1">
            <w:pPr>
              <w:spacing w:after="0" w:line="240" w:lineRule="auto"/>
              <w:rPr>
                <w:sz w:val="21"/>
                <w:szCs w:val="21"/>
              </w:rPr>
            </w:pPr>
          </w:p>
        </w:tc>
      </w:tr>
    </w:tbl>
    <w:p w14:paraId="430C1AB3" w14:textId="77777777" w:rsidR="001E1ED1" w:rsidRPr="004756AA" w:rsidRDefault="005525A4">
      <w:pPr>
        <w:spacing w:before="80" w:after="40" w:line="240" w:lineRule="auto"/>
        <w:rPr>
          <w:sz w:val="21"/>
          <w:szCs w:val="21"/>
        </w:rPr>
      </w:pPr>
      <w:r w:rsidRPr="004756AA">
        <w:rPr>
          <w:b/>
          <w:sz w:val="21"/>
          <w:szCs w:val="21"/>
        </w:rPr>
        <w:t>Main duties and responsibilities relevant to this post</w:t>
      </w:r>
    </w:p>
    <w:tbl>
      <w:tblPr>
        <w:tblW w:w="0" w:type="auto"/>
        <w:jc w:val="center"/>
        <w:tblLayout w:type="fixed"/>
        <w:tblLook w:val="04A0" w:firstRow="1" w:lastRow="0" w:firstColumn="1" w:lastColumn="0" w:noHBand="0" w:noVBand="1"/>
      </w:tblPr>
      <w:tblGrid>
        <w:gridCol w:w="10368"/>
      </w:tblGrid>
      <w:tr w:rsidR="001E1ED1" w:rsidRPr="004756AA" w14:paraId="558FDF4B" w14:textId="77777777">
        <w:trPr>
          <w:cantSplit/>
          <w:trHeight w:val="461"/>
          <w:jc w:val="center"/>
        </w:trPr>
        <w:tc>
          <w:tcPr>
            <w:tcW w:w="10368" w:type="dxa"/>
            <w:tcBorders>
              <w:left w:val="single" w:sz="4" w:space="0" w:color="E8E3E1"/>
              <w:bottom w:val="single" w:sz="4" w:space="0" w:color="E8E3E1"/>
              <w:right w:val="single" w:sz="4" w:space="0" w:color="E8E3E1"/>
            </w:tcBorders>
            <w:shd w:val="clear" w:color="auto" w:fill="FFFFFF"/>
            <w:tcMar>
              <w:top w:w="30" w:type="dxa"/>
              <w:left w:w="75" w:type="dxa"/>
              <w:bottom w:w="30" w:type="dxa"/>
              <w:right w:w="75" w:type="dxa"/>
            </w:tcMar>
          </w:tcPr>
          <w:p w14:paraId="42691D25" w14:textId="77777777" w:rsidR="001E1ED1" w:rsidRPr="004756AA" w:rsidRDefault="001E1ED1">
            <w:pPr>
              <w:rPr>
                <w:sz w:val="21"/>
                <w:szCs w:val="21"/>
              </w:rPr>
            </w:pPr>
          </w:p>
        </w:tc>
      </w:tr>
      <w:tr w:rsidR="001E1ED1" w:rsidRPr="004756AA" w14:paraId="4F771146" w14:textId="77777777">
        <w:trPr>
          <w:cantSplit/>
          <w:trHeight w:val="461"/>
          <w:jc w:val="center"/>
        </w:trPr>
        <w:tc>
          <w:tcPr>
            <w:tcW w:w="10368" w:type="dxa"/>
            <w:tcBorders>
              <w:left w:val="single" w:sz="4" w:space="0" w:color="E8E3E1"/>
              <w:bottom w:val="single" w:sz="4" w:space="0" w:color="E8E3E1"/>
              <w:right w:val="single" w:sz="4" w:space="0" w:color="E8E3E1"/>
            </w:tcBorders>
            <w:shd w:val="clear" w:color="auto" w:fill="FFFFFF"/>
            <w:tcMar>
              <w:top w:w="30" w:type="dxa"/>
              <w:left w:w="75" w:type="dxa"/>
              <w:bottom w:w="30" w:type="dxa"/>
              <w:right w:w="75" w:type="dxa"/>
            </w:tcMar>
          </w:tcPr>
          <w:p w14:paraId="0B762BB2" w14:textId="77777777" w:rsidR="001E1ED1" w:rsidRPr="004756AA" w:rsidRDefault="001E1ED1">
            <w:pPr>
              <w:rPr>
                <w:sz w:val="21"/>
                <w:szCs w:val="21"/>
              </w:rPr>
            </w:pPr>
          </w:p>
        </w:tc>
      </w:tr>
      <w:tr w:rsidR="001E1ED1" w:rsidRPr="004756AA" w14:paraId="630C8DAE" w14:textId="77777777">
        <w:trPr>
          <w:cantSplit/>
          <w:trHeight w:val="461"/>
          <w:jc w:val="center"/>
        </w:trPr>
        <w:tc>
          <w:tcPr>
            <w:tcW w:w="10368" w:type="dxa"/>
            <w:tcBorders>
              <w:left w:val="single" w:sz="4" w:space="0" w:color="E8E3E1"/>
              <w:bottom w:val="single" w:sz="4" w:space="0" w:color="E8E3E1"/>
              <w:right w:val="single" w:sz="4" w:space="0" w:color="E8E3E1"/>
            </w:tcBorders>
            <w:shd w:val="clear" w:color="auto" w:fill="FFFFFF"/>
            <w:tcMar>
              <w:top w:w="30" w:type="dxa"/>
              <w:left w:w="75" w:type="dxa"/>
              <w:bottom w:w="30" w:type="dxa"/>
              <w:right w:w="75" w:type="dxa"/>
            </w:tcMar>
          </w:tcPr>
          <w:p w14:paraId="25DE7A74" w14:textId="77777777" w:rsidR="001E1ED1" w:rsidRPr="004756AA" w:rsidRDefault="001E1ED1">
            <w:pPr>
              <w:rPr>
                <w:sz w:val="21"/>
                <w:szCs w:val="21"/>
              </w:rPr>
            </w:pPr>
          </w:p>
        </w:tc>
      </w:tr>
    </w:tbl>
    <w:p w14:paraId="73A4285F" w14:textId="77777777" w:rsidR="001E1ED1" w:rsidRPr="004756AA" w:rsidRDefault="005525A4">
      <w:pPr>
        <w:pStyle w:val="Heading2"/>
        <w:spacing w:before="100" w:after="40" w:line="240" w:lineRule="auto"/>
        <w:rPr>
          <w:szCs w:val="21"/>
        </w:rPr>
      </w:pPr>
      <w:r w:rsidRPr="004756AA">
        <w:rPr>
          <w:rFonts w:ascii="Calibri" w:hAnsi="Calibri"/>
          <w:szCs w:val="21"/>
        </w:rPr>
        <w:t>Previous employment / activity</w:t>
      </w:r>
    </w:p>
    <w:p w14:paraId="7BADAE62" w14:textId="77777777" w:rsidR="001E1ED1" w:rsidRPr="004756AA" w:rsidRDefault="005525A4">
      <w:pPr>
        <w:spacing w:after="60" w:line="240" w:lineRule="auto"/>
        <w:rPr>
          <w:sz w:val="21"/>
          <w:szCs w:val="21"/>
        </w:rPr>
      </w:pPr>
      <w:r w:rsidRPr="004756AA">
        <w:rPr>
          <w:i/>
          <w:color w:val="666666"/>
          <w:sz w:val="21"/>
          <w:szCs w:val="21"/>
        </w:rPr>
        <w:t xml:space="preserve">Please use the table to account for the full 10-year period, including any gaps (for example, enter 'Gap - caring responsibilities' or another brief explanation in the Employer / organisation column). </w:t>
      </w:r>
      <w:proofErr w:type="gramStart"/>
      <w:r w:rsidRPr="004756AA">
        <w:rPr>
          <w:i/>
          <w:color w:val="666666"/>
          <w:sz w:val="21"/>
          <w:szCs w:val="21"/>
        </w:rPr>
        <w:t>Continue on</w:t>
      </w:r>
      <w:proofErr w:type="gramEnd"/>
      <w:r w:rsidRPr="004756AA">
        <w:rPr>
          <w:i/>
          <w:color w:val="666666"/>
          <w:sz w:val="21"/>
          <w:szCs w:val="21"/>
        </w:rPr>
        <w:t xml:space="preserve"> a separate sheet if needed.</w:t>
      </w:r>
    </w:p>
    <w:tbl>
      <w:tblPr>
        <w:tblW w:w="0" w:type="auto"/>
        <w:jc w:val="center"/>
        <w:tblLayout w:type="fixed"/>
        <w:tblLook w:val="04A0" w:firstRow="1" w:lastRow="0" w:firstColumn="1" w:lastColumn="0" w:noHBand="0" w:noVBand="1"/>
      </w:tblPr>
      <w:tblGrid>
        <w:gridCol w:w="1944"/>
        <w:gridCol w:w="3168"/>
        <w:gridCol w:w="2376"/>
        <w:gridCol w:w="2016"/>
      </w:tblGrid>
      <w:tr w:rsidR="001E1ED1" w:rsidRPr="004756AA" w14:paraId="67F6BBDF" w14:textId="77777777">
        <w:trPr>
          <w:cantSplit/>
          <w:tblHeader/>
          <w:jc w:val="center"/>
        </w:trPr>
        <w:tc>
          <w:tcPr>
            <w:tcW w:w="1944" w:type="dxa"/>
            <w:tcBorders>
              <w:top w:val="single" w:sz="4" w:space="0" w:color="FFFFFF"/>
              <w:left w:val="single" w:sz="4" w:space="0" w:color="FFFFFF"/>
              <w:bottom w:val="single" w:sz="4" w:space="0" w:color="FFFFFF"/>
              <w:right w:val="single" w:sz="4" w:space="0" w:color="FFFFFF"/>
            </w:tcBorders>
            <w:shd w:val="clear" w:color="auto" w:fill="EFC5BA"/>
            <w:tcMar>
              <w:top w:w="80" w:type="dxa"/>
              <w:left w:w="75" w:type="dxa"/>
              <w:bottom w:w="80" w:type="dxa"/>
              <w:right w:w="75" w:type="dxa"/>
            </w:tcMar>
          </w:tcPr>
          <w:p w14:paraId="5107D8C4" w14:textId="77777777" w:rsidR="001E1ED1" w:rsidRPr="004756AA" w:rsidRDefault="005525A4">
            <w:pPr>
              <w:spacing w:after="0" w:line="240" w:lineRule="auto"/>
              <w:jc w:val="center"/>
              <w:rPr>
                <w:sz w:val="21"/>
                <w:szCs w:val="21"/>
              </w:rPr>
            </w:pPr>
            <w:r w:rsidRPr="004756AA">
              <w:rPr>
                <w:b/>
                <w:sz w:val="21"/>
                <w:szCs w:val="21"/>
              </w:rPr>
              <w:t>Dates (MM/YY-MM/YY)</w:t>
            </w:r>
          </w:p>
        </w:tc>
        <w:tc>
          <w:tcPr>
            <w:tcW w:w="3168" w:type="dxa"/>
            <w:tcBorders>
              <w:top w:val="single" w:sz="4" w:space="0" w:color="FFFFFF"/>
              <w:left w:val="single" w:sz="4" w:space="0" w:color="FFFFFF"/>
              <w:bottom w:val="single" w:sz="4" w:space="0" w:color="FFFFFF"/>
              <w:right w:val="single" w:sz="4" w:space="0" w:color="FFFFFF"/>
            </w:tcBorders>
            <w:shd w:val="clear" w:color="auto" w:fill="EFC5BA"/>
            <w:tcMar>
              <w:top w:w="80" w:type="dxa"/>
              <w:left w:w="75" w:type="dxa"/>
              <w:bottom w:w="80" w:type="dxa"/>
              <w:right w:w="75" w:type="dxa"/>
            </w:tcMar>
          </w:tcPr>
          <w:p w14:paraId="3513B816" w14:textId="77777777" w:rsidR="001E1ED1" w:rsidRPr="004756AA" w:rsidRDefault="005525A4">
            <w:pPr>
              <w:spacing w:after="0" w:line="240" w:lineRule="auto"/>
              <w:jc w:val="center"/>
              <w:rPr>
                <w:sz w:val="21"/>
                <w:szCs w:val="21"/>
              </w:rPr>
            </w:pPr>
            <w:r w:rsidRPr="004756AA">
              <w:rPr>
                <w:b/>
                <w:sz w:val="21"/>
                <w:szCs w:val="21"/>
              </w:rPr>
              <w:t>Employer / organisation / gap</w:t>
            </w:r>
          </w:p>
        </w:tc>
        <w:tc>
          <w:tcPr>
            <w:tcW w:w="2376" w:type="dxa"/>
            <w:tcBorders>
              <w:top w:val="single" w:sz="4" w:space="0" w:color="FFFFFF"/>
              <w:left w:val="single" w:sz="4" w:space="0" w:color="FFFFFF"/>
              <w:bottom w:val="single" w:sz="4" w:space="0" w:color="FFFFFF"/>
              <w:right w:val="single" w:sz="4" w:space="0" w:color="FFFFFF"/>
            </w:tcBorders>
            <w:shd w:val="clear" w:color="auto" w:fill="EFC5BA"/>
            <w:tcMar>
              <w:top w:w="80" w:type="dxa"/>
              <w:left w:w="75" w:type="dxa"/>
              <w:bottom w:w="80" w:type="dxa"/>
              <w:right w:w="75" w:type="dxa"/>
            </w:tcMar>
          </w:tcPr>
          <w:p w14:paraId="5089F883" w14:textId="77777777" w:rsidR="001E1ED1" w:rsidRPr="004756AA" w:rsidRDefault="005525A4">
            <w:pPr>
              <w:spacing w:after="0" w:line="240" w:lineRule="auto"/>
              <w:jc w:val="center"/>
              <w:rPr>
                <w:sz w:val="21"/>
                <w:szCs w:val="21"/>
              </w:rPr>
            </w:pPr>
            <w:r w:rsidRPr="004756AA">
              <w:rPr>
                <w:b/>
                <w:sz w:val="21"/>
                <w:szCs w:val="21"/>
              </w:rPr>
              <w:t>Job title / role</w:t>
            </w:r>
          </w:p>
        </w:tc>
        <w:tc>
          <w:tcPr>
            <w:tcW w:w="2016" w:type="dxa"/>
            <w:tcBorders>
              <w:top w:val="single" w:sz="4" w:space="0" w:color="FFFFFF"/>
              <w:left w:val="single" w:sz="4" w:space="0" w:color="FFFFFF"/>
              <w:bottom w:val="single" w:sz="4" w:space="0" w:color="FFFFFF"/>
              <w:right w:val="single" w:sz="4" w:space="0" w:color="FFFFFF"/>
            </w:tcBorders>
            <w:shd w:val="clear" w:color="auto" w:fill="EFC5BA"/>
            <w:tcMar>
              <w:top w:w="80" w:type="dxa"/>
              <w:left w:w="75" w:type="dxa"/>
              <w:bottom w:w="80" w:type="dxa"/>
              <w:right w:w="75" w:type="dxa"/>
            </w:tcMar>
          </w:tcPr>
          <w:p w14:paraId="580F8F3B" w14:textId="77777777" w:rsidR="001E1ED1" w:rsidRPr="004756AA" w:rsidRDefault="005525A4">
            <w:pPr>
              <w:spacing w:after="0" w:line="240" w:lineRule="auto"/>
              <w:jc w:val="center"/>
              <w:rPr>
                <w:sz w:val="21"/>
                <w:szCs w:val="21"/>
              </w:rPr>
            </w:pPr>
            <w:r w:rsidRPr="004756AA">
              <w:rPr>
                <w:b/>
                <w:sz w:val="21"/>
                <w:szCs w:val="21"/>
              </w:rPr>
              <w:t>Reason for leaving</w:t>
            </w:r>
          </w:p>
        </w:tc>
      </w:tr>
      <w:tr w:rsidR="001E1ED1" w:rsidRPr="004756AA" w14:paraId="40BDC557" w14:textId="77777777">
        <w:trPr>
          <w:cantSplit/>
          <w:trHeight w:val="662"/>
          <w:jc w:val="center"/>
        </w:trPr>
        <w:tc>
          <w:tcPr>
            <w:tcW w:w="1944" w:type="dxa"/>
            <w:tcBorders>
              <w:top w:val="single" w:sz="4" w:space="0" w:color="E8E3E1"/>
              <w:left w:val="single" w:sz="4" w:space="0" w:color="E8E3E1"/>
              <w:bottom w:val="single" w:sz="4" w:space="0" w:color="E8E3E1"/>
              <w:right w:val="single" w:sz="4" w:space="0" w:color="E8E3E1"/>
            </w:tcBorders>
            <w:shd w:val="clear" w:color="auto" w:fill="FFFFFF"/>
            <w:tcMar>
              <w:top w:w="70" w:type="dxa"/>
              <w:left w:w="65" w:type="dxa"/>
              <w:bottom w:w="70" w:type="dxa"/>
              <w:right w:w="65" w:type="dxa"/>
            </w:tcMar>
          </w:tcPr>
          <w:p w14:paraId="7F925A5C" w14:textId="77777777" w:rsidR="001E1ED1" w:rsidRPr="004756AA" w:rsidRDefault="001E1ED1">
            <w:pPr>
              <w:spacing w:after="0" w:line="240" w:lineRule="auto"/>
              <w:rPr>
                <w:sz w:val="21"/>
                <w:szCs w:val="21"/>
              </w:rPr>
            </w:pPr>
          </w:p>
        </w:tc>
        <w:tc>
          <w:tcPr>
            <w:tcW w:w="3168" w:type="dxa"/>
            <w:tcBorders>
              <w:top w:val="single" w:sz="4" w:space="0" w:color="E8E3E1"/>
              <w:left w:val="single" w:sz="4" w:space="0" w:color="E8E3E1"/>
              <w:bottom w:val="single" w:sz="4" w:space="0" w:color="E8E3E1"/>
              <w:right w:val="single" w:sz="4" w:space="0" w:color="E8E3E1"/>
            </w:tcBorders>
            <w:shd w:val="clear" w:color="auto" w:fill="FFFFFF"/>
            <w:tcMar>
              <w:top w:w="70" w:type="dxa"/>
              <w:left w:w="65" w:type="dxa"/>
              <w:bottom w:w="70" w:type="dxa"/>
              <w:right w:w="65" w:type="dxa"/>
            </w:tcMar>
          </w:tcPr>
          <w:p w14:paraId="2CA18165" w14:textId="77777777" w:rsidR="001E1ED1" w:rsidRPr="004756AA" w:rsidRDefault="001E1ED1">
            <w:pPr>
              <w:spacing w:after="0" w:line="240" w:lineRule="auto"/>
              <w:rPr>
                <w:sz w:val="21"/>
                <w:szCs w:val="21"/>
              </w:rPr>
            </w:pPr>
          </w:p>
        </w:tc>
        <w:tc>
          <w:tcPr>
            <w:tcW w:w="2376" w:type="dxa"/>
            <w:tcBorders>
              <w:top w:val="single" w:sz="4" w:space="0" w:color="E8E3E1"/>
              <w:left w:val="single" w:sz="4" w:space="0" w:color="E8E3E1"/>
              <w:bottom w:val="single" w:sz="4" w:space="0" w:color="E8E3E1"/>
              <w:right w:val="single" w:sz="4" w:space="0" w:color="E8E3E1"/>
            </w:tcBorders>
            <w:shd w:val="clear" w:color="auto" w:fill="FFFFFF"/>
            <w:tcMar>
              <w:top w:w="70" w:type="dxa"/>
              <w:left w:w="65" w:type="dxa"/>
              <w:bottom w:w="70" w:type="dxa"/>
              <w:right w:w="65" w:type="dxa"/>
            </w:tcMar>
          </w:tcPr>
          <w:p w14:paraId="4AEDD0D7" w14:textId="77777777" w:rsidR="001E1ED1" w:rsidRPr="004756AA" w:rsidRDefault="001E1ED1">
            <w:pPr>
              <w:spacing w:after="0" w:line="240" w:lineRule="auto"/>
              <w:rPr>
                <w:sz w:val="21"/>
                <w:szCs w:val="21"/>
              </w:rPr>
            </w:pPr>
          </w:p>
        </w:tc>
        <w:tc>
          <w:tcPr>
            <w:tcW w:w="2016" w:type="dxa"/>
            <w:tcBorders>
              <w:top w:val="single" w:sz="4" w:space="0" w:color="E8E3E1"/>
              <w:left w:val="single" w:sz="4" w:space="0" w:color="E8E3E1"/>
              <w:bottom w:val="single" w:sz="4" w:space="0" w:color="E8E3E1"/>
              <w:right w:val="single" w:sz="4" w:space="0" w:color="E8E3E1"/>
            </w:tcBorders>
            <w:shd w:val="clear" w:color="auto" w:fill="FFFFFF"/>
            <w:tcMar>
              <w:top w:w="70" w:type="dxa"/>
              <w:left w:w="65" w:type="dxa"/>
              <w:bottom w:w="70" w:type="dxa"/>
              <w:right w:w="65" w:type="dxa"/>
            </w:tcMar>
          </w:tcPr>
          <w:p w14:paraId="20719715" w14:textId="77777777" w:rsidR="001E1ED1" w:rsidRPr="004756AA" w:rsidRDefault="001E1ED1">
            <w:pPr>
              <w:spacing w:after="0" w:line="240" w:lineRule="auto"/>
              <w:rPr>
                <w:sz w:val="21"/>
                <w:szCs w:val="21"/>
              </w:rPr>
            </w:pPr>
          </w:p>
        </w:tc>
      </w:tr>
      <w:tr w:rsidR="001E1ED1" w:rsidRPr="004756AA" w14:paraId="6E79A28E" w14:textId="77777777">
        <w:trPr>
          <w:cantSplit/>
          <w:trHeight w:val="662"/>
          <w:jc w:val="center"/>
        </w:trPr>
        <w:tc>
          <w:tcPr>
            <w:tcW w:w="1944" w:type="dxa"/>
            <w:tcBorders>
              <w:top w:val="single" w:sz="4" w:space="0" w:color="E8E3E1"/>
              <w:left w:val="single" w:sz="4" w:space="0" w:color="E8E3E1"/>
              <w:bottom w:val="single" w:sz="4" w:space="0" w:color="E8E3E1"/>
              <w:right w:val="single" w:sz="4" w:space="0" w:color="E8E3E1"/>
            </w:tcBorders>
            <w:shd w:val="clear" w:color="auto" w:fill="FFFFFF"/>
            <w:tcMar>
              <w:top w:w="70" w:type="dxa"/>
              <w:left w:w="65" w:type="dxa"/>
              <w:bottom w:w="70" w:type="dxa"/>
              <w:right w:w="65" w:type="dxa"/>
            </w:tcMar>
          </w:tcPr>
          <w:p w14:paraId="4B4863BC" w14:textId="77777777" w:rsidR="001E1ED1" w:rsidRPr="004756AA" w:rsidRDefault="001E1ED1">
            <w:pPr>
              <w:spacing w:after="0" w:line="240" w:lineRule="auto"/>
              <w:rPr>
                <w:sz w:val="21"/>
                <w:szCs w:val="21"/>
              </w:rPr>
            </w:pPr>
          </w:p>
        </w:tc>
        <w:tc>
          <w:tcPr>
            <w:tcW w:w="3168" w:type="dxa"/>
            <w:tcBorders>
              <w:top w:val="single" w:sz="4" w:space="0" w:color="E8E3E1"/>
              <w:left w:val="single" w:sz="4" w:space="0" w:color="E8E3E1"/>
              <w:bottom w:val="single" w:sz="4" w:space="0" w:color="E8E3E1"/>
              <w:right w:val="single" w:sz="4" w:space="0" w:color="E8E3E1"/>
            </w:tcBorders>
            <w:shd w:val="clear" w:color="auto" w:fill="FFFFFF"/>
            <w:tcMar>
              <w:top w:w="70" w:type="dxa"/>
              <w:left w:w="65" w:type="dxa"/>
              <w:bottom w:w="70" w:type="dxa"/>
              <w:right w:w="65" w:type="dxa"/>
            </w:tcMar>
          </w:tcPr>
          <w:p w14:paraId="332707ED" w14:textId="77777777" w:rsidR="001E1ED1" w:rsidRPr="004756AA" w:rsidRDefault="001E1ED1">
            <w:pPr>
              <w:spacing w:after="0" w:line="240" w:lineRule="auto"/>
              <w:rPr>
                <w:sz w:val="21"/>
                <w:szCs w:val="21"/>
              </w:rPr>
            </w:pPr>
          </w:p>
        </w:tc>
        <w:tc>
          <w:tcPr>
            <w:tcW w:w="2376" w:type="dxa"/>
            <w:tcBorders>
              <w:top w:val="single" w:sz="4" w:space="0" w:color="E8E3E1"/>
              <w:left w:val="single" w:sz="4" w:space="0" w:color="E8E3E1"/>
              <w:bottom w:val="single" w:sz="4" w:space="0" w:color="E8E3E1"/>
              <w:right w:val="single" w:sz="4" w:space="0" w:color="E8E3E1"/>
            </w:tcBorders>
            <w:shd w:val="clear" w:color="auto" w:fill="FFFFFF"/>
            <w:tcMar>
              <w:top w:w="70" w:type="dxa"/>
              <w:left w:w="65" w:type="dxa"/>
              <w:bottom w:w="70" w:type="dxa"/>
              <w:right w:w="65" w:type="dxa"/>
            </w:tcMar>
          </w:tcPr>
          <w:p w14:paraId="7B67E6C3" w14:textId="77777777" w:rsidR="001E1ED1" w:rsidRPr="004756AA" w:rsidRDefault="001E1ED1">
            <w:pPr>
              <w:spacing w:after="0" w:line="240" w:lineRule="auto"/>
              <w:rPr>
                <w:sz w:val="21"/>
                <w:szCs w:val="21"/>
              </w:rPr>
            </w:pPr>
          </w:p>
        </w:tc>
        <w:tc>
          <w:tcPr>
            <w:tcW w:w="2016" w:type="dxa"/>
            <w:tcBorders>
              <w:top w:val="single" w:sz="4" w:space="0" w:color="E8E3E1"/>
              <w:left w:val="single" w:sz="4" w:space="0" w:color="E8E3E1"/>
              <w:bottom w:val="single" w:sz="4" w:space="0" w:color="E8E3E1"/>
              <w:right w:val="single" w:sz="4" w:space="0" w:color="E8E3E1"/>
            </w:tcBorders>
            <w:shd w:val="clear" w:color="auto" w:fill="FFFFFF"/>
            <w:tcMar>
              <w:top w:w="70" w:type="dxa"/>
              <w:left w:w="65" w:type="dxa"/>
              <w:bottom w:w="70" w:type="dxa"/>
              <w:right w:w="65" w:type="dxa"/>
            </w:tcMar>
          </w:tcPr>
          <w:p w14:paraId="5C0CB49C" w14:textId="77777777" w:rsidR="001E1ED1" w:rsidRPr="004756AA" w:rsidRDefault="001E1ED1">
            <w:pPr>
              <w:spacing w:after="0" w:line="240" w:lineRule="auto"/>
              <w:rPr>
                <w:sz w:val="21"/>
                <w:szCs w:val="21"/>
              </w:rPr>
            </w:pPr>
          </w:p>
        </w:tc>
      </w:tr>
      <w:tr w:rsidR="001E1ED1" w:rsidRPr="004756AA" w14:paraId="39FDC50C" w14:textId="77777777">
        <w:trPr>
          <w:cantSplit/>
          <w:trHeight w:val="662"/>
          <w:jc w:val="center"/>
        </w:trPr>
        <w:tc>
          <w:tcPr>
            <w:tcW w:w="1944" w:type="dxa"/>
            <w:tcBorders>
              <w:top w:val="single" w:sz="4" w:space="0" w:color="E8E3E1"/>
              <w:left w:val="single" w:sz="4" w:space="0" w:color="E8E3E1"/>
              <w:bottom w:val="single" w:sz="4" w:space="0" w:color="E8E3E1"/>
              <w:right w:val="single" w:sz="4" w:space="0" w:color="E8E3E1"/>
            </w:tcBorders>
            <w:shd w:val="clear" w:color="auto" w:fill="FFFFFF"/>
            <w:tcMar>
              <w:top w:w="70" w:type="dxa"/>
              <w:left w:w="65" w:type="dxa"/>
              <w:bottom w:w="70" w:type="dxa"/>
              <w:right w:w="65" w:type="dxa"/>
            </w:tcMar>
          </w:tcPr>
          <w:p w14:paraId="4B5E1247" w14:textId="77777777" w:rsidR="001E1ED1" w:rsidRPr="004756AA" w:rsidRDefault="001E1ED1">
            <w:pPr>
              <w:spacing w:after="0" w:line="240" w:lineRule="auto"/>
              <w:rPr>
                <w:sz w:val="21"/>
                <w:szCs w:val="21"/>
              </w:rPr>
            </w:pPr>
          </w:p>
        </w:tc>
        <w:tc>
          <w:tcPr>
            <w:tcW w:w="3168" w:type="dxa"/>
            <w:tcBorders>
              <w:top w:val="single" w:sz="4" w:space="0" w:color="E8E3E1"/>
              <w:left w:val="single" w:sz="4" w:space="0" w:color="E8E3E1"/>
              <w:bottom w:val="single" w:sz="4" w:space="0" w:color="E8E3E1"/>
              <w:right w:val="single" w:sz="4" w:space="0" w:color="E8E3E1"/>
            </w:tcBorders>
            <w:shd w:val="clear" w:color="auto" w:fill="FFFFFF"/>
            <w:tcMar>
              <w:top w:w="70" w:type="dxa"/>
              <w:left w:w="65" w:type="dxa"/>
              <w:bottom w:w="70" w:type="dxa"/>
              <w:right w:w="65" w:type="dxa"/>
            </w:tcMar>
          </w:tcPr>
          <w:p w14:paraId="72F00ED3" w14:textId="77777777" w:rsidR="001E1ED1" w:rsidRPr="004756AA" w:rsidRDefault="001E1ED1">
            <w:pPr>
              <w:spacing w:after="0" w:line="240" w:lineRule="auto"/>
              <w:rPr>
                <w:sz w:val="21"/>
                <w:szCs w:val="21"/>
              </w:rPr>
            </w:pPr>
          </w:p>
        </w:tc>
        <w:tc>
          <w:tcPr>
            <w:tcW w:w="2376" w:type="dxa"/>
            <w:tcBorders>
              <w:top w:val="single" w:sz="4" w:space="0" w:color="E8E3E1"/>
              <w:left w:val="single" w:sz="4" w:space="0" w:color="E8E3E1"/>
              <w:bottom w:val="single" w:sz="4" w:space="0" w:color="E8E3E1"/>
              <w:right w:val="single" w:sz="4" w:space="0" w:color="E8E3E1"/>
            </w:tcBorders>
            <w:shd w:val="clear" w:color="auto" w:fill="FFFFFF"/>
            <w:tcMar>
              <w:top w:w="70" w:type="dxa"/>
              <w:left w:w="65" w:type="dxa"/>
              <w:bottom w:w="70" w:type="dxa"/>
              <w:right w:w="65" w:type="dxa"/>
            </w:tcMar>
          </w:tcPr>
          <w:p w14:paraId="7E75971B" w14:textId="77777777" w:rsidR="001E1ED1" w:rsidRPr="004756AA" w:rsidRDefault="001E1ED1">
            <w:pPr>
              <w:spacing w:after="0" w:line="240" w:lineRule="auto"/>
              <w:rPr>
                <w:sz w:val="21"/>
                <w:szCs w:val="21"/>
              </w:rPr>
            </w:pPr>
          </w:p>
        </w:tc>
        <w:tc>
          <w:tcPr>
            <w:tcW w:w="2016" w:type="dxa"/>
            <w:tcBorders>
              <w:top w:val="single" w:sz="4" w:space="0" w:color="E8E3E1"/>
              <w:left w:val="single" w:sz="4" w:space="0" w:color="E8E3E1"/>
              <w:bottom w:val="single" w:sz="4" w:space="0" w:color="E8E3E1"/>
              <w:right w:val="single" w:sz="4" w:space="0" w:color="E8E3E1"/>
            </w:tcBorders>
            <w:shd w:val="clear" w:color="auto" w:fill="FFFFFF"/>
            <w:tcMar>
              <w:top w:w="70" w:type="dxa"/>
              <w:left w:w="65" w:type="dxa"/>
              <w:bottom w:w="70" w:type="dxa"/>
              <w:right w:w="65" w:type="dxa"/>
            </w:tcMar>
          </w:tcPr>
          <w:p w14:paraId="0032DABA" w14:textId="77777777" w:rsidR="001E1ED1" w:rsidRPr="004756AA" w:rsidRDefault="001E1ED1">
            <w:pPr>
              <w:spacing w:after="0" w:line="240" w:lineRule="auto"/>
              <w:rPr>
                <w:sz w:val="21"/>
                <w:szCs w:val="21"/>
              </w:rPr>
            </w:pPr>
          </w:p>
        </w:tc>
      </w:tr>
      <w:tr w:rsidR="001E1ED1" w:rsidRPr="004756AA" w14:paraId="5D64580B" w14:textId="77777777">
        <w:trPr>
          <w:cantSplit/>
          <w:trHeight w:val="662"/>
          <w:jc w:val="center"/>
        </w:trPr>
        <w:tc>
          <w:tcPr>
            <w:tcW w:w="1944" w:type="dxa"/>
            <w:tcBorders>
              <w:top w:val="single" w:sz="4" w:space="0" w:color="E8E3E1"/>
              <w:left w:val="single" w:sz="4" w:space="0" w:color="E8E3E1"/>
              <w:bottom w:val="single" w:sz="4" w:space="0" w:color="E8E3E1"/>
              <w:right w:val="single" w:sz="4" w:space="0" w:color="E8E3E1"/>
            </w:tcBorders>
            <w:shd w:val="clear" w:color="auto" w:fill="FFFFFF"/>
            <w:tcMar>
              <w:top w:w="70" w:type="dxa"/>
              <w:left w:w="65" w:type="dxa"/>
              <w:bottom w:w="70" w:type="dxa"/>
              <w:right w:w="65" w:type="dxa"/>
            </w:tcMar>
          </w:tcPr>
          <w:p w14:paraId="577D2F08" w14:textId="77777777" w:rsidR="001E1ED1" w:rsidRPr="004756AA" w:rsidRDefault="001E1ED1">
            <w:pPr>
              <w:spacing w:after="0" w:line="240" w:lineRule="auto"/>
              <w:rPr>
                <w:sz w:val="21"/>
                <w:szCs w:val="21"/>
              </w:rPr>
            </w:pPr>
          </w:p>
        </w:tc>
        <w:tc>
          <w:tcPr>
            <w:tcW w:w="3168" w:type="dxa"/>
            <w:tcBorders>
              <w:top w:val="single" w:sz="4" w:space="0" w:color="E8E3E1"/>
              <w:left w:val="single" w:sz="4" w:space="0" w:color="E8E3E1"/>
              <w:bottom w:val="single" w:sz="4" w:space="0" w:color="E8E3E1"/>
              <w:right w:val="single" w:sz="4" w:space="0" w:color="E8E3E1"/>
            </w:tcBorders>
            <w:shd w:val="clear" w:color="auto" w:fill="FFFFFF"/>
            <w:tcMar>
              <w:top w:w="70" w:type="dxa"/>
              <w:left w:w="65" w:type="dxa"/>
              <w:bottom w:w="70" w:type="dxa"/>
              <w:right w:w="65" w:type="dxa"/>
            </w:tcMar>
          </w:tcPr>
          <w:p w14:paraId="78822DAE" w14:textId="77777777" w:rsidR="001E1ED1" w:rsidRPr="004756AA" w:rsidRDefault="001E1ED1">
            <w:pPr>
              <w:spacing w:after="0" w:line="240" w:lineRule="auto"/>
              <w:rPr>
                <w:sz w:val="21"/>
                <w:szCs w:val="21"/>
              </w:rPr>
            </w:pPr>
          </w:p>
        </w:tc>
        <w:tc>
          <w:tcPr>
            <w:tcW w:w="2376" w:type="dxa"/>
            <w:tcBorders>
              <w:top w:val="single" w:sz="4" w:space="0" w:color="E8E3E1"/>
              <w:left w:val="single" w:sz="4" w:space="0" w:color="E8E3E1"/>
              <w:bottom w:val="single" w:sz="4" w:space="0" w:color="E8E3E1"/>
              <w:right w:val="single" w:sz="4" w:space="0" w:color="E8E3E1"/>
            </w:tcBorders>
            <w:shd w:val="clear" w:color="auto" w:fill="FFFFFF"/>
            <w:tcMar>
              <w:top w:w="70" w:type="dxa"/>
              <w:left w:w="65" w:type="dxa"/>
              <w:bottom w:w="70" w:type="dxa"/>
              <w:right w:w="65" w:type="dxa"/>
            </w:tcMar>
          </w:tcPr>
          <w:p w14:paraId="351F5C01" w14:textId="77777777" w:rsidR="001E1ED1" w:rsidRPr="004756AA" w:rsidRDefault="001E1ED1">
            <w:pPr>
              <w:spacing w:after="0" w:line="240" w:lineRule="auto"/>
              <w:rPr>
                <w:sz w:val="21"/>
                <w:szCs w:val="21"/>
              </w:rPr>
            </w:pPr>
          </w:p>
        </w:tc>
        <w:tc>
          <w:tcPr>
            <w:tcW w:w="2016" w:type="dxa"/>
            <w:tcBorders>
              <w:top w:val="single" w:sz="4" w:space="0" w:color="E8E3E1"/>
              <w:left w:val="single" w:sz="4" w:space="0" w:color="E8E3E1"/>
              <w:bottom w:val="single" w:sz="4" w:space="0" w:color="E8E3E1"/>
              <w:right w:val="single" w:sz="4" w:space="0" w:color="E8E3E1"/>
            </w:tcBorders>
            <w:shd w:val="clear" w:color="auto" w:fill="FFFFFF"/>
            <w:tcMar>
              <w:top w:w="70" w:type="dxa"/>
              <w:left w:w="65" w:type="dxa"/>
              <w:bottom w:w="70" w:type="dxa"/>
              <w:right w:w="65" w:type="dxa"/>
            </w:tcMar>
          </w:tcPr>
          <w:p w14:paraId="0F196C81" w14:textId="77777777" w:rsidR="001E1ED1" w:rsidRPr="004756AA" w:rsidRDefault="001E1ED1">
            <w:pPr>
              <w:spacing w:after="0" w:line="240" w:lineRule="auto"/>
              <w:rPr>
                <w:sz w:val="21"/>
                <w:szCs w:val="21"/>
              </w:rPr>
            </w:pPr>
          </w:p>
        </w:tc>
      </w:tr>
      <w:tr w:rsidR="001E1ED1" w:rsidRPr="004756AA" w14:paraId="608FD9F1" w14:textId="77777777">
        <w:trPr>
          <w:cantSplit/>
          <w:trHeight w:val="662"/>
          <w:jc w:val="center"/>
        </w:trPr>
        <w:tc>
          <w:tcPr>
            <w:tcW w:w="1944" w:type="dxa"/>
            <w:tcBorders>
              <w:top w:val="single" w:sz="4" w:space="0" w:color="E8E3E1"/>
              <w:left w:val="single" w:sz="4" w:space="0" w:color="E8E3E1"/>
              <w:bottom w:val="single" w:sz="4" w:space="0" w:color="E8E3E1"/>
              <w:right w:val="single" w:sz="4" w:space="0" w:color="E8E3E1"/>
            </w:tcBorders>
            <w:shd w:val="clear" w:color="auto" w:fill="FFFFFF"/>
            <w:tcMar>
              <w:top w:w="70" w:type="dxa"/>
              <w:left w:w="65" w:type="dxa"/>
              <w:bottom w:w="70" w:type="dxa"/>
              <w:right w:w="65" w:type="dxa"/>
            </w:tcMar>
          </w:tcPr>
          <w:p w14:paraId="6D928D43" w14:textId="77777777" w:rsidR="001E1ED1" w:rsidRPr="004756AA" w:rsidRDefault="001E1ED1">
            <w:pPr>
              <w:spacing w:after="0" w:line="240" w:lineRule="auto"/>
              <w:rPr>
                <w:sz w:val="21"/>
                <w:szCs w:val="21"/>
              </w:rPr>
            </w:pPr>
          </w:p>
        </w:tc>
        <w:tc>
          <w:tcPr>
            <w:tcW w:w="3168" w:type="dxa"/>
            <w:tcBorders>
              <w:top w:val="single" w:sz="4" w:space="0" w:color="E8E3E1"/>
              <w:left w:val="single" w:sz="4" w:space="0" w:color="E8E3E1"/>
              <w:bottom w:val="single" w:sz="4" w:space="0" w:color="E8E3E1"/>
              <w:right w:val="single" w:sz="4" w:space="0" w:color="E8E3E1"/>
            </w:tcBorders>
            <w:shd w:val="clear" w:color="auto" w:fill="FFFFFF"/>
            <w:tcMar>
              <w:top w:w="70" w:type="dxa"/>
              <w:left w:w="65" w:type="dxa"/>
              <w:bottom w:w="70" w:type="dxa"/>
              <w:right w:w="65" w:type="dxa"/>
            </w:tcMar>
          </w:tcPr>
          <w:p w14:paraId="2A42396E" w14:textId="77777777" w:rsidR="001E1ED1" w:rsidRPr="004756AA" w:rsidRDefault="001E1ED1">
            <w:pPr>
              <w:spacing w:after="0" w:line="240" w:lineRule="auto"/>
              <w:rPr>
                <w:sz w:val="21"/>
                <w:szCs w:val="21"/>
              </w:rPr>
            </w:pPr>
          </w:p>
        </w:tc>
        <w:tc>
          <w:tcPr>
            <w:tcW w:w="2376" w:type="dxa"/>
            <w:tcBorders>
              <w:top w:val="single" w:sz="4" w:space="0" w:color="E8E3E1"/>
              <w:left w:val="single" w:sz="4" w:space="0" w:color="E8E3E1"/>
              <w:bottom w:val="single" w:sz="4" w:space="0" w:color="E8E3E1"/>
              <w:right w:val="single" w:sz="4" w:space="0" w:color="E8E3E1"/>
            </w:tcBorders>
            <w:shd w:val="clear" w:color="auto" w:fill="FFFFFF"/>
            <w:tcMar>
              <w:top w:w="70" w:type="dxa"/>
              <w:left w:w="65" w:type="dxa"/>
              <w:bottom w:w="70" w:type="dxa"/>
              <w:right w:w="65" w:type="dxa"/>
            </w:tcMar>
          </w:tcPr>
          <w:p w14:paraId="49A1EEA0" w14:textId="77777777" w:rsidR="001E1ED1" w:rsidRPr="004756AA" w:rsidRDefault="001E1ED1">
            <w:pPr>
              <w:spacing w:after="0" w:line="240" w:lineRule="auto"/>
              <w:rPr>
                <w:sz w:val="21"/>
                <w:szCs w:val="21"/>
              </w:rPr>
            </w:pPr>
          </w:p>
        </w:tc>
        <w:tc>
          <w:tcPr>
            <w:tcW w:w="2016" w:type="dxa"/>
            <w:tcBorders>
              <w:top w:val="single" w:sz="4" w:space="0" w:color="E8E3E1"/>
              <w:left w:val="single" w:sz="4" w:space="0" w:color="E8E3E1"/>
              <w:bottom w:val="single" w:sz="4" w:space="0" w:color="E8E3E1"/>
              <w:right w:val="single" w:sz="4" w:space="0" w:color="E8E3E1"/>
            </w:tcBorders>
            <w:shd w:val="clear" w:color="auto" w:fill="FFFFFF"/>
            <w:tcMar>
              <w:top w:w="70" w:type="dxa"/>
              <w:left w:w="65" w:type="dxa"/>
              <w:bottom w:w="70" w:type="dxa"/>
              <w:right w:w="65" w:type="dxa"/>
            </w:tcMar>
          </w:tcPr>
          <w:p w14:paraId="644C5CC5" w14:textId="77777777" w:rsidR="001E1ED1" w:rsidRPr="004756AA" w:rsidRDefault="001E1ED1">
            <w:pPr>
              <w:spacing w:after="0" w:line="240" w:lineRule="auto"/>
              <w:rPr>
                <w:sz w:val="21"/>
                <w:szCs w:val="21"/>
              </w:rPr>
            </w:pPr>
          </w:p>
        </w:tc>
      </w:tr>
    </w:tbl>
    <w:p w14:paraId="09A8CD5E" w14:textId="77777777" w:rsidR="001E1ED1" w:rsidRDefault="005525A4">
      <w:pPr>
        <w:pStyle w:val="Heading1"/>
        <w:spacing w:before="80" w:after="100" w:line="240" w:lineRule="auto"/>
      </w:pPr>
      <w:r>
        <w:rPr>
          <w:rFonts w:ascii="Calibri Light" w:hAnsi="Calibri Light"/>
        </w:rPr>
        <w:t>4. SUPPORTING STATEMENT</w:t>
      </w:r>
    </w:p>
    <w:p w14:paraId="2BDB4852" w14:textId="77777777" w:rsidR="001E1ED1" w:rsidRPr="004756AA" w:rsidRDefault="005525A4">
      <w:pPr>
        <w:spacing w:after="120" w:line="240" w:lineRule="auto"/>
        <w:rPr>
          <w:sz w:val="21"/>
          <w:szCs w:val="21"/>
        </w:rPr>
      </w:pPr>
      <w:r w:rsidRPr="004756AA">
        <w:rPr>
          <w:color w:val="666666"/>
          <w:sz w:val="21"/>
          <w:szCs w:val="21"/>
        </w:rPr>
        <w:t>Please explain how you meet the requirements of the Person Specification. Give specific examples of the skills, experience and knowledge you have gained that are relevant to this role. Examples may come from paid work, voluntary work or other relevant activities.</w:t>
      </w:r>
    </w:p>
    <w:tbl>
      <w:tblPr>
        <w:tblW w:w="0" w:type="auto"/>
        <w:jc w:val="center"/>
        <w:tblLook w:val="04A0" w:firstRow="1" w:lastRow="0" w:firstColumn="1" w:lastColumn="0" w:noHBand="0" w:noVBand="1"/>
      </w:tblPr>
      <w:tblGrid>
        <w:gridCol w:w="10352"/>
      </w:tblGrid>
      <w:tr w:rsidR="001E1ED1" w:rsidRPr="004756AA" w14:paraId="37736C31" w14:textId="77777777">
        <w:trPr>
          <w:jc w:val="center"/>
        </w:trPr>
        <w:tc>
          <w:tcPr>
            <w:tcW w:w="10368" w:type="dxa"/>
            <w:tcBorders>
              <w:top w:val="single" w:sz="6" w:space="0" w:color="EFC5BA"/>
              <w:left w:val="single" w:sz="6" w:space="0" w:color="EFC5BA"/>
              <w:bottom w:val="single" w:sz="6" w:space="0" w:color="EFC5BA"/>
              <w:right w:val="single" w:sz="6" w:space="0" w:color="EFC5BA"/>
            </w:tcBorders>
            <w:shd w:val="clear" w:color="auto" w:fill="FAF6F4"/>
            <w:tcMar>
              <w:top w:w="110" w:type="dxa"/>
              <w:left w:w="140" w:type="dxa"/>
              <w:bottom w:w="110" w:type="dxa"/>
              <w:right w:w="140" w:type="dxa"/>
            </w:tcMar>
          </w:tcPr>
          <w:p w14:paraId="16723BF9" w14:textId="77777777" w:rsidR="001E1ED1" w:rsidRPr="004756AA" w:rsidRDefault="005525A4">
            <w:pPr>
              <w:spacing w:after="0" w:line="240" w:lineRule="auto"/>
              <w:rPr>
                <w:sz w:val="21"/>
                <w:szCs w:val="21"/>
              </w:rPr>
            </w:pPr>
            <w:r w:rsidRPr="004756AA">
              <w:rPr>
                <w:b/>
                <w:color w:val="B56F60"/>
                <w:sz w:val="21"/>
                <w:szCs w:val="21"/>
              </w:rPr>
              <w:t xml:space="preserve">Guidance: </w:t>
            </w:r>
            <w:r w:rsidRPr="004756AA">
              <w:rPr>
                <w:sz w:val="21"/>
                <w:szCs w:val="21"/>
              </w:rPr>
              <w:t xml:space="preserve">Use clear examples rather than repeating your CV. Where helpful, explain the situation, what you did and the outcome. You may </w:t>
            </w:r>
            <w:proofErr w:type="gramStart"/>
            <w:r w:rsidRPr="004756AA">
              <w:rPr>
                <w:sz w:val="21"/>
                <w:szCs w:val="21"/>
              </w:rPr>
              <w:t>continue on</w:t>
            </w:r>
            <w:proofErr w:type="gramEnd"/>
            <w:r w:rsidRPr="004756AA">
              <w:rPr>
                <w:sz w:val="21"/>
                <w:szCs w:val="21"/>
              </w:rPr>
              <w:t xml:space="preserve"> the next page or attach additional pages clearly labelled with your name and the role applied for.</w:t>
            </w:r>
          </w:p>
        </w:tc>
      </w:tr>
    </w:tbl>
    <w:tbl>
      <w:tblPr>
        <w:tblW w:w="0" w:type="auto"/>
        <w:jc w:val="center"/>
        <w:tblLayout w:type="fixed"/>
        <w:tblLook w:val="04A0" w:firstRow="1" w:lastRow="0" w:firstColumn="1" w:lastColumn="0" w:noHBand="0" w:noVBand="1"/>
      </w:tblPr>
      <w:tblGrid>
        <w:gridCol w:w="10368"/>
      </w:tblGrid>
      <w:tr w:rsidR="001E1ED1" w14:paraId="41E4035E" w14:textId="77777777">
        <w:trPr>
          <w:cantSplit/>
          <w:trHeight w:val="490"/>
          <w:jc w:val="center"/>
        </w:trPr>
        <w:tc>
          <w:tcPr>
            <w:tcW w:w="10368" w:type="dxa"/>
            <w:tcBorders>
              <w:left w:val="single" w:sz="4" w:space="0" w:color="E8E3E1"/>
              <w:bottom w:val="single" w:sz="4" w:space="0" w:color="E8E3E1"/>
              <w:right w:val="single" w:sz="4" w:space="0" w:color="E8E3E1"/>
            </w:tcBorders>
            <w:shd w:val="clear" w:color="auto" w:fill="FFFFFF"/>
            <w:tcMar>
              <w:top w:w="30" w:type="dxa"/>
              <w:left w:w="75" w:type="dxa"/>
              <w:bottom w:w="30" w:type="dxa"/>
              <w:right w:w="75" w:type="dxa"/>
            </w:tcMar>
          </w:tcPr>
          <w:p w14:paraId="620A5822" w14:textId="77777777" w:rsidR="001E1ED1" w:rsidRDefault="001E1ED1"/>
        </w:tc>
      </w:tr>
      <w:tr w:rsidR="001E1ED1" w14:paraId="41A7959C" w14:textId="77777777">
        <w:trPr>
          <w:cantSplit/>
          <w:trHeight w:val="490"/>
          <w:jc w:val="center"/>
        </w:trPr>
        <w:tc>
          <w:tcPr>
            <w:tcW w:w="10368" w:type="dxa"/>
            <w:tcBorders>
              <w:left w:val="single" w:sz="4" w:space="0" w:color="E8E3E1"/>
              <w:bottom w:val="single" w:sz="4" w:space="0" w:color="E8E3E1"/>
              <w:right w:val="single" w:sz="4" w:space="0" w:color="E8E3E1"/>
            </w:tcBorders>
            <w:shd w:val="clear" w:color="auto" w:fill="FFFFFF"/>
            <w:tcMar>
              <w:top w:w="30" w:type="dxa"/>
              <w:left w:w="75" w:type="dxa"/>
              <w:bottom w:w="30" w:type="dxa"/>
              <w:right w:w="75" w:type="dxa"/>
            </w:tcMar>
          </w:tcPr>
          <w:p w14:paraId="63620004" w14:textId="77777777" w:rsidR="001E1ED1" w:rsidRDefault="001E1ED1"/>
        </w:tc>
      </w:tr>
      <w:tr w:rsidR="001E1ED1" w14:paraId="485AE3AF" w14:textId="77777777">
        <w:trPr>
          <w:cantSplit/>
          <w:trHeight w:val="490"/>
          <w:jc w:val="center"/>
        </w:trPr>
        <w:tc>
          <w:tcPr>
            <w:tcW w:w="10368" w:type="dxa"/>
            <w:tcBorders>
              <w:left w:val="single" w:sz="4" w:space="0" w:color="E8E3E1"/>
              <w:bottom w:val="single" w:sz="4" w:space="0" w:color="E8E3E1"/>
              <w:right w:val="single" w:sz="4" w:space="0" w:color="E8E3E1"/>
            </w:tcBorders>
            <w:shd w:val="clear" w:color="auto" w:fill="FFFFFF"/>
            <w:tcMar>
              <w:top w:w="30" w:type="dxa"/>
              <w:left w:w="75" w:type="dxa"/>
              <w:bottom w:w="30" w:type="dxa"/>
              <w:right w:w="75" w:type="dxa"/>
            </w:tcMar>
          </w:tcPr>
          <w:p w14:paraId="55235AB0" w14:textId="77777777" w:rsidR="001E1ED1" w:rsidRDefault="001E1ED1"/>
        </w:tc>
      </w:tr>
      <w:tr w:rsidR="001E1ED1" w14:paraId="0C0DEAEF" w14:textId="77777777">
        <w:trPr>
          <w:cantSplit/>
          <w:trHeight w:val="490"/>
          <w:jc w:val="center"/>
        </w:trPr>
        <w:tc>
          <w:tcPr>
            <w:tcW w:w="10368" w:type="dxa"/>
            <w:tcBorders>
              <w:left w:val="single" w:sz="4" w:space="0" w:color="E8E3E1"/>
              <w:bottom w:val="single" w:sz="4" w:space="0" w:color="E8E3E1"/>
              <w:right w:val="single" w:sz="4" w:space="0" w:color="E8E3E1"/>
            </w:tcBorders>
            <w:shd w:val="clear" w:color="auto" w:fill="FFFFFF"/>
            <w:tcMar>
              <w:top w:w="30" w:type="dxa"/>
              <w:left w:w="75" w:type="dxa"/>
              <w:bottom w:w="30" w:type="dxa"/>
              <w:right w:w="75" w:type="dxa"/>
            </w:tcMar>
          </w:tcPr>
          <w:p w14:paraId="61DD90EE" w14:textId="77777777" w:rsidR="001E1ED1" w:rsidRDefault="001E1ED1"/>
        </w:tc>
      </w:tr>
      <w:tr w:rsidR="001E1ED1" w14:paraId="7FF1014F" w14:textId="77777777">
        <w:trPr>
          <w:cantSplit/>
          <w:trHeight w:val="490"/>
          <w:jc w:val="center"/>
        </w:trPr>
        <w:tc>
          <w:tcPr>
            <w:tcW w:w="10368" w:type="dxa"/>
            <w:tcBorders>
              <w:left w:val="single" w:sz="4" w:space="0" w:color="E8E3E1"/>
              <w:bottom w:val="single" w:sz="4" w:space="0" w:color="E8E3E1"/>
              <w:right w:val="single" w:sz="4" w:space="0" w:color="E8E3E1"/>
            </w:tcBorders>
            <w:shd w:val="clear" w:color="auto" w:fill="FFFFFF"/>
            <w:tcMar>
              <w:top w:w="30" w:type="dxa"/>
              <w:left w:w="75" w:type="dxa"/>
              <w:bottom w:w="30" w:type="dxa"/>
              <w:right w:w="75" w:type="dxa"/>
            </w:tcMar>
          </w:tcPr>
          <w:p w14:paraId="0CFA7897" w14:textId="77777777" w:rsidR="001E1ED1" w:rsidRDefault="001E1ED1"/>
        </w:tc>
      </w:tr>
      <w:tr w:rsidR="001E1ED1" w14:paraId="41E7AE26" w14:textId="77777777">
        <w:trPr>
          <w:cantSplit/>
          <w:trHeight w:val="490"/>
          <w:jc w:val="center"/>
        </w:trPr>
        <w:tc>
          <w:tcPr>
            <w:tcW w:w="10368" w:type="dxa"/>
            <w:tcBorders>
              <w:left w:val="single" w:sz="4" w:space="0" w:color="E8E3E1"/>
              <w:bottom w:val="single" w:sz="4" w:space="0" w:color="E8E3E1"/>
              <w:right w:val="single" w:sz="4" w:space="0" w:color="E8E3E1"/>
            </w:tcBorders>
            <w:shd w:val="clear" w:color="auto" w:fill="FFFFFF"/>
            <w:tcMar>
              <w:top w:w="30" w:type="dxa"/>
              <w:left w:w="75" w:type="dxa"/>
              <w:bottom w:w="30" w:type="dxa"/>
              <w:right w:w="75" w:type="dxa"/>
            </w:tcMar>
          </w:tcPr>
          <w:p w14:paraId="5BCC2657" w14:textId="77777777" w:rsidR="001E1ED1" w:rsidRDefault="001E1ED1"/>
        </w:tc>
      </w:tr>
      <w:tr w:rsidR="001E1ED1" w14:paraId="4CB3D631" w14:textId="77777777">
        <w:trPr>
          <w:cantSplit/>
          <w:trHeight w:val="490"/>
          <w:jc w:val="center"/>
        </w:trPr>
        <w:tc>
          <w:tcPr>
            <w:tcW w:w="10368" w:type="dxa"/>
            <w:tcBorders>
              <w:left w:val="single" w:sz="4" w:space="0" w:color="E8E3E1"/>
              <w:bottom w:val="single" w:sz="4" w:space="0" w:color="E8E3E1"/>
              <w:right w:val="single" w:sz="4" w:space="0" w:color="E8E3E1"/>
            </w:tcBorders>
            <w:shd w:val="clear" w:color="auto" w:fill="FFFFFF"/>
            <w:tcMar>
              <w:top w:w="30" w:type="dxa"/>
              <w:left w:w="75" w:type="dxa"/>
              <w:bottom w:w="30" w:type="dxa"/>
              <w:right w:w="75" w:type="dxa"/>
            </w:tcMar>
          </w:tcPr>
          <w:p w14:paraId="7010B9C6" w14:textId="77777777" w:rsidR="001E1ED1" w:rsidRDefault="001E1ED1"/>
        </w:tc>
      </w:tr>
      <w:tr w:rsidR="001E1ED1" w14:paraId="1A7EE668" w14:textId="77777777">
        <w:trPr>
          <w:cantSplit/>
          <w:trHeight w:val="490"/>
          <w:jc w:val="center"/>
        </w:trPr>
        <w:tc>
          <w:tcPr>
            <w:tcW w:w="10368" w:type="dxa"/>
            <w:tcBorders>
              <w:left w:val="single" w:sz="4" w:space="0" w:color="E8E3E1"/>
              <w:bottom w:val="single" w:sz="4" w:space="0" w:color="E8E3E1"/>
              <w:right w:val="single" w:sz="4" w:space="0" w:color="E8E3E1"/>
            </w:tcBorders>
            <w:shd w:val="clear" w:color="auto" w:fill="FFFFFF"/>
            <w:tcMar>
              <w:top w:w="30" w:type="dxa"/>
              <w:left w:w="75" w:type="dxa"/>
              <w:bottom w:w="30" w:type="dxa"/>
              <w:right w:w="75" w:type="dxa"/>
            </w:tcMar>
          </w:tcPr>
          <w:p w14:paraId="2A2CF9FB" w14:textId="77777777" w:rsidR="001E1ED1" w:rsidRDefault="001E1ED1"/>
        </w:tc>
      </w:tr>
      <w:tr w:rsidR="001E1ED1" w14:paraId="3F9545C9" w14:textId="77777777">
        <w:trPr>
          <w:cantSplit/>
          <w:trHeight w:val="490"/>
          <w:jc w:val="center"/>
        </w:trPr>
        <w:tc>
          <w:tcPr>
            <w:tcW w:w="10368" w:type="dxa"/>
            <w:tcBorders>
              <w:left w:val="single" w:sz="4" w:space="0" w:color="E8E3E1"/>
              <w:bottom w:val="single" w:sz="4" w:space="0" w:color="E8E3E1"/>
              <w:right w:val="single" w:sz="4" w:space="0" w:color="E8E3E1"/>
            </w:tcBorders>
            <w:shd w:val="clear" w:color="auto" w:fill="FFFFFF"/>
            <w:tcMar>
              <w:top w:w="30" w:type="dxa"/>
              <w:left w:w="75" w:type="dxa"/>
              <w:bottom w:w="30" w:type="dxa"/>
              <w:right w:w="75" w:type="dxa"/>
            </w:tcMar>
          </w:tcPr>
          <w:p w14:paraId="1159DD8E" w14:textId="77777777" w:rsidR="001E1ED1" w:rsidRDefault="001E1ED1"/>
        </w:tc>
      </w:tr>
      <w:tr w:rsidR="001E1ED1" w14:paraId="758A50EB" w14:textId="77777777">
        <w:trPr>
          <w:cantSplit/>
          <w:trHeight w:val="490"/>
          <w:jc w:val="center"/>
        </w:trPr>
        <w:tc>
          <w:tcPr>
            <w:tcW w:w="10368" w:type="dxa"/>
            <w:tcBorders>
              <w:left w:val="single" w:sz="4" w:space="0" w:color="E8E3E1"/>
              <w:bottom w:val="single" w:sz="4" w:space="0" w:color="E8E3E1"/>
              <w:right w:val="single" w:sz="4" w:space="0" w:color="E8E3E1"/>
            </w:tcBorders>
            <w:shd w:val="clear" w:color="auto" w:fill="FFFFFF"/>
            <w:tcMar>
              <w:top w:w="30" w:type="dxa"/>
              <w:left w:w="75" w:type="dxa"/>
              <w:bottom w:w="30" w:type="dxa"/>
              <w:right w:w="75" w:type="dxa"/>
            </w:tcMar>
          </w:tcPr>
          <w:p w14:paraId="5CA30882" w14:textId="77777777" w:rsidR="001E1ED1" w:rsidRDefault="001E1ED1"/>
        </w:tc>
      </w:tr>
      <w:tr w:rsidR="001E1ED1" w14:paraId="3A06A953" w14:textId="77777777">
        <w:trPr>
          <w:cantSplit/>
          <w:trHeight w:val="490"/>
          <w:jc w:val="center"/>
        </w:trPr>
        <w:tc>
          <w:tcPr>
            <w:tcW w:w="10368" w:type="dxa"/>
            <w:tcBorders>
              <w:left w:val="single" w:sz="4" w:space="0" w:color="E8E3E1"/>
              <w:bottom w:val="single" w:sz="4" w:space="0" w:color="E8E3E1"/>
              <w:right w:val="single" w:sz="4" w:space="0" w:color="E8E3E1"/>
            </w:tcBorders>
            <w:shd w:val="clear" w:color="auto" w:fill="FFFFFF"/>
            <w:tcMar>
              <w:top w:w="30" w:type="dxa"/>
              <w:left w:w="75" w:type="dxa"/>
              <w:bottom w:w="30" w:type="dxa"/>
              <w:right w:w="75" w:type="dxa"/>
            </w:tcMar>
          </w:tcPr>
          <w:p w14:paraId="564F4493" w14:textId="77777777" w:rsidR="001E1ED1" w:rsidRDefault="001E1ED1"/>
        </w:tc>
      </w:tr>
      <w:tr w:rsidR="001E1ED1" w14:paraId="42275B40" w14:textId="77777777">
        <w:trPr>
          <w:cantSplit/>
          <w:trHeight w:val="490"/>
          <w:jc w:val="center"/>
        </w:trPr>
        <w:tc>
          <w:tcPr>
            <w:tcW w:w="10368" w:type="dxa"/>
            <w:tcBorders>
              <w:left w:val="single" w:sz="4" w:space="0" w:color="E8E3E1"/>
              <w:bottom w:val="single" w:sz="4" w:space="0" w:color="E8E3E1"/>
              <w:right w:val="single" w:sz="4" w:space="0" w:color="E8E3E1"/>
            </w:tcBorders>
            <w:shd w:val="clear" w:color="auto" w:fill="FFFFFF"/>
            <w:tcMar>
              <w:top w:w="30" w:type="dxa"/>
              <w:left w:w="75" w:type="dxa"/>
              <w:bottom w:w="30" w:type="dxa"/>
              <w:right w:w="75" w:type="dxa"/>
            </w:tcMar>
          </w:tcPr>
          <w:p w14:paraId="2C9A9A8A" w14:textId="77777777" w:rsidR="001E1ED1" w:rsidRDefault="001E1ED1"/>
        </w:tc>
      </w:tr>
      <w:tr w:rsidR="001E1ED1" w14:paraId="2CE18F35" w14:textId="77777777">
        <w:trPr>
          <w:cantSplit/>
          <w:trHeight w:val="490"/>
          <w:jc w:val="center"/>
        </w:trPr>
        <w:tc>
          <w:tcPr>
            <w:tcW w:w="10368" w:type="dxa"/>
            <w:tcBorders>
              <w:left w:val="single" w:sz="4" w:space="0" w:color="E8E3E1"/>
              <w:bottom w:val="single" w:sz="4" w:space="0" w:color="E8E3E1"/>
              <w:right w:val="single" w:sz="4" w:space="0" w:color="E8E3E1"/>
            </w:tcBorders>
            <w:shd w:val="clear" w:color="auto" w:fill="FFFFFF"/>
            <w:tcMar>
              <w:top w:w="30" w:type="dxa"/>
              <w:left w:w="75" w:type="dxa"/>
              <w:bottom w:w="30" w:type="dxa"/>
              <w:right w:w="75" w:type="dxa"/>
            </w:tcMar>
          </w:tcPr>
          <w:p w14:paraId="7AE48C26" w14:textId="77777777" w:rsidR="001E1ED1" w:rsidRDefault="001E1ED1"/>
        </w:tc>
      </w:tr>
      <w:tr w:rsidR="001E1ED1" w14:paraId="7AAC0490" w14:textId="77777777">
        <w:trPr>
          <w:cantSplit/>
          <w:trHeight w:val="490"/>
          <w:jc w:val="center"/>
        </w:trPr>
        <w:tc>
          <w:tcPr>
            <w:tcW w:w="10368" w:type="dxa"/>
            <w:tcBorders>
              <w:left w:val="single" w:sz="4" w:space="0" w:color="E8E3E1"/>
              <w:bottom w:val="single" w:sz="4" w:space="0" w:color="E8E3E1"/>
              <w:right w:val="single" w:sz="4" w:space="0" w:color="E8E3E1"/>
            </w:tcBorders>
            <w:shd w:val="clear" w:color="auto" w:fill="FFFFFF"/>
            <w:tcMar>
              <w:top w:w="30" w:type="dxa"/>
              <w:left w:w="75" w:type="dxa"/>
              <w:bottom w:w="30" w:type="dxa"/>
              <w:right w:w="75" w:type="dxa"/>
            </w:tcMar>
          </w:tcPr>
          <w:p w14:paraId="643FB267" w14:textId="77777777" w:rsidR="001E1ED1" w:rsidRDefault="001E1ED1"/>
        </w:tc>
      </w:tr>
      <w:tr w:rsidR="001E1ED1" w14:paraId="6335D283" w14:textId="77777777">
        <w:trPr>
          <w:cantSplit/>
          <w:trHeight w:val="490"/>
          <w:jc w:val="center"/>
        </w:trPr>
        <w:tc>
          <w:tcPr>
            <w:tcW w:w="10368" w:type="dxa"/>
            <w:tcBorders>
              <w:left w:val="single" w:sz="4" w:space="0" w:color="E8E3E1"/>
              <w:bottom w:val="single" w:sz="4" w:space="0" w:color="E8E3E1"/>
              <w:right w:val="single" w:sz="4" w:space="0" w:color="E8E3E1"/>
            </w:tcBorders>
            <w:shd w:val="clear" w:color="auto" w:fill="FFFFFF"/>
            <w:tcMar>
              <w:top w:w="30" w:type="dxa"/>
              <w:left w:w="75" w:type="dxa"/>
              <w:bottom w:w="30" w:type="dxa"/>
              <w:right w:w="75" w:type="dxa"/>
            </w:tcMar>
          </w:tcPr>
          <w:p w14:paraId="3437FEC6" w14:textId="77777777" w:rsidR="001E1ED1" w:rsidRDefault="001E1ED1"/>
        </w:tc>
      </w:tr>
      <w:tr w:rsidR="001E1ED1" w14:paraId="183E35B6" w14:textId="77777777">
        <w:trPr>
          <w:cantSplit/>
          <w:trHeight w:val="490"/>
          <w:jc w:val="center"/>
        </w:trPr>
        <w:tc>
          <w:tcPr>
            <w:tcW w:w="10368" w:type="dxa"/>
            <w:tcBorders>
              <w:left w:val="single" w:sz="4" w:space="0" w:color="E8E3E1"/>
              <w:bottom w:val="single" w:sz="4" w:space="0" w:color="E8E3E1"/>
              <w:right w:val="single" w:sz="4" w:space="0" w:color="E8E3E1"/>
            </w:tcBorders>
            <w:shd w:val="clear" w:color="auto" w:fill="FFFFFF"/>
            <w:tcMar>
              <w:top w:w="30" w:type="dxa"/>
              <w:left w:w="75" w:type="dxa"/>
              <w:bottom w:w="30" w:type="dxa"/>
              <w:right w:w="75" w:type="dxa"/>
            </w:tcMar>
          </w:tcPr>
          <w:p w14:paraId="22D9CA9A" w14:textId="77777777" w:rsidR="001E1ED1" w:rsidRDefault="001E1ED1"/>
        </w:tc>
      </w:tr>
      <w:tr w:rsidR="001E1ED1" w14:paraId="6BE7A4BD" w14:textId="77777777">
        <w:trPr>
          <w:cantSplit/>
          <w:trHeight w:val="490"/>
          <w:jc w:val="center"/>
        </w:trPr>
        <w:tc>
          <w:tcPr>
            <w:tcW w:w="10368" w:type="dxa"/>
            <w:tcBorders>
              <w:left w:val="single" w:sz="4" w:space="0" w:color="E8E3E1"/>
              <w:bottom w:val="single" w:sz="4" w:space="0" w:color="E8E3E1"/>
              <w:right w:val="single" w:sz="4" w:space="0" w:color="E8E3E1"/>
            </w:tcBorders>
            <w:shd w:val="clear" w:color="auto" w:fill="FFFFFF"/>
            <w:tcMar>
              <w:top w:w="30" w:type="dxa"/>
              <w:left w:w="75" w:type="dxa"/>
              <w:bottom w:w="30" w:type="dxa"/>
              <w:right w:w="75" w:type="dxa"/>
            </w:tcMar>
          </w:tcPr>
          <w:p w14:paraId="259F50B3" w14:textId="77777777" w:rsidR="001E1ED1" w:rsidRDefault="001E1ED1"/>
        </w:tc>
      </w:tr>
    </w:tbl>
    <w:p w14:paraId="30A7CBF7" w14:textId="77777777" w:rsidR="001E1ED1" w:rsidRDefault="005525A4">
      <w:r>
        <w:br w:type="page"/>
      </w:r>
    </w:p>
    <w:p w14:paraId="30488C63" w14:textId="77777777" w:rsidR="001E1ED1" w:rsidRDefault="005525A4">
      <w:pPr>
        <w:pStyle w:val="Heading1"/>
        <w:spacing w:before="80" w:after="100" w:line="240" w:lineRule="auto"/>
      </w:pPr>
      <w:r>
        <w:rPr>
          <w:rFonts w:ascii="Calibri Light" w:hAnsi="Calibri Light"/>
        </w:rPr>
        <w:lastRenderedPageBreak/>
        <w:t>4. SUPPORTING STATEMENT - CONTINUED</w:t>
      </w:r>
    </w:p>
    <w:tbl>
      <w:tblPr>
        <w:tblW w:w="0" w:type="auto"/>
        <w:jc w:val="center"/>
        <w:tblLayout w:type="fixed"/>
        <w:tblLook w:val="04A0" w:firstRow="1" w:lastRow="0" w:firstColumn="1" w:lastColumn="0" w:noHBand="0" w:noVBand="1"/>
      </w:tblPr>
      <w:tblGrid>
        <w:gridCol w:w="10368"/>
      </w:tblGrid>
      <w:tr w:rsidR="001E1ED1" w14:paraId="79F3ED1F" w14:textId="77777777">
        <w:trPr>
          <w:cantSplit/>
          <w:trHeight w:val="490"/>
          <w:jc w:val="center"/>
        </w:trPr>
        <w:tc>
          <w:tcPr>
            <w:tcW w:w="10368" w:type="dxa"/>
            <w:tcBorders>
              <w:left w:val="single" w:sz="4" w:space="0" w:color="E8E3E1"/>
              <w:bottom w:val="single" w:sz="4" w:space="0" w:color="E8E3E1"/>
              <w:right w:val="single" w:sz="4" w:space="0" w:color="E8E3E1"/>
            </w:tcBorders>
            <w:shd w:val="clear" w:color="auto" w:fill="FFFFFF"/>
            <w:tcMar>
              <w:top w:w="30" w:type="dxa"/>
              <w:left w:w="75" w:type="dxa"/>
              <w:bottom w:w="30" w:type="dxa"/>
              <w:right w:w="75" w:type="dxa"/>
            </w:tcMar>
          </w:tcPr>
          <w:p w14:paraId="6A3E7AA5" w14:textId="77777777" w:rsidR="001E1ED1" w:rsidRDefault="001E1ED1"/>
        </w:tc>
      </w:tr>
      <w:tr w:rsidR="001E1ED1" w14:paraId="36252831" w14:textId="77777777">
        <w:trPr>
          <w:cantSplit/>
          <w:trHeight w:val="490"/>
          <w:jc w:val="center"/>
        </w:trPr>
        <w:tc>
          <w:tcPr>
            <w:tcW w:w="10368" w:type="dxa"/>
            <w:tcBorders>
              <w:left w:val="single" w:sz="4" w:space="0" w:color="E8E3E1"/>
              <w:bottom w:val="single" w:sz="4" w:space="0" w:color="E8E3E1"/>
              <w:right w:val="single" w:sz="4" w:space="0" w:color="E8E3E1"/>
            </w:tcBorders>
            <w:shd w:val="clear" w:color="auto" w:fill="FFFFFF"/>
            <w:tcMar>
              <w:top w:w="30" w:type="dxa"/>
              <w:left w:w="75" w:type="dxa"/>
              <w:bottom w:w="30" w:type="dxa"/>
              <w:right w:w="75" w:type="dxa"/>
            </w:tcMar>
          </w:tcPr>
          <w:p w14:paraId="1DDCAEA8" w14:textId="77777777" w:rsidR="001E1ED1" w:rsidRDefault="001E1ED1"/>
        </w:tc>
      </w:tr>
      <w:tr w:rsidR="001E1ED1" w14:paraId="3878D124" w14:textId="77777777">
        <w:trPr>
          <w:cantSplit/>
          <w:trHeight w:val="490"/>
          <w:jc w:val="center"/>
        </w:trPr>
        <w:tc>
          <w:tcPr>
            <w:tcW w:w="10368" w:type="dxa"/>
            <w:tcBorders>
              <w:left w:val="single" w:sz="4" w:space="0" w:color="E8E3E1"/>
              <w:bottom w:val="single" w:sz="4" w:space="0" w:color="E8E3E1"/>
              <w:right w:val="single" w:sz="4" w:space="0" w:color="E8E3E1"/>
            </w:tcBorders>
            <w:shd w:val="clear" w:color="auto" w:fill="FFFFFF"/>
            <w:tcMar>
              <w:top w:w="30" w:type="dxa"/>
              <w:left w:w="75" w:type="dxa"/>
              <w:bottom w:w="30" w:type="dxa"/>
              <w:right w:w="75" w:type="dxa"/>
            </w:tcMar>
          </w:tcPr>
          <w:p w14:paraId="4A83AC61" w14:textId="77777777" w:rsidR="001E1ED1" w:rsidRDefault="001E1ED1"/>
        </w:tc>
      </w:tr>
      <w:tr w:rsidR="001E1ED1" w14:paraId="1E3087EA" w14:textId="77777777">
        <w:trPr>
          <w:cantSplit/>
          <w:trHeight w:val="490"/>
          <w:jc w:val="center"/>
        </w:trPr>
        <w:tc>
          <w:tcPr>
            <w:tcW w:w="10368" w:type="dxa"/>
            <w:tcBorders>
              <w:left w:val="single" w:sz="4" w:space="0" w:color="E8E3E1"/>
              <w:bottom w:val="single" w:sz="4" w:space="0" w:color="E8E3E1"/>
              <w:right w:val="single" w:sz="4" w:space="0" w:color="E8E3E1"/>
            </w:tcBorders>
            <w:shd w:val="clear" w:color="auto" w:fill="FFFFFF"/>
            <w:tcMar>
              <w:top w:w="30" w:type="dxa"/>
              <w:left w:w="75" w:type="dxa"/>
              <w:bottom w:w="30" w:type="dxa"/>
              <w:right w:w="75" w:type="dxa"/>
            </w:tcMar>
          </w:tcPr>
          <w:p w14:paraId="0DFC2BFF" w14:textId="77777777" w:rsidR="001E1ED1" w:rsidRDefault="001E1ED1"/>
        </w:tc>
      </w:tr>
      <w:tr w:rsidR="001E1ED1" w14:paraId="5866FF64" w14:textId="77777777">
        <w:trPr>
          <w:cantSplit/>
          <w:trHeight w:val="490"/>
          <w:jc w:val="center"/>
        </w:trPr>
        <w:tc>
          <w:tcPr>
            <w:tcW w:w="10368" w:type="dxa"/>
            <w:tcBorders>
              <w:left w:val="single" w:sz="4" w:space="0" w:color="E8E3E1"/>
              <w:bottom w:val="single" w:sz="4" w:space="0" w:color="E8E3E1"/>
              <w:right w:val="single" w:sz="4" w:space="0" w:color="E8E3E1"/>
            </w:tcBorders>
            <w:shd w:val="clear" w:color="auto" w:fill="FFFFFF"/>
            <w:tcMar>
              <w:top w:w="30" w:type="dxa"/>
              <w:left w:w="75" w:type="dxa"/>
              <w:bottom w:w="30" w:type="dxa"/>
              <w:right w:w="75" w:type="dxa"/>
            </w:tcMar>
          </w:tcPr>
          <w:p w14:paraId="46DAF147" w14:textId="77777777" w:rsidR="001E1ED1" w:rsidRDefault="001E1ED1"/>
        </w:tc>
      </w:tr>
      <w:tr w:rsidR="001E1ED1" w14:paraId="4D317478" w14:textId="77777777">
        <w:trPr>
          <w:cantSplit/>
          <w:trHeight w:val="490"/>
          <w:jc w:val="center"/>
        </w:trPr>
        <w:tc>
          <w:tcPr>
            <w:tcW w:w="10368" w:type="dxa"/>
            <w:tcBorders>
              <w:left w:val="single" w:sz="4" w:space="0" w:color="E8E3E1"/>
              <w:bottom w:val="single" w:sz="4" w:space="0" w:color="E8E3E1"/>
              <w:right w:val="single" w:sz="4" w:space="0" w:color="E8E3E1"/>
            </w:tcBorders>
            <w:shd w:val="clear" w:color="auto" w:fill="FFFFFF"/>
            <w:tcMar>
              <w:top w:w="30" w:type="dxa"/>
              <w:left w:w="75" w:type="dxa"/>
              <w:bottom w:w="30" w:type="dxa"/>
              <w:right w:w="75" w:type="dxa"/>
            </w:tcMar>
          </w:tcPr>
          <w:p w14:paraId="02608DED" w14:textId="77777777" w:rsidR="001E1ED1" w:rsidRDefault="001E1ED1"/>
        </w:tc>
      </w:tr>
      <w:tr w:rsidR="001E1ED1" w14:paraId="34BD109C" w14:textId="77777777">
        <w:trPr>
          <w:cantSplit/>
          <w:trHeight w:val="490"/>
          <w:jc w:val="center"/>
        </w:trPr>
        <w:tc>
          <w:tcPr>
            <w:tcW w:w="10368" w:type="dxa"/>
            <w:tcBorders>
              <w:left w:val="single" w:sz="4" w:space="0" w:color="E8E3E1"/>
              <w:bottom w:val="single" w:sz="4" w:space="0" w:color="E8E3E1"/>
              <w:right w:val="single" w:sz="4" w:space="0" w:color="E8E3E1"/>
            </w:tcBorders>
            <w:shd w:val="clear" w:color="auto" w:fill="FFFFFF"/>
            <w:tcMar>
              <w:top w:w="30" w:type="dxa"/>
              <w:left w:w="75" w:type="dxa"/>
              <w:bottom w:w="30" w:type="dxa"/>
              <w:right w:w="75" w:type="dxa"/>
            </w:tcMar>
          </w:tcPr>
          <w:p w14:paraId="7D4E0259" w14:textId="77777777" w:rsidR="001E1ED1" w:rsidRDefault="001E1ED1"/>
        </w:tc>
      </w:tr>
      <w:tr w:rsidR="001E1ED1" w14:paraId="44F91755" w14:textId="77777777">
        <w:trPr>
          <w:cantSplit/>
          <w:trHeight w:val="490"/>
          <w:jc w:val="center"/>
        </w:trPr>
        <w:tc>
          <w:tcPr>
            <w:tcW w:w="10368" w:type="dxa"/>
            <w:tcBorders>
              <w:left w:val="single" w:sz="4" w:space="0" w:color="E8E3E1"/>
              <w:bottom w:val="single" w:sz="4" w:space="0" w:color="E8E3E1"/>
              <w:right w:val="single" w:sz="4" w:space="0" w:color="E8E3E1"/>
            </w:tcBorders>
            <w:shd w:val="clear" w:color="auto" w:fill="FFFFFF"/>
            <w:tcMar>
              <w:top w:w="30" w:type="dxa"/>
              <w:left w:w="75" w:type="dxa"/>
              <w:bottom w:w="30" w:type="dxa"/>
              <w:right w:w="75" w:type="dxa"/>
            </w:tcMar>
          </w:tcPr>
          <w:p w14:paraId="54330950" w14:textId="77777777" w:rsidR="001E1ED1" w:rsidRDefault="001E1ED1"/>
        </w:tc>
      </w:tr>
      <w:tr w:rsidR="001E1ED1" w14:paraId="7496C4E9" w14:textId="77777777">
        <w:trPr>
          <w:cantSplit/>
          <w:trHeight w:val="490"/>
          <w:jc w:val="center"/>
        </w:trPr>
        <w:tc>
          <w:tcPr>
            <w:tcW w:w="10368" w:type="dxa"/>
            <w:tcBorders>
              <w:left w:val="single" w:sz="4" w:space="0" w:color="E8E3E1"/>
              <w:bottom w:val="single" w:sz="4" w:space="0" w:color="E8E3E1"/>
              <w:right w:val="single" w:sz="4" w:space="0" w:color="E8E3E1"/>
            </w:tcBorders>
            <w:shd w:val="clear" w:color="auto" w:fill="FFFFFF"/>
            <w:tcMar>
              <w:top w:w="30" w:type="dxa"/>
              <w:left w:w="75" w:type="dxa"/>
              <w:bottom w:w="30" w:type="dxa"/>
              <w:right w:w="75" w:type="dxa"/>
            </w:tcMar>
          </w:tcPr>
          <w:p w14:paraId="2300E67B" w14:textId="77777777" w:rsidR="001E1ED1" w:rsidRDefault="001E1ED1"/>
        </w:tc>
      </w:tr>
      <w:tr w:rsidR="001E1ED1" w14:paraId="2DFAB5DB" w14:textId="77777777">
        <w:trPr>
          <w:cantSplit/>
          <w:trHeight w:val="490"/>
          <w:jc w:val="center"/>
        </w:trPr>
        <w:tc>
          <w:tcPr>
            <w:tcW w:w="10368" w:type="dxa"/>
            <w:tcBorders>
              <w:left w:val="single" w:sz="4" w:space="0" w:color="E8E3E1"/>
              <w:bottom w:val="single" w:sz="4" w:space="0" w:color="E8E3E1"/>
              <w:right w:val="single" w:sz="4" w:space="0" w:color="E8E3E1"/>
            </w:tcBorders>
            <w:shd w:val="clear" w:color="auto" w:fill="FFFFFF"/>
            <w:tcMar>
              <w:top w:w="30" w:type="dxa"/>
              <w:left w:w="75" w:type="dxa"/>
              <w:bottom w:w="30" w:type="dxa"/>
              <w:right w:w="75" w:type="dxa"/>
            </w:tcMar>
          </w:tcPr>
          <w:p w14:paraId="570D22BE" w14:textId="77777777" w:rsidR="001E1ED1" w:rsidRDefault="001E1ED1"/>
        </w:tc>
      </w:tr>
      <w:tr w:rsidR="001E1ED1" w14:paraId="7C2A1245" w14:textId="77777777">
        <w:trPr>
          <w:cantSplit/>
          <w:trHeight w:val="490"/>
          <w:jc w:val="center"/>
        </w:trPr>
        <w:tc>
          <w:tcPr>
            <w:tcW w:w="10368" w:type="dxa"/>
            <w:tcBorders>
              <w:left w:val="single" w:sz="4" w:space="0" w:color="E8E3E1"/>
              <w:bottom w:val="single" w:sz="4" w:space="0" w:color="E8E3E1"/>
              <w:right w:val="single" w:sz="4" w:space="0" w:color="E8E3E1"/>
            </w:tcBorders>
            <w:shd w:val="clear" w:color="auto" w:fill="FFFFFF"/>
            <w:tcMar>
              <w:top w:w="30" w:type="dxa"/>
              <w:left w:w="75" w:type="dxa"/>
              <w:bottom w:w="30" w:type="dxa"/>
              <w:right w:w="75" w:type="dxa"/>
            </w:tcMar>
          </w:tcPr>
          <w:p w14:paraId="061F5C71" w14:textId="77777777" w:rsidR="001E1ED1" w:rsidRDefault="001E1ED1"/>
        </w:tc>
      </w:tr>
      <w:tr w:rsidR="001E1ED1" w14:paraId="630D4E67" w14:textId="77777777">
        <w:trPr>
          <w:cantSplit/>
          <w:trHeight w:val="490"/>
          <w:jc w:val="center"/>
        </w:trPr>
        <w:tc>
          <w:tcPr>
            <w:tcW w:w="10368" w:type="dxa"/>
            <w:tcBorders>
              <w:left w:val="single" w:sz="4" w:space="0" w:color="E8E3E1"/>
              <w:bottom w:val="single" w:sz="4" w:space="0" w:color="E8E3E1"/>
              <w:right w:val="single" w:sz="4" w:space="0" w:color="E8E3E1"/>
            </w:tcBorders>
            <w:shd w:val="clear" w:color="auto" w:fill="FFFFFF"/>
            <w:tcMar>
              <w:top w:w="30" w:type="dxa"/>
              <w:left w:w="75" w:type="dxa"/>
              <w:bottom w:w="30" w:type="dxa"/>
              <w:right w:w="75" w:type="dxa"/>
            </w:tcMar>
          </w:tcPr>
          <w:p w14:paraId="750BDC3F" w14:textId="77777777" w:rsidR="001E1ED1" w:rsidRDefault="001E1ED1"/>
        </w:tc>
      </w:tr>
      <w:tr w:rsidR="001E1ED1" w14:paraId="724F6C3B" w14:textId="77777777">
        <w:trPr>
          <w:cantSplit/>
          <w:trHeight w:val="490"/>
          <w:jc w:val="center"/>
        </w:trPr>
        <w:tc>
          <w:tcPr>
            <w:tcW w:w="10368" w:type="dxa"/>
            <w:tcBorders>
              <w:left w:val="single" w:sz="4" w:space="0" w:color="E8E3E1"/>
              <w:bottom w:val="single" w:sz="4" w:space="0" w:color="E8E3E1"/>
              <w:right w:val="single" w:sz="4" w:space="0" w:color="E8E3E1"/>
            </w:tcBorders>
            <w:shd w:val="clear" w:color="auto" w:fill="FFFFFF"/>
            <w:tcMar>
              <w:top w:w="30" w:type="dxa"/>
              <w:left w:w="75" w:type="dxa"/>
              <w:bottom w:w="30" w:type="dxa"/>
              <w:right w:w="75" w:type="dxa"/>
            </w:tcMar>
          </w:tcPr>
          <w:p w14:paraId="1085A674" w14:textId="77777777" w:rsidR="001E1ED1" w:rsidRDefault="001E1ED1"/>
        </w:tc>
      </w:tr>
      <w:tr w:rsidR="001E1ED1" w14:paraId="2538FB6F" w14:textId="77777777">
        <w:trPr>
          <w:cantSplit/>
          <w:trHeight w:val="490"/>
          <w:jc w:val="center"/>
        </w:trPr>
        <w:tc>
          <w:tcPr>
            <w:tcW w:w="10368" w:type="dxa"/>
            <w:tcBorders>
              <w:left w:val="single" w:sz="4" w:space="0" w:color="E8E3E1"/>
              <w:bottom w:val="single" w:sz="4" w:space="0" w:color="E8E3E1"/>
              <w:right w:val="single" w:sz="4" w:space="0" w:color="E8E3E1"/>
            </w:tcBorders>
            <w:shd w:val="clear" w:color="auto" w:fill="FFFFFF"/>
            <w:tcMar>
              <w:top w:w="30" w:type="dxa"/>
              <w:left w:w="75" w:type="dxa"/>
              <w:bottom w:w="30" w:type="dxa"/>
              <w:right w:w="75" w:type="dxa"/>
            </w:tcMar>
          </w:tcPr>
          <w:p w14:paraId="6BF80732" w14:textId="77777777" w:rsidR="001E1ED1" w:rsidRDefault="001E1ED1"/>
        </w:tc>
      </w:tr>
      <w:tr w:rsidR="001E1ED1" w14:paraId="5F833DE2" w14:textId="77777777">
        <w:trPr>
          <w:cantSplit/>
          <w:trHeight w:val="490"/>
          <w:jc w:val="center"/>
        </w:trPr>
        <w:tc>
          <w:tcPr>
            <w:tcW w:w="10368" w:type="dxa"/>
            <w:tcBorders>
              <w:left w:val="single" w:sz="4" w:space="0" w:color="E8E3E1"/>
              <w:bottom w:val="single" w:sz="4" w:space="0" w:color="E8E3E1"/>
              <w:right w:val="single" w:sz="4" w:space="0" w:color="E8E3E1"/>
            </w:tcBorders>
            <w:shd w:val="clear" w:color="auto" w:fill="FFFFFF"/>
            <w:tcMar>
              <w:top w:w="30" w:type="dxa"/>
              <w:left w:w="75" w:type="dxa"/>
              <w:bottom w:w="30" w:type="dxa"/>
              <w:right w:w="75" w:type="dxa"/>
            </w:tcMar>
          </w:tcPr>
          <w:p w14:paraId="161284F4" w14:textId="77777777" w:rsidR="001E1ED1" w:rsidRDefault="001E1ED1"/>
        </w:tc>
      </w:tr>
      <w:tr w:rsidR="001E1ED1" w14:paraId="53D99C02" w14:textId="77777777">
        <w:trPr>
          <w:cantSplit/>
          <w:trHeight w:val="490"/>
          <w:jc w:val="center"/>
        </w:trPr>
        <w:tc>
          <w:tcPr>
            <w:tcW w:w="10368" w:type="dxa"/>
            <w:tcBorders>
              <w:left w:val="single" w:sz="4" w:space="0" w:color="E8E3E1"/>
              <w:bottom w:val="single" w:sz="4" w:space="0" w:color="E8E3E1"/>
              <w:right w:val="single" w:sz="4" w:space="0" w:color="E8E3E1"/>
            </w:tcBorders>
            <w:shd w:val="clear" w:color="auto" w:fill="FFFFFF"/>
            <w:tcMar>
              <w:top w:w="30" w:type="dxa"/>
              <w:left w:w="75" w:type="dxa"/>
              <w:bottom w:w="30" w:type="dxa"/>
              <w:right w:w="75" w:type="dxa"/>
            </w:tcMar>
          </w:tcPr>
          <w:p w14:paraId="48E9FE9D" w14:textId="77777777" w:rsidR="001E1ED1" w:rsidRDefault="001E1ED1"/>
        </w:tc>
      </w:tr>
      <w:tr w:rsidR="001E1ED1" w14:paraId="4729F89A" w14:textId="77777777">
        <w:trPr>
          <w:cantSplit/>
          <w:trHeight w:val="490"/>
          <w:jc w:val="center"/>
        </w:trPr>
        <w:tc>
          <w:tcPr>
            <w:tcW w:w="10368" w:type="dxa"/>
            <w:tcBorders>
              <w:left w:val="single" w:sz="4" w:space="0" w:color="E8E3E1"/>
              <w:bottom w:val="single" w:sz="4" w:space="0" w:color="E8E3E1"/>
              <w:right w:val="single" w:sz="4" w:space="0" w:color="E8E3E1"/>
            </w:tcBorders>
            <w:shd w:val="clear" w:color="auto" w:fill="FFFFFF"/>
            <w:tcMar>
              <w:top w:w="30" w:type="dxa"/>
              <w:left w:w="75" w:type="dxa"/>
              <w:bottom w:w="30" w:type="dxa"/>
              <w:right w:w="75" w:type="dxa"/>
            </w:tcMar>
          </w:tcPr>
          <w:p w14:paraId="5E42E3CC" w14:textId="77777777" w:rsidR="001E1ED1" w:rsidRDefault="001E1ED1"/>
        </w:tc>
      </w:tr>
      <w:tr w:rsidR="001E1ED1" w14:paraId="320FAF12" w14:textId="77777777">
        <w:trPr>
          <w:cantSplit/>
          <w:trHeight w:val="490"/>
          <w:jc w:val="center"/>
        </w:trPr>
        <w:tc>
          <w:tcPr>
            <w:tcW w:w="10368" w:type="dxa"/>
            <w:tcBorders>
              <w:left w:val="single" w:sz="4" w:space="0" w:color="E8E3E1"/>
              <w:bottom w:val="single" w:sz="4" w:space="0" w:color="E8E3E1"/>
              <w:right w:val="single" w:sz="4" w:space="0" w:color="E8E3E1"/>
            </w:tcBorders>
            <w:shd w:val="clear" w:color="auto" w:fill="FFFFFF"/>
            <w:tcMar>
              <w:top w:w="30" w:type="dxa"/>
              <w:left w:w="75" w:type="dxa"/>
              <w:bottom w:w="30" w:type="dxa"/>
              <w:right w:w="75" w:type="dxa"/>
            </w:tcMar>
          </w:tcPr>
          <w:p w14:paraId="30331093" w14:textId="77777777" w:rsidR="001E1ED1" w:rsidRDefault="001E1ED1"/>
        </w:tc>
      </w:tr>
      <w:tr w:rsidR="001E1ED1" w14:paraId="2F497DBA" w14:textId="77777777">
        <w:trPr>
          <w:cantSplit/>
          <w:trHeight w:val="490"/>
          <w:jc w:val="center"/>
        </w:trPr>
        <w:tc>
          <w:tcPr>
            <w:tcW w:w="10368" w:type="dxa"/>
            <w:tcBorders>
              <w:left w:val="single" w:sz="4" w:space="0" w:color="E8E3E1"/>
              <w:bottom w:val="single" w:sz="4" w:space="0" w:color="E8E3E1"/>
              <w:right w:val="single" w:sz="4" w:space="0" w:color="E8E3E1"/>
            </w:tcBorders>
            <w:shd w:val="clear" w:color="auto" w:fill="FFFFFF"/>
            <w:tcMar>
              <w:top w:w="30" w:type="dxa"/>
              <w:left w:w="75" w:type="dxa"/>
              <w:bottom w:w="30" w:type="dxa"/>
              <w:right w:w="75" w:type="dxa"/>
            </w:tcMar>
          </w:tcPr>
          <w:p w14:paraId="1EBC0CF3" w14:textId="77777777" w:rsidR="001E1ED1" w:rsidRDefault="001E1ED1"/>
        </w:tc>
      </w:tr>
      <w:tr w:rsidR="001E1ED1" w14:paraId="25FB8E9E" w14:textId="77777777">
        <w:trPr>
          <w:cantSplit/>
          <w:trHeight w:val="490"/>
          <w:jc w:val="center"/>
        </w:trPr>
        <w:tc>
          <w:tcPr>
            <w:tcW w:w="10368" w:type="dxa"/>
            <w:tcBorders>
              <w:left w:val="single" w:sz="4" w:space="0" w:color="E8E3E1"/>
              <w:bottom w:val="single" w:sz="4" w:space="0" w:color="E8E3E1"/>
              <w:right w:val="single" w:sz="4" w:space="0" w:color="E8E3E1"/>
            </w:tcBorders>
            <w:shd w:val="clear" w:color="auto" w:fill="FFFFFF"/>
            <w:tcMar>
              <w:top w:w="30" w:type="dxa"/>
              <w:left w:w="75" w:type="dxa"/>
              <w:bottom w:w="30" w:type="dxa"/>
              <w:right w:w="75" w:type="dxa"/>
            </w:tcMar>
          </w:tcPr>
          <w:p w14:paraId="31690BEF" w14:textId="77777777" w:rsidR="001E1ED1" w:rsidRDefault="001E1ED1"/>
        </w:tc>
      </w:tr>
      <w:tr w:rsidR="001E1ED1" w14:paraId="5B39F2D2" w14:textId="77777777">
        <w:trPr>
          <w:cantSplit/>
          <w:trHeight w:val="490"/>
          <w:jc w:val="center"/>
        </w:trPr>
        <w:tc>
          <w:tcPr>
            <w:tcW w:w="10368" w:type="dxa"/>
            <w:tcBorders>
              <w:left w:val="single" w:sz="4" w:space="0" w:color="E8E3E1"/>
              <w:bottom w:val="single" w:sz="4" w:space="0" w:color="E8E3E1"/>
              <w:right w:val="single" w:sz="4" w:space="0" w:color="E8E3E1"/>
            </w:tcBorders>
            <w:shd w:val="clear" w:color="auto" w:fill="FFFFFF"/>
            <w:tcMar>
              <w:top w:w="30" w:type="dxa"/>
              <w:left w:w="75" w:type="dxa"/>
              <w:bottom w:w="30" w:type="dxa"/>
              <w:right w:w="75" w:type="dxa"/>
            </w:tcMar>
          </w:tcPr>
          <w:p w14:paraId="3E9AFF1E" w14:textId="77777777" w:rsidR="001E1ED1" w:rsidRDefault="001E1ED1"/>
        </w:tc>
      </w:tr>
    </w:tbl>
    <w:p w14:paraId="592542B8" w14:textId="77777777" w:rsidR="001E1ED1" w:rsidRDefault="005525A4">
      <w:r>
        <w:br w:type="page"/>
      </w:r>
    </w:p>
    <w:p w14:paraId="057D8449" w14:textId="77777777" w:rsidR="001E1ED1" w:rsidRDefault="005525A4">
      <w:pPr>
        <w:pStyle w:val="Heading1"/>
        <w:spacing w:before="80" w:after="100" w:line="240" w:lineRule="auto"/>
      </w:pPr>
      <w:r>
        <w:rPr>
          <w:rFonts w:ascii="Calibri Light" w:hAnsi="Calibri Light"/>
        </w:rPr>
        <w:lastRenderedPageBreak/>
        <w:t>5. REFERENCES</w:t>
      </w:r>
    </w:p>
    <w:p w14:paraId="3B48862A" w14:textId="77777777" w:rsidR="001E1ED1" w:rsidRPr="004756AA" w:rsidRDefault="005525A4">
      <w:pPr>
        <w:spacing w:line="240" w:lineRule="auto"/>
        <w:rPr>
          <w:sz w:val="21"/>
          <w:szCs w:val="21"/>
        </w:rPr>
      </w:pPr>
      <w:r w:rsidRPr="004756AA">
        <w:rPr>
          <w:sz w:val="21"/>
          <w:szCs w:val="21"/>
        </w:rPr>
        <w:t>If you are offered the role, we will normally ask you to provide details of two referees, one of whom must be your current or most recent employer. References from relatives or friends acting solely in a personal capacity will not be accepted. We will normally seek references after a conditional offer and will not contact your current employer without your permission.</w:t>
      </w:r>
    </w:p>
    <w:p w14:paraId="684FC216" w14:textId="77777777" w:rsidR="001E1ED1" w:rsidRPr="004756AA" w:rsidRDefault="005525A4">
      <w:pPr>
        <w:pStyle w:val="Heading1"/>
        <w:spacing w:before="80" w:after="100" w:line="240" w:lineRule="auto"/>
        <w:rPr>
          <w:sz w:val="21"/>
          <w:szCs w:val="21"/>
        </w:rPr>
      </w:pPr>
      <w:r w:rsidRPr="004756AA">
        <w:rPr>
          <w:rFonts w:ascii="Calibri Light" w:hAnsi="Calibri Light"/>
          <w:sz w:val="21"/>
          <w:szCs w:val="21"/>
        </w:rPr>
        <w:t>6. SAFEGUARDING AND PRE-EMPLOYMENT CHECKS</w:t>
      </w:r>
    </w:p>
    <w:tbl>
      <w:tblPr>
        <w:tblW w:w="0" w:type="auto"/>
        <w:jc w:val="center"/>
        <w:tblLook w:val="04A0" w:firstRow="1" w:lastRow="0" w:firstColumn="1" w:lastColumn="0" w:noHBand="0" w:noVBand="1"/>
      </w:tblPr>
      <w:tblGrid>
        <w:gridCol w:w="10352"/>
      </w:tblGrid>
      <w:tr w:rsidR="001E1ED1" w:rsidRPr="004756AA" w14:paraId="5F91DB52" w14:textId="77777777">
        <w:trPr>
          <w:jc w:val="center"/>
        </w:trPr>
        <w:tc>
          <w:tcPr>
            <w:tcW w:w="10368" w:type="dxa"/>
            <w:tcBorders>
              <w:top w:val="single" w:sz="6" w:space="0" w:color="EFC5BA"/>
              <w:left w:val="single" w:sz="6" w:space="0" w:color="EFC5BA"/>
              <w:bottom w:val="single" w:sz="6" w:space="0" w:color="EFC5BA"/>
              <w:right w:val="single" w:sz="6" w:space="0" w:color="EFC5BA"/>
            </w:tcBorders>
            <w:shd w:val="clear" w:color="auto" w:fill="FAF6F4"/>
            <w:tcMar>
              <w:top w:w="110" w:type="dxa"/>
              <w:left w:w="140" w:type="dxa"/>
              <w:bottom w:w="110" w:type="dxa"/>
              <w:right w:w="140" w:type="dxa"/>
            </w:tcMar>
          </w:tcPr>
          <w:p w14:paraId="56D5B51C" w14:textId="77777777" w:rsidR="001E1ED1" w:rsidRPr="004756AA" w:rsidRDefault="005525A4">
            <w:pPr>
              <w:spacing w:after="0" w:line="240" w:lineRule="auto"/>
              <w:rPr>
                <w:sz w:val="21"/>
                <w:szCs w:val="21"/>
              </w:rPr>
            </w:pPr>
            <w:r w:rsidRPr="004756AA">
              <w:rPr>
                <w:sz w:val="21"/>
                <w:szCs w:val="21"/>
              </w:rPr>
              <w:t xml:space="preserve">Future Dreams </w:t>
            </w:r>
            <w:proofErr w:type="gramStart"/>
            <w:r w:rsidRPr="004756AA">
              <w:rPr>
                <w:sz w:val="21"/>
                <w:szCs w:val="21"/>
              </w:rPr>
              <w:t>is</w:t>
            </w:r>
            <w:proofErr w:type="gramEnd"/>
            <w:r w:rsidRPr="004756AA">
              <w:rPr>
                <w:sz w:val="21"/>
                <w:szCs w:val="21"/>
              </w:rPr>
              <w:t xml:space="preserve"> committed to safeguarding and promoting the welfare of everyone who </w:t>
            </w:r>
            <w:proofErr w:type="gramStart"/>
            <w:r w:rsidRPr="004756AA">
              <w:rPr>
                <w:sz w:val="21"/>
                <w:szCs w:val="21"/>
              </w:rPr>
              <w:t>comes into contact with</w:t>
            </w:r>
            <w:proofErr w:type="gramEnd"/>
            <w:r w:rsidRPr="004756AA">
              <w:rPr>
                <w:sz w:val="21"/>
                <w:szCs w:val="21"/>
              </w:rPr>
              <w:t xml:space="preserve"> the Charity. Any offer of employment will be subject to satisfactory pre-employment checks appropriate to the role. These may include references, verification of qualifications and right to work, and a Disclosure and Barring Service (DBS) check where the role is eligible.</w:t>
            </w:r>
          </w:p>
        </w:tc>
      </w:tr>
    </w:tbl>
    <w:p w14:paraId="7997C50F" w14:textId="77777777" w:rsidR="001E1ED1" w:rsidRDefault="005525A4">
      <w:pPr>
        <w:pStyle w:val="Heading1"/>
        <w:spacing w:before="80" w:after="100" w:line="240" w:lineRule="auto"/>
      </w:pPr>
      <w:r>
        <w:rPr>
          <w:rFonts w:ascii="Calibri Light" w:hAnsi="Calibri Light"/>
        </w:rPr>
        <w:t>7. EQUAL OPPORTUNITIES</w:t>
      </w:r>
    </w:p>
    <w:p w14:paraId="4E6FBC58" w14:textId="77777777" w:rsidR="001E1ED1" w:rsidRPr="004756AA" w:rsidRDefault="005525A4">
      <w:pPr>
        <w:spacing w:after="60" w:line="240" w:lineRule="auto"/>
        <w:rPr>
          <w:sz w:val="21"/>
          <w:szCs w:val="21"/>
        </w:rPr>
      </w:pPr>
      <w:r w:rsidRPr="004756AA">
        <w:rPr>
          <w:sz w:val="21"/>
          <w:szCs w:val="21"/>
        </w:rPr>
        <w:t xml:space="preserve">Future Dreams is an equal opportunities employer. We are committed to building a diverse and inclusive workforce and </w:t>
      </w:r>
      <w:proofErr w:type="gramStart"/>
      <w:r w:rsidRPr="004756AA">
        <w:rPr>
          <w:sz w:val="21"/>
          <w:szCs w:val="21"/>
        </w:rPr>
        <w:t>encourage</w:t>
      </w:r>
      <w:proofErr w:type="gramEnd"/>
      <w:r w:rsidRPr="004756AA">
        <w:rPr>
          <w:sz w:val="21"/>
          <w:szCs w:val="21"/>
        </w:rPr>
        <w:t xml:space="preserve"> applications from all sections of the community. Applications are considered on </w:t>
      </w:r>
      <w:proofErr w:type="gramStart"/>
      <w:r w:rsidRPr="004756AA">
        <w:rPr>
          <w:sz w:val="21"/>
          <w:szCs w:val="21"/>
        </w:rPr>
        <w:t>merit</w:t>
      </w:r>
      <w:proofErr w:type="gramEnd"/>
      <w:r w:rsidRPr="004756AA">
        <w:rPr>
          <w:sz w:val="21"/>
          <w:szCs w:val="21"/>
        </w:rPr>
        <w:t xml:space="preserve"> and no applicant will be disadvantaged because of age, disability, gender reassignment, marriage or civil partnership, pregnancy or maternity, race, religion or belief, sex, or sexual orientation.</w:t>
      </w:r>
    </w:p>
    <w:p w14:paraId="2F996B63" w14:textId="77777777" w:rsidR="001E1ED1" w:rsidRPr="004756AA" w:rsidRDefault="005525A4">
      <w:pPr>
        <w:spacing w:after="100" w:line="240" w:lineRule="auto"/>
        <w:rPr>
          <w:sz w:val="21"/>
          <w:szCs w:val="21"/>
        </w:rPr>
      </w:pPr>
      <w:r w:rsidRPr="004756AA">
        <w:rPr>
          <w:i/>
          <w:color w:val="666666"/>
          <w:sz w:val="21"/>
          <w:szCs w:val="21"/>
        </w:rPr>
        <w:t>Any diversity monitoring information is collected separately, is optional and is kept separate from the application used for shortlisting.</w:t>
      </w:r>
    </w:p>
    <w:p w14:paraId="2BB992A0" w14:textId="77777777" w:rsidR="001E1ED1" w:rsidRDefault="005525A4">
      <w:pPr>
        <w:pStyle w:val="Heading1"/>
        <w:spacing w:before="80" w:after="100" w:line="240" w:lineRule="auto"/>
      </w:pPr>
      <w:r>
        <w:rPr>
          <w:rFonts w:ascii="Calibri Light" w:hAnsi="Calibri Light"/>
        </w:rPr>
        <w:t>8. DATA PROTECTION NOTIFICATION</w:t>
      </w:r>
    </w:p>
    <w:p w14:paraId="093ADFEA" w14:textId="77777777" w:rsidR="001E1ED1" w:rsidRPr="004756AA" w:rsidRDefault="005525A4">
      <w:pPr>
        <w:spacing w:after="60" w:line="240" w:lineRule="auto"/>
        <w:rPr>
          <w:sz w:val="21"/>
          <w:szCs w:val="21"/>
        </w:rPr>
      </w:pPr>
      <w:r w:rsidRPr="004756AA">
        <w:rPr>
          <w:sz w:val="21"/>
          <w:szCs w:val="21"/>
        </w:rPr>
        <w:t>The information you provide will be used to administer your application and, where appropriate, to carry out pre-employment checks. We will keep your information confidential and will only share it where necessary for the recruitment process, where required by law, or with service providers acting on our behalf.</w:t>
      </w:r>
    </w:p>
    <w:p w14:paraId="32ACDB0A" w14:textId="77777777" w:rsidR="001E1ED1" w:rsidRPr="004756AA" w:rsidRDefault="005525A4">
      <w:pPr>
        <w:spacing w:after="60" w:line="240" w:lineRule="auto"/>
        <w:rPr>
          <w:sz w:val="21"/>
          <w:szCs w:val="21"/>
        </w:rPr>
      </w:pPr>
      <w:r w:rsidRPr="004756AA">
        <w:rPr>
          <w:sz w:val="21"/>
          <w:szCs w:val="21"/>
        </w:rPr>
        <w:t>If your application is unsuccessful, we will normally retain recruitment records for six months following completion of the recruitment process, in accordance with our retention arrangements, and then securely delete or destroy them. If you are successful, relevant information will form part of your personnel record.</w:t>
      </w:r>
    </w:p>
    <w:p w14:paraId="2C5BEFF7" w14:textId="77777777" w:rsidR="001E1ED1" w:rsidRPr="004756AA" w:rsidRDefault="005525A4">
      <w:pPr>
        <w:spacing w:line="240" w:lineRule="auto"/>
        <w:rPr>
          <w:sz w:val="21"/>
          <w:szCs w:val="21"/>
        </w:rPr>
      </w:pPr>
      <w:r w:rsidRPr="004756AA">
        <w:rPr>
          <w:sz w:val="21"/>
          <w:szCs w:val="21"/>
        </w:rPr>
        <w:t xml:space="preserve">For more information about how Future Dreams processes personal data, please see the </w:t>
      </w:r>
      <w:hyperlink r:id="rId8">
        <w:r w:rsidRPr="004756AA">
          <w:rPr>
            <w:color w:val="7A4D43"/>
            <w:sz w:val="21"/>
            <w:szCs w:val="21"/>
            <w:u w:val="single"/>
          </w:rPr>
          <w:t>Future Dreams Privacy Policy</w:t>
        </w:r>
      </w:hyperlink>
      <w:r w:rsidRPr="004756AA">
        <w:rPr>
          <w:sz w:val="21"/>
          <w:szCs w:val="21"/>
        </w:rPr>
        <w:t xml:space="preserve"> or contact dpo@futuredreams.org.uk.</w:t>
      </w:r>
    </w:p>
    <w:p w14:paraId="5E11AEB2" w14:textId="77777777" w:rsidR="001E1ED1" w:rsidRPr="004756AA" w:rsidRDefault="005525A4">
      <w:pPr>
        <w:spacing w:before="40" w:after="60" w:line="240" w:lineRule="auto"/>
        <w:rPr>
          <w:sz w:val="21"/>
          <w:szCs w:val="21"/>
        </w:rPr>
      </w:pPr>
      <w:r w:rsidRPr="004756AA">
        <w:rPr>
          <w:b/>
          <w:sz w:val="21"/>
          <w:szCs w:val="21"/>
        </w:rPr>
        <w:t xml:space="preserve">I confirm that I have read and understood the Data Protection Notification </w:t>
      </w:r>
      <w:proofErr w:type="gramStart"/>
      <w:r w:rsidRPr="004756AA">
        <w:rPr>
          <w:b/>
          <w:sz w:val="21"/>
          <w:szCs w:val="21"/>
        </w:rPr>
        <w:t>above.</w:t>
      </w:r>
      <w:r w:rsidRPr="004756AA">
        <w:rPr>
          <w:b/>
          <w:color w:val="C00000"/>
          <w:sz w:val="21"/>
          <w:szCs w:val="21"/>
        </w:rPr>
        <w:t>*</w:t>
      </w:r>
      <w:proofErr w:type="gramEnd"/>
      <w:r w:rsidRPr="004756AA">
        <w:rPr>
          <w:sz w:val="21"/>
          <w:szCs w:val="21"/>
        </w:rPr>
        <w:t xml:space="preserve">    </w:t>
      </w:r>
      <w:r w:rsidRPr="004756AA">
        <w:rPr>
          <w:sz w:val="21"/>
          <w:szCs w:val="21"/>
        </w:rPr>
        <w:t>☐</w:t>
      </w:r>
      <w:r w:rsidRPr="004756AA">
        <w:rPr>
          <w:sz w:val="21"/>
          <w:szCs w:val="21"/>
        </w:rPr>
        <w:t xml:space="preserve"> </w:t>
      </w:r>
      <w:r w:rsidRPr="004756AA">
        <w:rPr>
          <w:sz w:val="21"/>
          <w:szCs w:val="21"/>
        </w:rPr>
        <w:t>Yes</w:t>
      </w:r>
    </w:p>
    <w:p w14:paraId="6767C5F1" w14:textId="77777777" w:rsidR="001E1ED1" w:rsidRPr="004756AA" w:rsidRDefault="005525A4">
      <w:pPr>
        <w:spacing w:before="60" w:after="40" w:line="240" w:lineRule="auto"/>
        <w:rPr>
          <w:sz w:val="21"/>
          <w:szCs w:val="21"/>
        </w:rPr>
      </w:pPr>
      <w:r w:rsidRPr="004756AA">
        <w:rPr>
          <w:b/>
          <w:color w:val="B56F60"/>
          <w:sz w:val="21"/>
          <w:szCs w:val="21"/>
        </w:rPr>
        <w:t>Future vacancies</w:t>
      </w:r>
    </w:p>
    <w:p w14:paraId="1321A23E" w14:textId="77777777" w:rsidR="001E1ED1" w:rsidRPr="004756AA" w:rsidRDefault="005525A4">
      <w:pPr>
        <w:spacing w:after="20" w:line="240" w:lineRule="auto"/>
        <w:rPr>
          <w:sz w:val="21"/>
          <w:szCs w:val="21"/>
        </w:rPr>
      </w:pPr>
      <w:r w:rsidRPr="004756AA">
        <w:rPr>
          <w:b/>
          <w:sz w:val="21"/>
          <w:szCs w:val="21"/>
        </w:rPr>
        <w:t>Would you like Future Dreams to contact you about other suitable vacancies that may arise during the next six months?</w:t>
      </w:r>
    </w:p>
    <w:p w14:paraId="0C59E963" w14:textId="77777777" w:rsidR="001E1ED1" w:rsidRPr="004756AA" w:rsidRDefault="005525A4">
      <w:pPr>
        <w:spacing w:before="40" w:after="60" w:line="240" w:lineRule="auto"/>
        <w:rPr>
          <w:sz w:val="21"/>
          <w:szCs w:val="21"/>
        </w:rPr>
      </w:pPr>
      <w:r w:rsidRPr="004756AA">
        <w:rPr>
          <w:sz w:val="21"/>
          <w:szCs w:val="21"/>
        </w:rPr>
        <w:t xml:space="preserve">    </w:t>
      </w:r>
      <w:r w:rsidRPr="004756AA">
        <w:rPr>
          <w:sz w:val="21"/>
          <w:szCs w:val="21"/>
        </w:rPr>
        <w:t>☐</w:t>
      </w:r>
      <w:r w:rsidRPr="004756AA">
        <w:rPr>
          <w:sz w:val="21"/>
          <w:szCs w:val="21"/>
        </w:rPr>
        <w:t xml:space="preserve"> </w:t>
      </w:r>
      <w:r w:rsidRPr="004756AA">
        <w:rPr>
          <w:sz w:val="21"/>
          <w:szCs w:val="21"/>
        </w:rPr>
        <w:t xml:space="preserve">Yes      </w:t>
      </w:r>
      <w:r w:rsidRPr="004756AA">
        <w:rPr>
          <w:sz w:val="21"/>
          <w:szCs w:val="21"/>
        </w:rPr>
        <w:t>☐</w:t>
      </w:r>
      <w:r w:rsidRPr="004756AA">
        <w:rPr>
          <w:sz w:val="21"/>
          <w:szCs w:val="21"/>
        </w:rPr>
        <w:t xml:space="preserve"> </w:t>
      </w:r>
      <w:r w:rsidRPr="004756AA">
        <w:rPr>
          <w:sz w:val="21"/>
          <w:szCs w:val="21"/>
        </w:rPr>
        <w:t>No</w:t>
      </w:r>
    </w:p>
    <w:p w14:paraId="705B2BAA" w14:textId="77777777" w:rsidR="001E1ED1" w:rsidRDefault="005525A4">
      <w:pPr>
        <w:pStyle w:val="Heading1"/>
        <w:spacing w:before="80" w:after="100" w:line="240" w:lineRule="auto"/>
      </w:pPr>
      <w:r>
        <w:rPr>
          <w:rFonts w:ascii="Calibri Light" w:hAnsi="Calibri Light"/>
        </w:rPr>
        <w:t>9. DECLARATION</w:t>
      </w:r>
    </w:p>
    <w:p w14:paraId="74A71B81" w14:textId="77777777" w:rsidR="001E1ED1" w:rsidRPr="004756AA" w:rsidRDefault="005525A4">
      <w:pPr>
        <w:spacing w:after="60" w:line="240" w:lineRule="auto"/>
        <w:rPr>
          <w:sz w:val="21"/>
          <w:szCs w:val="21"/>
        </w:rPr>
      </w:pPr>
      <w:r w:rsidRPr="004756AA">
        <w:rPr>
          <w:sz w:val="21"/>
          <w:szCs w:val="21"/>
        </w:rPr>
        <w:t>I confirm that the information provided in this application is complete and accurate to the best of my knowledge. I understand that deliberately providing false or misleading information, or withholding information relevant to the appointment, may result in withdrawal of an offer of employment or, where employment has commenced, disciplinary action up to and including dismissal.</w:t>
      </w:r>
    </w:p>
    <w:p w14:paraId="49D722B7" w14:textId="77777777" w:rsidR="001E1ED1" w:rsidRPr="004756AA" w:rsidRDefault="005525A4">
      <w:pPr>
        <w:spacing w:line="240" w:lineRule="auto"/>
        <w:rPr>
          <w:sz w:val="21"/>
          <w:szCs w:val="21"/>
        </w:rPr>
      </w:pPr>
      <w:r w:rsidRPr="004756AA">
        <w:rPr>
          <w:sz w:val="21"/>
          <w:szCs w:val="21"/>
        </w:rPr>
        <w:t>I understand that any offer of employment may be subject to satisfactory pre-employment checks appropriate to the role.</w:t>
      </w:r>
    </w:p>
    <w:tbl>
      <w:tblPr>
        <w:tblW w:w="0" w:type="auto"/>
        <w:jc w:val="center"/>
        <w:tblLayout w:type="fixed"/>
        <w:tblLook w:val="04A0" w:firstRow="1" w:lastRow="0" w:firstColumn="1" w:lastColumn="0" w:noHBand="0" w:noVBand="1"/>
      </w:tblPr>
      <w:tblGrid>
        <w:gridCol w:w="4464"/>
        <w:gridCol w:w="5040"/>
      </w:tblGrid>
      <w:tr w:rsidR="001E1ED1" w:rsidRPr="004756AA" w14:paraId="1479FE2D" w14:textId="77777777">
        <w:trPr>
          <w:cantSplit/>
          <w:trHeight w:val="504"/>
          <w:jc w:val="center"/>
        </w:trPr>
        <w:tc>
          <w:tcPr>
            <w:tcW w:w="4464" w:type="dxa"/>
            <w:tcBorders>
              <w:top w:val="single" w:sz="4" w:space="0" w:color="E8E3E1"/>
              <w:left w:val="single" w:sz="4" w:space="0" w:color="E8E3E1"/>
              <w:bottom w:val="single" w:sz="4" w:space="0" w:color="E8E3E1"/>
              <w:right w:val="single" w:sz="4" w:space="0" w:color="E8E3E1"/>
            </w:tcBorders>
            <w:shd w:val="clear" w:color="auto" w:fill="FAF6F4"/>
            <w:tcMar>
              <w:top w:w="80" w:type="dxa"/>
              <w:left w:w="110" w:type="dxa"/>
              <w:bottom w:w="80" w:type="dxa"/>
              <w:right w:w="110" w:type="dxa"/>
            </w:tcMar>
            <w:vAlign w:val="center"/>
          </w:tcPr>
          <w:p w14:paraId="5D5BB440" w14:textId="77777777" w:rsidR="001E1ED1" w:rsidRPr="004756AA" w:rsidRDefault="005525A4">
            <w:pPr>
              <w:spacing w:after="0" w:line="240" w:lineRule="auto"/>
              <w:rPr>
                <w:sz w:val="21"/>
                <w:szCs w:val="21"/>
              </w:rPr>
            </w:pPr>
            <w:r w:rsidRPr="004756AA">
              <w:rPr>
                <w:b/>
                <w:sz w:val="21"/>
                <w:szCs w:val="21"/>
              </w:rPr>
              <w:t>Electronic signature - type your full name</w:t>
            </w:r>
            <w:r w:rsidRPr="004756AA">
              <w:rPr>
                <w:b/>
                <w:color w:val="C00000"/>
                <w:sz w:val="21"/>
                <w:szCs w:val="21"/>
              </w:rPr>
              <w:t>*</w:t>
            </w:r>
          </w:p>
        </w:tc>
        <w:tc>
          <w:tcPr>
            <w:tcW w:w="5040" w:type="dxa"/>
            <w:tcBorders>
              <w:top w:val="single" w:sz="4" w:space="0" w:color="E8E3E1"/>
              <w:left w:val="single" w:sz="4" w:space="0" w:color="E8E3E1"/>
              <w:bottom w:val="single" w:sz="4" w:space="0" w:color="E8E3E1"/>
              <w:right w:val="single" w:sz="4" w:space="0" w:color="E8E3E1"/>
            </w:tcBorders>
            <w:shd w:val="clear" w:color="auto" w:fill="FFFFFF"/>
            <w:tcMar>
              <w:top w:w="80" w:type="dxa"/>
              <w:left w:w="110" w:type="dxa"/>
              <w:bottom w:w="80" w:type="dxa"/>
              <w:right w:w="110" w:type="dxa"/>
            </w:tcMar>
            <w:vAlign w:val="center"/>
          </w:tcPr>
          <w:p w14:paraId="221ED910" w14:textId="77777777" w:rsidR="001E1ED1" w:rsidRPr="004756AA" w:rsidRDefault="001E1ED1">
            <w:pPr>
              <w:spacing w:after="0" w:line="240" w:lineRule="auto"/>
              <w:rPr>
                <w:sz w:val="21"/>
                <w:szCs w:val="21"/>
              </w:rPr>
            </w:pPr>
          </w:p>
        </w:tc>
      </w:tr>
      <w:tr w:rsidR="001E1ED1" w:rsidRPr="004756AA" w14:paraId="18E91E09" w14:textId="77777777">
        <w:trPr>
          <w:cantSplit/>
          <w:trHeight w:val="504"/>
          <w:jc w:val="center"/>
        </w:trPr>
        <w:tc>
          <w:tcPr>
            <w:tcW w:w="4464" w:type="dxa"/>
            <w:tcBorders>
              <w:top w:val="single" w:sz="4" w:space="0" w:color="E8E3E1"/>
              <w:left w:val="single" w:sz="4" w:space="0" w:color="E8E3E1"/>
              <w:bottom w:val="single" w:sz="4" w:space="0" w:color="E8E3E1"/>
              <w:right w:val="single" w:sz="4" w:space="0" w:color="E8E3E1"/>
            </w:tcBorders>
            <w:shd w:val="clear" w:color="auto" w:fill="FAF6F4"/>
            <w:tcMar>
              <w:top w:w="80" w:type="dxa"/>
              <w:left w:w="110" w:type="dxa"/>
              <w:bottom w:w="80" w:type="dxa"/>
              <w:right w:w="110" w:type="dxa"/>
            </w:tcMar>
            <w:vAlign w:val="center"/>
          </w:tcPr>
          <w:p w14:paraId="2718C324" w14:textId="77777777" w:rsidR="001E1ED1" w:rsidRPr="004756AA" w:rsidRDefault="005525A4">
            <w:pPr>
              <w:spacing w:after="0" w:line="240" w:lineRule="auto"/>
              <w:rPr>
                <w:sz w:val="21"/>
                <w:szCs w:val="21"/>
              </w:rPr>
            </w:pPr>
            <w:r w:rsidRPr="004756AA">
              <w:rPr>
                <w:b/>
                <w:sz w:val="21"/>
                <w:szCs w:val="21"/>
              </w:rPr>
              <w:t>Date (DD/MM/</w:t>
            </w:r>
            <w:proofErr w:type="gramStart"/>
            <w:r w:rsidRPr="004756AA">
              <w:rPr>
                <w:b/>
                <w:sz w:val="21"/>
                <w:szCs w:val="21"/>
              </w:rPr>
              <w:t>YYYY)</w:t>
            </w:r>
            <w:r w:rsidRPr="004756AA">
              <w:rPr>
                <w:b/>
                <w:color w:val="C00000"/>
                <w:sz w:val="21"/>
                <w:szCs w:val="21"/>
              </w:rPr>
              <w:t>*</w:t>
            </w:r>
            <w:proofErr w:type="gramEnd"/>
          </w:p>
        </w:tc>
        <w:tc>
          <w:tcPr>
            <w:tcW w:w="5040" w:type="dxa"/>
            <w:tcBorders>
              <w:top w:val="single" w:sz="4" w:space="0" w:color="E8E3E1"/>
              <w:left w:val="single" w:sz="4" w:space="0" w:color="E8E3E1"/>
              <w:bottom w:val="single" w:sz="4" w:space="0" w:color="E8E3E1"/>
              <w:right w:val="single" w:sz="4" w:space="0" w:color="E8E3E1"/>
            </w:tcBorders>
            <w:shd w:val="clear" w:color="auto" w:fill="FFFFFF"/>
            <w:tcMar>
              <w:top w:w="80" w:type="dxa"/>
              <w:left w:w="110" w:type="dxa"/>
              <w:bottom w:w="80" w:type="dxa"/>
              <w:right w:w="110" w:type="dxa"/>
            </w:tcMar>
            <w:vAlign w:val="center"/>
          </w:tcPr>
          <w:p w14:paraId="7C02F7CB" w14:textId="77777777" w:rsidR="001E1ED1" w:rsidRPr="004756AA" w:rsidRDefault="001E1ED1">
            <w:pPr>
              <w:spacing w:after="0" w:line="240" w:lineRule="auto"/>
              <w:rPr>
                <w:sz w:val="21"/>
                <w:szCs w:val="21"/>
              </w:rPr>
            </w:pPr>
          </w:p>
        </w:tc>
      </w:tr>
    </w:tbl>
    <w:p w14:paraId="4231F957" w14:textId="77777777" w:rsidR="001E1ED1" w:rsidRPr="004756AA" w:rsidRDefault="005525A4">
      <w:pPr>
        <w:spacing w:before="120" w:after="40" w:line="240" w:lineRule="auto"/>
        <w:rPr>
          <w:sz w:val="21"/>
          <w:szCs w:val="21"/>
        </w:rPr>
      </w:pPr>
      <w:r w:rsidRPr="004756AA">
        <w:rPr>
          <w:b/>
          <w:color w:val="B56F60"/>
          <w:sz w:val="21"/>
          <w:szCs w:val="21"/>
        </w:rPr>
        <w:t>WHAT HAPPENS NEXT?</w:t>
      </w:r>
    </w:p>
    <w:p w14:paraId="12374FAE" w14:textId="77777777" w:rsidR="001E1ED1" w:rsidRPr="004756AA" w:rsidRDefault="005525A4">
      <w:pPr>
        <w:pStyle w:val="ListBullet"/>
        <w:spacing w:after="40" w:line="240" w:lineRule="auto"/>
        <w:rPr>
          <w:sz w:val="21"/>
          <w:szCs w:val="21"/>
        </w:rPr>
      </w:pPr>
      <w:r w:rsidRPr="004756AA">
        <w:rPr>
          <w:sz w:val="21"/>
          <w:szCs w:val="21"/>
        </w:rPr>
        <w:lastRenderedPageBreak/>
        <w:t>We will acknowledge receipt of your application.</w:t>
      </w:r>
    </w:p>
    <w:p w14:paraId="6EF88E37" w14:textId="77777777" w:rsidR="001E1ED1" w:rsidRPr="004756AA" w:rsidRDefault="005525A4">
      <w:pPr>
        <w:pStyle w:val="ListBullet"/>
        <w:spacing w:after="40" w:line="240" w:lineRule="auto"/>
        <w:rPr>
          <w:sz w:val="21"/>
          <w:szCs w:val="21"/>
        </w:rPr>
      </w:pPr>
      <w:r w:rsidRPr="004756AA">
        <w:rPr>
          <w:sz w:val="21"/>
          <w:szCs w:val="21"/>
        </w:rPr>
        <w:t>Applications will be shortlisted against the requirements of the role and Person Specification.</w:t>
      </w:r>
    </w:p>
    <w:p w14:paraId="5074C32C" w14:textId="77777777" w:rsidR="001E1ED1" w:rsidRPr="004756AA" w:rsidRDefault="005525A4">
      <w:pPr>
        <w:pStyle w:val="ListBullet"/>
        <w:spacing w:after="40" w:line="240" w:lineRule="auto"/>
        <w:rPr>
          <w:sz w:val="21"/>
          <w:szCs w:val="21"/>
        </w:rPr>
      </w:pPr>
      <w:r w:rsidRPr="004756AA">
        <w:rPr>
          <w:sz w:val="21"/>
          <w:szCs w:val="21"/>
        </w:rPr>
        <w:t>Shortlisted candidates will be contacted with details of the next stage of the recruitment process.</w:t>
      </w:r>
    </w:p>
    <w:p w14:paraId="2A705E1B" w14:textId="77777777" w:rsidR="001E1ED1" w:rsidRPr="004756AA" w:rsidRDefault="005525A4">
      <w:pPr>
        <w:pStyle w:val="ListBullet"/>
        <w:spacing w:after="40" w:line="240" w:lineRule="auto"/>
        <w:rPr>
          <w:sz w:val="21"/>
          <w:szCs w:val="21"/>
        </w:rPr>
      </w:pPr>
      <w:r w:rsidRPr="004756AA">
        <w:rPr>
          <w:sz w:val="21"/>
          <w:szCs w:val="21"/>
        </w:rPr>
        <w:t>We will let applicants know the outcome of their application as soon as practicable after the process concludes.</w:t>
      </w:r>
    </w:p>
    <w:sectPr w:rsidR="001E1ED1" w:rsidRPr="004756AA" w:rsidSect="00034616">
      <w:headerReference w:type="default" r:id="rId9"/>
      <w:footerReference w:type="default" r:id="rId10"/>
      <w:pgSz w:w="12240" w:h="15840"/>
      <w:pgMar w:top="792" w:right="936" w:bottom="792" w:left="936"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8F069" w14:textId="77777777" w:rsidR="005525A4" w:rsidRDefault="005525A4">
      <w:pPr>
        <w:spacing w:after="0" w:line="240" w:lineRule="auto"/>
      </w:pPr>
      <w:r>
        <w:separator/>
      </w:r>
    </w:p>
  </w:endnote>
  <w:endnote w:type="continuationSeparator" w:id="0">
    <w:p w14:paraId="2AE5D671" w14:textId="77777777" w:rsidR="005525A4" w:rsidRDefault="00552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E5FDB" w14:textId="77777777" w:rsidR="001E1ED1" w:rsidRDefault="001E1ED1">
    <w:pPr>
      <w:pStyle w:val="Footer"/>
    </w:pPr>
  </w:p>
  <w:tbl>
    <w:tblPr>
      <w:tblW w:w="0" w:type="auto"/>
      <w:tblLayout w:type="fixed"/>
      <w:tblLook w:val="04A0" w:firstRow="1" w:lastRow="0" w:firstColumn="1" w:lastColumn="0" w:noHBand="0" w:noVBand="1"/>
    </w:tblPr>
    <w:tblGrid>
      <w:gridCol w:w="5040"/>
      <w:gridCol w:w="5040"/>
    </w:tblGrid>
    <w:tr w:rsidR="001E1ED1" w14:paraId="72B68A32" w14:textId="77777777">
      <w:tc>
        <w:tcPr>
          <w:tcW w:w="5040" w:type="dxa"/>
          <w:tcBorders>
            <w:top w:val="single" w:sz="6" w:space="0" w:color="EFC5BA"/>
          </w:tcBorders>
          <w:tcMar>
            <w:top w:w="50" w:type="dxa"/>
            <w:left w:w="0" w:type="dxa"/>
            <w:bottom w:w="0" w:type="dxa"/>
            <w:right w:w="0" w:type="dxa"/>
          </w:tcMar>
        </w:tcPr>
        <w:p w14:paraId="4200179F" w14:textId="77777777" w:rsidR="001E1ED1" w:rsidRDefault="005525A4">
          <w:pPr>
            <w:spacing w:after="0" w:line="240" w:lineRule="auto"/>
          </w:pPr>
          <w:r>
            <w:rPr>
              <w:color w:val="666666"/>
              <w:sz w:val="16"/>
            </w:rPr>
            <w:t>Future Dreams | Confidential recruitment document</w:t>
          </w:r>
        </w:p>
      </w:tc>
      <w:tc>
        <w:tcPr>
          <w:tcW w:w="5040" w:type="dxa"/>
          <w:tcBorders>
            <w:top w:val="single" w:sz="6" w:space="0" w:color="EFC5BA"/>
          </w:tcBorders>
          <w:tcMar>
            <w:top w:w="50" w:type="dxa"/>
            <w:left w:w="0" w:type="dxa"/>
            <w:bottom w:w="0" w:type="dxa"/>
            <w:right w:w="0" w:type="dxa"/>
          </w:tcMar>
        </w:tcPr>
        <w:p w14:paraId="1896F80B" w14:textId="77777777" w:rsidR="001E1ED1" w:rsidRDefault="005525A4">
          <w:pPr>
            <w:spacing w:after="0" w:line="240" w:lineRule="auto"/>
            <w:jc w:val="right"/>
          </w:pPr>
          <w:r>
            <w:rPr>
              <w:color w:val="666666"/>
              <w:sz w:val="17"/>
            </w:rPr>
            <w:t xml:space="preserve">Page </w:t>
          </w:r>
          <w:r>
            <w:rPr>
              <w:color w:val="666666"/>
              <w:sz w:val="17"/>
            </w:rPr>
            <w:fldChar w:fldCharType="begin"/>
          </w:r>
          <w:r>
            <w:rPr>
              <w:color w:val="666666"/>
              <w:sz w:val="17"/>
            </w:rPr>
            <w:instrText xml:space="preserve"> PAGE </w:instrText>
          </w:r>
          <w:r w:rsidR="004756AA">
            <w:rPr>
              <w:color w:val="666666"/>
              <w:sz w:val="17"/>
            </w:rPr>
            <w:fldChar w:fldCharType="separate"/>
          </w:r>
          <w:r w:rsidR="004756AA">
            <w:rPr>
              <w:noProof/>
              <w:color w:val="666666"/>
              <w:sz w:val="17"/>
            </w:rPr>
            <w:t>1</w:t>
          </w:r>
          <w:r>
            <w:rPr>
              <w:color w:val="666666"/>
              <w:sz w:val="17"/>
            </w:rPr>
            <w:fldChar w:fldCharType="end"/>
          </w:r>
          <w:r>
            <w:rPr>
              <w:color w:val="666666"/>
              <w:sz w:val="17"/>
            </w:rPr>
            <w:t xml:space="preserve"> of </w:t>
          </w:r>
          <w:r>
            <w:rPr>
              <w:color w:val="666666"/>
              <w:sz w:val="17"/>
            </w:rPr>
            <w:fldChar w:fldCharType="begin"/>
          </w:r>
          <w:r>
            <w:rPr>
              <w:color w:val="666666"/>
              <w:sz w:val="17"/>
            </w:rPr>
            <w:instrText xml:space="preserve"> NUMPAGES </w:instrText>
          </w:r>
          <w:r w:rsidR="004756AA">
            <w:rPr>
              <w:color w:val="666666"/>
              <w:sz w:val="17"/>
            </w:rPr>
            <w:fldChar w:fldCharType="separate"/>
          </w:r>
          <w:r w:rsidR="004756AA">
            <w:rPr>
              <w:noProof/>
              <w:color w:val="666666"/>
              <w:sz w:val="17"/>
            </w:rPr>
            <w:t>2</w:t>
          </w:r>
          <w:r>
            <w:rPr>
              <w:color w:val="666666"/>
              <w:sz w:val="17"/>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3EC18" w14:textId="77777777" w:rsidR="005525A4" w:rsidRDefault="005525A4">
      <w:pPr>
        <w:spacing w:after="0" w:line="240" w:lineRule="auto"/>
      </w:pPr>
      <w:r>
        <w:separator/>
      </w:r>
    </w:p>
  </w:footnote>
  <w:footnote w:type="continuationSeparator" w:id="0">
    <w:p w14:paraId="61C768B0" w14:textId="77777777" w:rsidR="005525A4" w:rsidRDefault="005525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D8150" w14:textId="77777777" w:rsidR="001E1ED1" w:rsidRDefault="001E1ED1">
    <w:pPr>
      <w:pStyle w:val="Header"/>
    </w:pPr>
  </w:p>
  <w:tbl>
    <w:tblPr>
      <w:tblW w:w="0" w:type="auto"/>
      <w:tblLayout w:type="fixed"/>
      <w:tblLook w:val="04A0" w:firstRow="1" w:lastRow="0" w:firstColumn="1" w:lastColumn="0" w:noHBand="0" w:noVBand="1"/>
    </w:tblPr>
    <w:tblGrid>
      <w:gridCol w:w="5040"/>
      <w:gridCol w:w="5040"/>
    </w:tblGrid>
    <w:tr w:rsidR="001E1ED1" w14:paraId="35E0C6D2" w14:textId="77777777">
      <w:tc>
        <w:tcPr>
          <w:tcW w:w="5040" w:type="dxa"/>
          <w:tcBorders>
            <w:bottom w:val="single" w:sz="8" w:space="0" w:color="EFC5BA"/>
          </w:tcBorders>
          <w:tcMar>
            <w:top w:w="20" w:type="dxa"/>
            <w:left w:w="0" w:type="dxa"/>
            <w:bottom w:w="60" w:type="dxa"/>
            <w:right w:w="0" w:type="dxa"/>
          </w:tcMar>
        </w:tcPr>
        <w:p w14:paraId="2B46AB49" w14:textId="77777777" w:rsidR="001E1ED1" w:rsidRDefault="005525A4">
          <w:pPr>
            <w:spacing w:after="0" w:line="240" w:lineRule="auto"/>
          </w:pPr>
          <w:r>
            <w:rPr>
              <w:noProof/>
            </w:rPr>
            <w:drawing>
              <wp:inline distT="0" distB="0" distL="0" distR="0" wp14:anchorId="0F7E5DE1" wp14:editId="7DE44140">
                <wp:extent cx="438912" cy="445562"/>
                <wp:effectExtent l="0" t="0" r="0" b="0"/>
                <wp:docPr id="1" name="Picture 1" descr="Future Dreams logo" title="Future Dream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stretch>
                          <a:fillRect/>
                        </a:stretch>
                      </pic:blipFill>
                      <pic:spPr>
                        <a:xfrm>
                          <a:off x="0" y="0"/>
                          <a:ext cx="438912" cy="445562"/>
                        </a:xfrm>
                        <a:prstGeom prst="rect">
                          <a:avLst/>
                        </a:prstGeom>
                      </pic:spPr>
                    </pic:pic>
                  </a:graphicData>
                </a:graphic>
              </wp:inline>
            </w:drawing>
          </w:r>
        </w:p>
      </w:tc>
      <w:tc>
        <w:tcPr>
          <w:tcW w:w="5040" w:type="dxa"/>
          <w:tcBorders>
            <w:bottom w:val="single" w:sz="8" w:space="0" w:color="EFC5BA"/>
          </w:tcBorders>
          <w:tcMar>
            <w:top w:w="20" w:type="dxa"/>
            <w:left w:w="0" w:type="dxa"/>
            <w:bottom w:w="60" w:type="dxa"/>
            <w:right w:w="0" w:type="dxa"/>
          </w:tcMar>
        </w:tcPr>
        <w:p w14:paraId="5125E576" w14:textId="76B86ACB" w:rsidR="001E1ED1" w:rsidRDefault="005525A4">
          <w:pPr>
            <w:spacing w:after="0" w:line="240" w:lineRule="auto"/>
            <w:jc w:val="right"/>
          </w:pPr>
          <w:r>
            <w:rPr>
              <w:rFonts w:ascii="Calibri Light" w:hAnsi="Calibri Light"/>
              <w:b/>
              <w:color w:val="B56F60"/>
              <w:sz w:val="21"/>
            </w:rPr>
            <w:t xml:space="preserve">FUTURE </w:t>
          </w:r>
          <w:r w:rsidR="004756AA">
            <w:rPr>
              <w:rFonts w:ascii="Calibri Light" w:hAnsi="Calibri Light"/>
              <w:b/>
              <w:color w:val="B56F60"/>
              <w:sz w:val="21"/>
            </w:rPr>
            <w:t>DREAMS</w:t>
          </w:r>
          <w:r w:rsidR="004756AA">
            <w:rPr>
              <w:rFonts w:ascii="Calibri Light" w:hAnsi="Calibri Light"/>
              <w:b/>
              <w:sz w:val="19"/>
            </w:rPr>
            <w:t xml:space="preserve"> | APPLICATION</w:t>
          </w:r>
          <w:r>
            <w:rPr>
              <w:rFonts w:ascii="Calibri Light" w:hAnsi="Calibri Light"/>
              <w:b/>
              <w:sz w:val="19"/>
            </w:rPr>
            <w:t xml:space="preserve"> FOR EMPLOYMENT</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27360814">
    <w:abstractNumId w:val="8"/>
  </w:num>
  <w:num w:numId="2" w16cid:durableId="2019429766">
    <w:abstractNumId w:val="6"/>
  </w:num>
  <w:num w:numId="3" w16cid:durableId="2129618203">
    <w:abstractNumId w:val="5"/>
  </w:num>
  <w:num w:numId="4" w16cid:durableId="2098284252">
    <w:abstractNumId w:val="4"/>
  </w:num>
  <w:num w:numId="5" w16cid:durableId="2042246306">
    <w:abstractNumId w:val="7"/>
  </w:num>
  <w:num w:numId="6" w16cid:durableId="1776437868">
    <w:abstractNumId w:val="3"/>
  </w:num>
  <w:num w:numId="7" w16cid:durableId="280035727">
    <w:abstractNumId w:val="2"/>
  </w:num>
  <w:num w:numId="8" w16cid:durableId="1927957052">
    <w:abstractNumId w:val="1"/>
  </w:num>
  <w:num w:numId="9" w16cid:durableId="431895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5772CF"/>
  <w14:defaultImageDpi w14:val="300"/>
  <w15:docId w15:val="{8525E798-0C37-48C9-A2DE-6D0FCE51A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pPr>
    <w:rPr>
      <w:rFonts w:ascii="Calibri" w:hAnsi="Calibri"/>
      <w:color w:val="262626"/>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B56F60"/>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hyperlink" Target="https://futuredreams.org.uk/privacy-policy/" TargetMode="Externa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