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02709" w14:textId="77777777" w:rsidR="0024491B" w:rsidRDefault="00F40C3B">
      <w:r>
        <w:rPr>
          <w:b/>
          <w:color w:val="416780"/>
          <w:sz w:val="28"/>
        </w:rPr>
        <w:t>Equal Opportunities Monitoring Form</w:t>
      </w:r>
    </w:p>
    <w:p w14:paraId="51B66BF8" w14:textId="77777777" w:rsidR="0024491B" w:rsidRDefault="00F40C3B">
      <w:r>
        <w:t>This form is anonymous and will not be seen by the shortlisting panel. It will only be used to monitor whether we reach a diverse range of applicants.</w:t>
      </w:r>
    </w:p>
    <w:p w14:paraId="5E58F1EB" w14:textId="77777777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1. Gender Identity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709"/>
      </w:tblGrid>
      <w:tr w:rsidR="00AA69E8" w14:paraId="2B7CE7A9" w14:textId="79750291" w:rsidTr="00F40C3B">
        <w:tc>
          <w:tcPr>
            <w:tcW w:w="6062" w:type="dxa"/>
          </w:tcPr>
          <w:p w14:paraId="1545A2A2" w14:textId="77777777" w:rsidR="00AA69E8" w:rsidRDefault="00AA69E8" w:rsidP="00F40C3B">
            <w:pPr>
              <w:spacing w:after="120" w:line="240" w:lineRule="auto"/>
            </w:pPr>
            <w:r>
              <w:t>Male</w:t>
            </w:r>
          </w:p>
        </w:tc>
        <w:tc>
          <w:tcPr>
            <w:tcW w:w="709" w:type="dxa"/>
          </w:tcPr>
          <w:p w14:paraId="18F06B5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53BFE9E" w14:textId="5A539DD5" w:rsidTr="00F40C3B">
        <w:tc>
          <w:tcPr>
            <w:tcW w:w="6062" w:type="dxa"/>
          </w:tcPr>
          <w:p w14:paraId="71D00AD2" w14:textId="77777777" w:rsidR="00AA69E8" w:rsidRDefault="00AA69E8" w:rsidP="00F40C3B">
            <w:pPr>
              <w:spacing w:after="120" w:line="240" w:lineRule="auto"/>
            </w:pPr>
            <w:r>
              <w:t>Female</w:t>
            </w:r>
          </w:p>
        </w:tc>
        <w:tc>
          <w:tcPr>
            <w:tcW w:w="709" w:type="dxa"/>
          </w:tcPr>
          <w:p w14:paraId="54DAE66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D47605A" w14:textId="6CC6823E" w:rsidTr="00F40C3B">
        <w:tc>
          <w:tcPr>
            <w:tcW w:w="6062" w:type="dxa"/>
          </w:tcPr>
          <w:p w14:paraId="79A3D5A0" w14:textId="77777777" w:rsidR="00AA69E8" w:rsidRDefault="00AA69E8" w:rsidP="00F40C3B">
            <w:pPr>
              <w:spacing w:after="120" w:line="240" w:lineRule="auto"/>
            </w:pPr>
            <w:r>
              <w:t>Non-binary</w:t>
            </w:r>
          </w:p>
        </w:tc>
        <w:tc>
          <w:tcPr>
            <w:tcW w:w="709" w:type="dxa"/>
          </w:tcPr>
          <w:p w14:paraId="167F6988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567BC3F" w14:textId="31003430" w:rsidTr="00F40C3B">
        <w:tc>
          <w:tcPr>
            <w:tcW w:w="6062" w:type="dxa"/>
          </w:tcPr>
          <w:p w14:paraId="56480EAC" w14:textId="247D4E5B" w:rsidR="00AA69E8" w:rsidRDefault="00AA69E8" w:rsidP="00F40C3B">
            <w:pPr>
              <w:spacing w:after="120" w:line="240" w:lineRule="auto"/>
            </w:pPr>
            <w:r>
              <w:t xml:space="preserve">Prefer to self-describe: </w:t>
            </w:r>
          </w:p>
        </w:tc>
        <w:tc>
          <w:tcPr>
            <w:tcW w:w="709" w:type="dxa"/>
          </w:tcPr>
          <w:p w14:paraId="6FDEEE99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485A867" w14:textId="567469A1" w:rsidTr="00F40C3B">
        <w:tc>
          <w:tcPr>
            <w:tcW w:w="6062" w:type="dxa"/>
            <w:tcBorders>
              <w:bottom w:val="dotted" w:sz="4" w:space="0" w:color="416780"/>
            </w:tcBorders>
          </w:tcPr>
          <w:p w14:paraId="17AD759C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709" w:type="dxa"/>
          </w:tcPr>
          <w:p w14:paraId="4B051DAE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BDE03B0" w14:textId="1E506E09" w:rsidTr="00F40C3B">
        <w:tc>
          <w:tcPr>
            <w:tcW w:w="6062" w:type="dxa"/>
            <w:tcBorders>
              <w:top w:val="dotted" w:sz="4" w:space="0" w:color="416780"/>
              <w:left w:val="dotted" w:sz="4" w:space="0" w:color="416780"/>
              <w:bottom w:val="dotted" w:sz="4" w:space="0" w:color="416780"/>
              <w:right w:val="dotted" w:sz="4" w:space="0" w:color="416780"/>
            </w:tcBorders>
          </w:tcPr>
          <w:p w14:paraId="469A633D" w14:textId="199073D5" w:rsidR="00AA69E8" w:rsidRDefault="00AA69E8" w:rsidP="00F40C3B">
            <w:pPr>
              <w:spacing w:after="120" w:line="240" w:lineRule="auto"/>
            </w:pPr>
            <w:r>
              <w:t>Do you identify as trans? Yes / No / Prefer not to say</w:t>
            </w:r>
          </w:p>
        </w:tc>
        <w:tc>
          <w:tcPr>
            <w:tcW w:w="709" w:type="dxa"/>
          </w:tcPr>
          <w:p w14:paraId="0E9A103C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0E586C6C" w14:textId="6C32B11B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2. Age Group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43"/>
        <w:gridCol w:w="777"/>
      </w:tblGrid>
      <w:tr w:rsidR="00AA69E8" w14:paraId="5C55698E" w14:textId="3AE22CB6" w:rsidTr="00F40C3B">
        <w:tc>
          <w:tcPr>
            <w:tcW w:w="2943" w:type="dxa"/>
          </w:tcPr>
          <w:p w14:paraId="714417E4" w14:textId="77777777" w:rsidR="00AA69E8" w:rsidRDefault="00AA69E8" w:rsidP="00F40C3B">
            <w:pPr>
              <w:spacing w:after="120" w:line="240" w:lineRule="auto"/>
            </w:pPr>
            <w:r>
              <w:t>16–24</w:t>
            </w:r>
          </w:p>
        </w:tc>
        <w:tc>
          <w:tcPr>
            <w:tcW w:w="777" w:type="dxa"/>
          </w:tcPr>
          <w:p w14:paraId="11DA1810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0646292" w14:textId="76D9DE66" w:rsidTr="00F40C3B">
        <w:tc>
          <w:tcPr>
            <w:tcW w:w="2943" w:type="dxa"/>
          </w:tcPr>
          <w:p w14:paraId="53BF63CC" w14:textId="77777777" w:rsidR="00AA69E8" w:rsidRDefault="00AA69E8" w:rsidP="00F40C3B">
            <w:pPr>
              <w:spacing w:after="120" w:line="240" w:lineRule="auto"/>
            </w:pPr>
            <w:r>
              <w:t>25–34</w:t>
            </w:r>
          </w:p>
        </w:tc>
        <w:tc>
          <w:tcPr>
            <w:tcW w:w="777" w:type="dxa"/>
          </w:tcPr>
          <w:p w14:paraId="1F35DEE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CA0934A" w14:textId="70B5E4EA" w:rsidTr="00F40C3B">
        <w:tc>
          <w:tcPr>
            <w:tcW w:w="2943" w:type="dxa"/>
          </w:tcPr>
          <w:p w14:paraId="56267698" w14:textId="77777777" w:rsidR="00AA69E8" w:rsidRDefault="00AA69E8" w:rsidP="00F40C3B">
            <w:pPr>
              <w:spacing w:after="120" w:line="240" w:lineRule="auto"/>
            </w:pPr>
            <w:r>
              <w:t>35–44</w:t>
            </w:r>
          </w:p>
        </w:tc>
        <w:tc>
          <w:tcPr>
            <w:tcW w:w="777" w:type="dxa"/>
          </w:tcPr>
          <w:p w14:paraId="0D1BD567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31B1122" w14:textId="7FD69593" w:rsidTr="00F40C3B">
        <w:tc>
          <w:tcPr>
            <w:tcW w:w="2943" w:type="dxa"/>
          </w:tcPr>
          <w:p w14:paraId="573F5134" w14:textId="77777777" w:rsidR="00AA69E8" w:rsidRDefault="00AA69E8" w:rsidP="00F40C3B">
            <w:pPr>
              <w:spacing w:after="120" w:line="240" w:lineRule="auto"/>
            </w:pPr>
            <w:r>
              <w:t>45–54</w:t>
            </w:r>
          </w:p>
        </w:tc>
        <w:tc>
          <w:tcPr>
            <w:tcW w:w="777" w:type="dxa"/>
          </w:tcPr>
          <w:p w14:paraId="66351B57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17E3892" w14:textId="1E66CB06" w:rsidTr="00F40C3B">
        <w:tc>
          <w:tcPr>
            <w:tcW w:w="2943" w:type="dxa"/>
          </w:tcPr>
          <w:p w14:paraId="306D05A4" w14:textId="77777777" w:rsidR="00AA69E8" w:rsidRDefault="00AA69E8" w:rsidP="00F40C3B">
            <w:pPr>
              <w:spacing w:after="120" w:line="240" w:lineRule="auto"/>
            </w:pPr>
            <w:r>
              <w:t>55–64</w:t>
            </w:r>
          </w:p>
        </w:tc>
        <w:tc>
          <w:tcPr>
            <w:tcW w:w="777" w:type="dxa"/>
          </w:tcPr>
          <w:p w14:paraId="688766AA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5694A6A" w14:textId="2D7A7E85" w:rsidTr="00F40C3B">
        <w:tc>
          <w:tcPr>
            <w:tcW w:w="2943" w:type="dxa"/>
          </w:tcPr>
          <w:p w14:paraId="424D2AA1" w14:textId="77777777" w:rsidR="00AA69E8" w:rsidRDefault="00AA69E8" w:rsidP="00F40C3B">
            <w:pPr>
              <w:spacing w:after="120" w:line="240" w:lineRule="auto"/>
            </w:pPr>
            <w:r>
              <w:t>65+</w:t>
            </w:r>
          </w:p>
        </w:tc>
        <w:tc>
          <w:tcPr>
            <w:tcW w:w="777" w:type="dxa"/>
          </w:tcPr>
          <w:p w14:paraId="4F548A5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960B246" w14:textId="794BCCCC" w:rsidTr="00F40C3B">
        <w:tc>
          <w:tcPr>
            <w:tcW w:w="2943" w:type="dxa"/>
            <w:tcBorders>
              <w:bottom w:val="dotted" w:sz="4" w:space="0" w:color="416780"/>
            </w:tcBorders>
          </w:tcPr>
          <w:p w14:paraId="53589BE0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777" w:type="dxa"/>
            <w:tcBorders>
              <w:bottom w:val="dotted" w:sz="4" w:space="0" w:color="416780"/>
            </w:tcBorders>
          </w:tcPr>
          <w:p w14:paraId="6BFC99DB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5DA3EF5C" w14:textId="565A3595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3. Ethnicity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850"/>
      </w:tblGrid>
      <w:tr w:rsidR="00AA69E8" w:rsidRPr="00AA69E8" w14:paraId="4847A12E" w14:textId="201CD455" w:rsidTr="00AA69E8">
        <w:tc>
          <w:tcPr>
            <w:tcW w:w="4361" w:type="dxa"/>
          </w:tcPr>
          <w:p w14:paraId="752284A5" w14:textId="77777777" w:rsidR="00AA69E8" w:rsidRPr="00AA69E8" w:rsidRDefault="00AA69E8" w:rsidP="00F40C3B">
            <w:pPr>
              <w:spacing w:after="120" w:line="240" w:lineRule="auto"/>
            </w:pPr>
            <w:r w:rsidRPr="00AA69E8">
              <w:t>White British</w:t>
            </w:r>
          </w:p>
        </w:tc>
        <w:tc>
          <w:tcPr>
            <w:tcW w:w="850" w:type="dxa"/>
          </w:tcPr>
          <w:p w14:paraId="0D0A9195" w14:textId="77777777" w:rsidR="00AA69E8" w:rsidRPr="00AA69E8" w:rsidRDefault="00AA69E8" w:rsidP="00F40C3B">
            <w:pPr>
              <w:spacing w:after="120" w:line="240" w:lineRule="auto"/>
            </w:pPr>
          </w:p>
        </w:tc>
      </w:tr>
      <w:tr w:rsidR="00AA69E8" w14:paraId="22B8C995" w14:textId="697FA64B" w:rsidTr="00AA69E8">
        <w:tc>
          <w:tcPr>
            <w:tcW w:w="4361" w:type="dxa"/>
          </w:tcPr>
          <w:p w14:paraId="7EFF49A2" w14:textId="77777777" w:rsidR="00AA69E8" w:rsidRDefault="00AA69E8" w:rsidP="00F40C3B">
            <w:pPr>
              <w:spacing w:after="120" w:line="240" w:lineRule="auto"/>
            </w:pPr>
            <w:r>
              <w:t>White Irish</w:t>
            </w:r>
          </w:p>
        </w:tc>
        <w:tc>
          <w:tcPr>
            <w:tcW w:w="850" w:type="dxa"/>
          </w:tcPr>
          <w:p w14:paraId="611B68AE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4F73337" w14:textId="738BC874" w:rsidTr="00AA69E8">
        <w:tc>
          <w:tcPr>
            <w:tcW w:w="4361" w:type="dxa"/>
          </w:tcPr>
          <w:p w14:paraId="261A2B2D" w14:textId="77777777" w:rsidR="00AA69E8" w:rsidRDefault="00AA69E8" w:rsidP="00F40C3B">
            <w:pPr>
              <w:spacing w:after="120" w:line="240" w:lineRule="auto"/>
            </w:pPr>
            <w:r>
              <w:t xml:space="preserve">Gypsy or Irish </w:t>
            </w:r>
            <w:proofErr w:type="spellStart"/>
            <w:r>
              <w:t>Traveller</w:t>
            </w:r>
            <w:proofErr w:type="spellEnd"/>
          </w:p>
        </w:tc>
        <w:tc>
          <w:tcPr>
            <w:tcW w:w="850" w:type="dxa"/>
          </w:tcPr>
          <w:p w14:paraId="549603E6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7E9655B" w14:textId="1A206ED7" w:rsidTr="00AA69E8">
        <w:tc>
          <w:tcPr>
            <w:tcW w:w="4361" w:type="dxa"/>
          </w:tcPr>
          <w:p w14:paraId="2A74A4F7" w14:textId="77777777" w:rsidR="00AA69E8" w:rsidRDefault="00AA69E8" w:rsidP="00F40C3B">
            <w:pPr>
              <w:spacing w:after="120" w:line="240" w:lineRule="auto"/>
            </w:pPr>
            <w:r>
              <w:t>White Other: __________</w:t>
            </w:r>
          </w:p>
        </w:tc>
        <w:tc>
          <w:tcPr>
            <w:tcW w:w="850" w:type="dxa"/>
          </w:tcPr>
          <w:p w14:paraId="6948F13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:rsidRPr="00AA69E8" w14:paraId="4572A3BF" w14:textId="6FF285E3" w:rsidTr="00AA69E8">
        <w:tc>
          <w:tcPr>
            <w:tcW w:w="4361" w:type="dxa"/>
          </w:tcPr>
          <w:p w14:paraId="48357267" w14:textId="77777777" w:rsidR="00AA69E8" w:rsidRPr="00AA69E8" w:rsidRDefault="00AA69E8" w:rsidP="00F40C3B">
            <w:pPr>
              <w:spacing w:after="120" w:line="240" w:lineRule="auto"/>
              <w:rPr>
                <w:b/>
                <w:bCs/>
              </w:rPr>
            </w:pPr>
            <w:r w:rsidRPr="00AA69E8">
              <w:rPr>
                <w:b/>
                <w:bCs/>
              </w:rPr>
              <w:t>Mixed / Multiple ethnic groups:</w:t>
            </w:r>
          </w:p>
        </w:tc>
        <w:tc>
          <w:tcPr>
            <w:tcW w:w="850" w:type="dxa"/>
          </w:tcPr>
          <w:p w14:paraId="46074076" w14:textId="77777777" w:rsidR="00AA69E8" w:rsidRPr="00AA69E8" w:rsidRDefault="00AA69E8" w:rsidP="00F40C3B">
            <w:pPr>
              <w:spacing w:after="120" w:line="240" w:lineRule="auto"/>
              <w:rPr>
                <w:b/>
                <w:bCs/>
              </w:rPr>
            </w:pPr>
          </w:p>
        </w:tc>
      </w:tr>
      <w:tr w:rsidR="00AA69E8" w14:paraId="68896653" w14:textId="1F40D765" w:rsidTr="00AA69E8">
        <w:tc>
          <w:tcPr>
            <w:tcW w:w="4361" w:type="dxa"/>
          </w:tcPr>
          <w:p w14:paraId="5A00B76B" w14:textId="77777777" w:rsidR="00AA69E8" w:rsidRDefault="00AA69E8" w:rsidP="00F40C3B">
            <w:pPr>
              <w:spacing w:after="120" w:line="240" w:lineRule="auto"/>
            </w:pPr>
            <w:r>
              <w:t>White &amp; Black Caribbean</w:t>
            </w:r>
          </w:p>
        </w:tc>
        <w:tc>
          <w:tcPr>
            <w:tcW w:w="850" w:type="dxa"/>
          </w:tcPr>
          <w:p w14:paraId="1594001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64A1033" w14:textId="69D3D68E" w:rsidTr="00AA69E8">
        <w:tc>
          <w:tcPr>
            <w:tcW w:w="4361" w:type="dxa"/>
          </w:tcPr>
          <w:p w14:paraId="7A2771EA" w14:textId="77777777" w:rsidR="00AA69E8" w:rsidRDefault="00AA69E8" w:rsidP="00F40C3B">
            <w:pPr>
              <w:spacing w:after="120" w:line="240" w:lineRule="auto"/>
            </w:pPr>
            <w:r>
              <w:t>White &amp; Black African</w:t>
            </w:r>
          </w:p>
        </w:tc>
        <w:tc>
          <w:tcPr>
            <w:tcW w:w="850" w:type="dxa"/>
          </w:tcPr>
          <w:p w14:paraId="7EDAF6E0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92EC9B8" w14:textId="313DE1CB" w:rsidTr="00AA69E8">
        <w:tc>
          <w:tcPr>
            <w:tcW w:w="4361" w:type="dxa"/>
          </w:tcPr>
          <w:p w14:paraId="725C4778" w14:textId="77777777" w:rsidR="00AA69E8" w:rsidRDefault="00AA69E8" w:rsidP="00F40C3B">
            <w:pPr>
              <w:spacing w:after="120" w:line="240" w:lineRule="auto"/>
            </w:pPr>
            <w:r>
              <w:t>White &amp; Asian</w:t>
            </w:r>
          </w:p>
        </w:tc>
        <w:tc>
          <w:tcPr>
            <w:tcW w:w="850" w:type="dxa"/>
          </w:tcPr>
          <w:p w14:paraId="2E0BEA4F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F472085" w14:textId="1A28B011" w:rsidTr="00AA69E8">
        <w:tc>
          <w:tcPr>
            <w:tcW w:w="4361" w:type="dxa"/>
          </w:tcPr>
          <w:p w14:paraId="72FD6CE2" w14:textId="77777777" w:rsidR="00AA69E8" w:rsidRDefault="00AA69E8" w:rsidP="00F40C3B">
            <w:pPr>
              <w:spacing w:after="120" w:line="240" w:lineRule="auto"/>
            </w:pPr>
            <w:r>
              <w:t>Mixed Other: __________</w:t>
            </w:r>
          </w:p>
        </w:tc>
        <w:tc>
          <w:tcPr>
            <w:tcW w:w="850" w:type="dxa"/>
          </w:tcPr>
          <w:p w14:paraId="25F74E13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:rsidRPr="00AA69E8" w14:paraId="00BB084E" w14:textId="06E7D430" w:rsidTr="00AA69E8">
        <w:tc>
          <w:tcPr>
            <w:tcW w:w="4361" w:type="dxa"/>
          </w:tcPr>
          <w:p w14:paraId="23B5639B" w14:textId="77777777" w:rsidR="00AA69E8" w:rsidRPr="00AA69E8" w:rsidRDefault="00AA69E8" w:rsidP="00F40C3B">
            <w:pPr>
              <w:spacing w:after="120" w:line="240" w:lineRule="auto"/>
              <w:rPr>
                <w:b/>
                <w:bCs/>
              </w:rPr>
            </w:pPr>
            <w:r w:rsidRPr="00AA69E8">
              <w:rPr>
                <w:b/>
                <w:bCs/>
              </w:rPr>
              <w:t>Asian / Asian British:</w:t>
            </w:r>
          </w:p>
        </w:tc>
        <w:tc>
          <w:tcPr>
            <w:tcW w:w="850" w:type="dxa"/>
          </w:tcPr>
          <w:p w14:paraId="06C3F6DB" w14:textId="77777777" w:rsidR="00AA69E8" w:rsidRPr="00AA69E8" w:rsidRDefault="00AA69E8" w:rsidP="00F40C3B">
            <w:pPr>
              <w:spacing w:after="120" w:line="240" w:lineRule="auto"/>
              <w:rPr>
                <w:b/>
                <w:bCs/>
              </w:rPr>
            </w:pPr>
          </w:p>
        </w:tc>
      </w:tr>
      <w:tr w:rsidR="00AA69E8" w14:paraId="30D1A3DE" w14:textId="26E1D2A0" w:rsidTr="00AA69E8">
        <w:tc>
          <w:tcPr>
            <w:tcW w:w="4361" w:type="dxa"/>
          </w:tcPr>
          <w:p w14:paraId="223A4765" w14:textId="77777777" w:rsidR="00AA69E8" w:rsidRDefault="00AA69E8" w:rsidP="00F40C3B">
            <w:pPr>
              <w:spacing w:after="120" w:line="240" w:lineRule="auto"/>
            </w:pPr>
            <w:r>
              <w:t>Indian</w:t>
            </w:r>
          </w:p>
        </w:tc>
        <w:tc>
          <w:tcPr>
            <w:tcW w:w="850" w:type="dxa"/>
          </w:tcPr>
          <w:p w14:paraId="405A1E44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81DF6DA" w14:textId="5C47DDE2" w:rsidTr="00AA69E8">
        <w:tc>
          <w:tcPr>
            <w:tcW w:w="4361" w:type="dxa"/>
          </w:tcPr>
          <w:p w14:paraId="75884723" w14:textId="77777777" w:rsidR="00AA69E8" w:rsidRDefault="00AA69E8" w:rsidP="00F40C3B">
            <w:pPr>
              <w:spacing w:after="120" w:line="240" w:lineRule="auto"/>
            </w:pPr>
            <w:r>
              <w:t>Pakistani</w:t>
            </w:r>
          </w:p>
        </w:tc>
        <w:tc>
          <w:tcPr>
            <w:tcW w:w="850" w:type="dxa"/>
          </w:tcPr>
          <w:p w14:paraId="4C18165F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F15E005" w14:textId="531F0A3C" w:rsidTr="00AA69E8">
        <w:tc>
          <w:tcPr>
            <w:tcW w:w="4361" w:type="dxa"/>
          </w:tcPr>
          <w:p w14:paraId="0093BF13" w14:textId="77777777" w:rsidR="00AA69E8" w:rsidRDefault="00AA69E8" w:rsidP="00F40C3B">
            <w:pPr>
              <w:spacing w:after="120" w:line="240" w:lineRule="auto"/>
            </w:pPr>
            <w:r>
              <w:t>Bangladeshi</w:t>
            </w:r>
          </w:p>
        </w:tc>
        <w:tc>
          <w:tcPr>
            <w:tcW w:w="850" w:type="dxa"/>
          </w:tcPr>
          <w:p w14:paraId="68D883D3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FC45CEA" w14:textId="5546224C" w:rsidTr="00AA69E8">
        <w:tc>
          <w:tcPr>
            <w:tcW w:w="4361" w:type="dxa"/>
          </w:tcPr>
          <w:p w14:paraId="453FE86C" w14:textId="77777777" w:rsidR="00AA69E8" w:rsidRDefault="00AA69E8" w:rsidP="00F40C3B">
            <w:pPr>
              <w:spacing w:after="120" w:line="240" w:lineRule="auto"/>
            </w:pPr>
            <w:r>
              <w:t>Chinese</w:t>
            </w:r>
          </w:p>
        </w:tc>
        <w:tc>
          <w:tcPr>
            <w:tcW w:w="850" w:type="dxa"/>
          </w:tcPr>
          <w:p w14:paraId="7E9EA5F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2759684" w14:textId="27528F5D" w:rsidTr="00AA69E8">
        <w:tc>
          <w:tcPr>
            <w:tcW w:w="4361" w:type="dxa"/>
          </w:tcPr>
          <w:p w14:paraId="6B2D4323" w14:textId="77777777" w:rsidR="00AA69E8" w:rsidRDefault="00AA69E8" w:rsidP="00F40C3B">
            <w:pPr>
              <w:spacing w:after="120" w:line="240" w:lineRule="auto"/>
            </w:pPr>
            <w:r>
              <w:t>Asian Other: __________</w:t>
            </w:r>
          </w:p>
        </w:tc>
        <w:tc>
          <w:tcPr>
            <w:tcW w:w="850" w:type="dxa"/>
          </w:tcPr>
          <w:p w14:paraId="25529BF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4D84BB6" w14:textId="0E0F5266" w:rsidTr="00AA69E8">
        <w:tc>
          <w:tcPr>
            <w:tcW w:w="4361" w:type="dxa"/>
          </w:tcPr>
          <w:p w14:paraId="1CF2ACB5" w14:textId="77777777" w:rsidR="00AA69E8" w:rsidRDefault="00AA69E8" w:rsidP="00F40C3B">
            <w:pPr>
              <w:spacing w:after="120" w:line="240" w:lineRule="auto"/>
            </w:pPr>
            <w:r w:rsidRPr="00AA69E8">
              <w:rPr>
                <w:b/>
                <w:bCs/>
              </w:rPr>
              <w:t>Black / Black British</w:t>
            </w:r>
            <w:r>
              <w:t>:</w:t>
            </w:r>
          </w:p>
        </w:tc>
        <w:tc>
          <w:tcPr>
            <w:tcW w:w="850" w:type="dxa"/>
          </w:tcPr>
          <w:p w14:paraId="7CD8C04F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B40E055" w14:textId="22568BD0" w:rsidTr="00AA69E8">
        <w:tc>
          <w:tcPr>
            <w:tcW w:w="4361" w:type="dxa"/>
          </w:tcPr>
          <w:p w14:paraId="18DD4230" w14:textId="77777777" w:rsidR="00AA69E8" w:rsidRDefault="00AA69E8" w:rsidP="00F40C3B">
            <w:pPr>
              <w:spacing w:after="120" w:line="240" w:lineRule="auto"/>
            </w:pPr>
            <w:r>
              <w:t>African</w:t>
            </w:r>
          </w:p>
        </w:tc>
        <w:tc>
          <w:tcPr>
            <w:tcW w:w="850" w:type="dxa"/>
          </w:tcPr>
          <w:p w14:paraId="6D3E80C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226309A" w14:textId="11E03B4D" w:rsidTr="00AA69E8">
        <w:tc>
          <w:tcPr>
            <w:tcW w:w="4361" w:type="dxa"/>
          </w:tcPr>
          <w:p w14:paraId="02EB263A" w14:textId="77777777" w:rsidR="00AA69E8" w:rsidRDefault="00AA69E8" w:rsidP="00F40C3B">
            <w:pPr>
              <w:spacing w:after="120" w:line="240" w:lineRule="auto"/>
            </w:pPr>
            <w:r>
              <w:t>Caribbean</w:t>
            </w:r>
          </w:p>
        </w:tc>
        <w:tc>
          <w:tcPr>
            <w:tcW w:w="850" w:type="dxa"/>
          </w:tcPr>
          <w:p w14:paraId="624FB224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870EEA5" w14:textId="2671FF9F" w:rsidTr="00AA69E8">
        <w:tc>
          <w:tcPr>
            <w:tcW w:w="4361" w:type="dxa"/>
          </w:tcPr>
          <w:p w14:paraId="5E2339E5" w14:textId="77777777" w:rsidR="00AA69E8" w:rsidRDefault="00AA69E8" w:rsidP="00F40C3B">
            <w:pPr>
              <w:spacing w:after="120" w:line="240" w:lineRule="auto"/>
            </w:pPr>
            <w:r>
              <w:t>Black Other: __________</w:t>
            </w:r>
          </w:p>
        </w:tc>
        <w:tc>
          <w:tcPr>
            <w:tcW w:w="850" w:type="dxa"/>
          </w:tcPr>
          <w:p w14:paraId="7E6849D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0227A2F" w14:textId="4B48EC5C" w:rsidTr="00AA69E8">
        <w:tc>
          <w:tcPr>
            <w:tcW w:w="4361" w:type="dxa"/>
          </w:tcPr>
          <w:p w14:paraId="3920F34C" w14:textId="77777777" w:rsidR="00AA69E8" w:rsidRDefault="00AA69E8" w:rsidP="00F40C3B">
            <w:pPr>
              <w:spacing w:after="120" w:line="240" w:lineRule="auto"/>
            </w:pPr>
            <w:proofErr w:type="gramStart"/>
            <w:r w:rsidRPr="00AA69E8">
              <w:rPr>
                <w:b/>
                <w:bCs/>
              </w:rPr>
              <w:t>Other</w:t>
            </w:r>
            <w:proofErr w:type="gramEnd"/>
            <w:r w:rsidRPr="00AA69E8">
              <w:rPr>
                <w:b/>
                <w:bCs/>
              </w:rPr>
              <w:t xml:space="preserve"> ethnic group</w:t>
            </w:r>
            <w:r>
              <w:t>:</w:t>
            </w:r>
          </w:p>
        </w:tc>
        <w:tc>
          <w:tcPr>
            <w:tcW w:w="850" w:type="dxa"/>
          </w:tcPr>
          <w:p w14:paraId="47A0724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9D5C726" w14:textId="714D7E29" w:rsidTr="00AA69E8">
        <w:tc>
          <w:tcPr>
            <w:tcW w:w="4361" w:type="dxa"/>
          </w:tcPr>
          <w:p w14:paraId="05B6332C" w14:textId="77777777" w:rsidR="00AA69E8" w:rsidRDefault="00AA69E8" w:rsidP="00F40C3B">
            <w:pPr>
              <w:spacing w:after="120" w:line="240" w:lineRule="auto"/>
            </w:pPr>
            <w:r>
              <w:t>Arab</w:t>
            </w:r>
          </w:p>
        </w:tc>
        <w:tc>
          <w:tcPr>
            <w:tcW w:w="850" w:type="dxa"/>
          </w:tcPr>
          <w:p w14:paraId="44EDDFB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3997408" w14:textId="74AC037C" w:rsidTr="00AA69E8">
        <w:tc>
          <w:tcPr>
            <w:tcW w:w="4361" w:type="dxa"/>
          </w:tcPr>
          <w:p w14:paraId="5945BE11" w14:textId="77777777" w:rsidR="00AA69E8" w:rsidRDefault="00AA69E8" w:rsidP="00F40C3B">
            <w:pPr>
              <w:spacing w:after="120" w:line="240" w:lineRule="auto"/>
            </w:pPr>
            <w:r w:rsidRPr="00AA69E8">
              <w:rPr>
                <w:b/>
                <w:bCs/>
              </w:rPr>
              <w:t>Any other ethnic group</w:t>
            </w:r>
            <w:r>
              <w:t>: __________</w:t>
            </w:r>
          </w:p>
        </w:tc>
        <w:tc>
          <w:tcPr>
            <w:tcW w:w="850" w:type="dxa"/>
          </w:tcPr>
          <w:p w14:paraId="060E98FF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0739252" w14:textId="7910264E" w:rsidTr="00AA69E8">
        <w:tc>
          <w:tcPr>
            <w:tcW w:w="4361" w:type="dxa"/>
          </w:tcPr>
          <w:p w14:paraId="1105394A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850" w:type="dxa"/>
          </w:tcPr>
          <w:p w14:paraId="7B9A7CF6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3CC0FD60" w14:textId="23A12EFB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4. Disability / Long-term Health Condition</w:t>
      </w:r>
    </w:p>
    <w:tbl>
      <w:tblPr>
        <w:tblW w:w="9323" w:type="dxa"/>
        <w:tblLook w:val="04A0" w:firstRow="1" w:lastRow="0" w:firstColumn="1" w:lastColumn="0" w:noHBand="0" w:noVBand="1"/>
      </w:tblPr>
      <w:tblGrid>
        <w:gridCol w:w="8330"/>
        <w:gridCol w:w="993"/>
      </w:tblGrid>
      <w:tr w:rsidR="00AA69E8" w14:paraId="6F2DDBB2" w14:textId="312FC3BE" w:rsidTr="00F40C3B">
        <w:tc>
          <w:tcPr>
            <w:tcW w:w="9323" w:type="dxa"/>
            <w:gridSpan w:val="2"/>
          </w:tcPr>
          <w:p w14:paraId="1075290B" w14:textId="0D5E01FB" w:rsidR="00AA69E8" w:rsidRDefault="00AA69E8" w:rsidP="00F40C3B">
            <w:pPr>
              <w:spacing w:after="120" w:line="240" w:lineRule="auto"/>
            </w:pPr>
            <w:r>
              <w:t>Do you consider yourself to have a disability or long-term health condition?</w:t>
            </w:r>
          </w:p>
        </w:tc>
      </w:tr>
      <w:tr w:rsidR="00AA69E8" w14:paraId="63688C81" w14:textId="79B43660" w:rsidTr="00F40C3B">
        <w:tc>
          <w:tcPr>
            <w:tcW w:w="8330" w:type="dxa"/>
          </w:tcPr>
          <w:p w14:paraId="4D52252A" w14:textId="77777777" w:rsidR="00AA69E8" w:rsidRDefault="00AA69E8" w:rsidP="00F40C3B">
            <w:pPr>
              <w:spacing w:after="120" w:line="240" w:lineRule="auto"/>
            </w:pPr>
            <w:r>
              <w:t>Yes / No / Prefer not to say</w:t>
            </w:r>
          </w:p>
        </w:tc>
        <w:tc>
          <w:tcPr>
            <w:tcW w:w="992" w:type="dxa"/>
          </w:tcPr>
          <w:p w14:paraId="11970799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44F38E1" w14:textId="75EFF669" w:rsidTr="00F40C3B">
        <w:tc>
          <w:tcPr>
            <w:tcW w:w="9323" w:type="dxa"/>
            <w:gridSpan w:val="2"/>
          </w:tcPr>
          <w:p w14:paraId="11CD0D8A" w14:textId="0207E061" w:rsidR="00AA69E8" w:rsidRDefault="00AA69E8" w:rsidP="00F40C3B">
            <w:pPr>
              <w:spacing w:after="120" w:line="240" w:lineRule="auto"/>
            </w:pPr>
            <w:r>
              <w:t>If yes, please indicate:</w:t>
            </w:r>
          </w:p>
        </w:tc>
      </w:tr>
      <w:tr w:rsidR="00AA69E8" w14:paraId="379AECEB" w14:textId="028D101F" w:rsidTr="00F40C3B">
        <w:tc>
          <w:tcPr>
            <w:tcW w:w="8330" w:type="dxa"/>
          </w:tcPr>
          <w:p w14:paraId="5E45D220" w14:textId="77777777" w:rsidR="00AA69E8" w:rsidRDefault="00AA69E8" w:rsidP="00F40C3B">
            <w:pPr>
              <w:spacing w:after="120" w:line="240" w:lineRule="auto"/>
            </w:pPr>
            <w:r>
              <w:t>Physical impairment</w:t>
            </w:r>
          </w:p>
        </w:tc>
        <w:tc>
          <w:tcPr>
            <w:tcW w:w="992" w:type="dxa"/>
          </w:tcPr>
          <w:p w14:paraId="78B03672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8B45C07" w14:textId="1B25B4AC" w:rsidTr="00F40C3B">
        <w:tc>
          <w:tcPr>
            <w:tcW w:w="8330" w:type="dxa"/>
          </w:tcPr>
          <w:p w14:paraId="4D7FBE4D" w14:textId="77777777" w:rsidR="00AA69E8" w:rsidRDefault="00AA69E8" w:rsidP="00F40C3B">
            <w:pPr>
              <w:spacing w:after="120" w:line="240" w:lineRule="auto"/>
            </w:pPr>
            <w:r>
              <w:t>Sensory impairment</w:t>
            </w:r>
          </w:p>
        </w:tc>
        <w:tc>
          <w:tcPr>
            <w:tcW w:w="992" w:type="dxa"/>
          </w:tcPr>
          <w:p w14:paraId="1090DB44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D2E154E" w14:textId="20387CB2" w:rsidTr="00F40C3B">
        <w:tc>
          <w:tcPr>
            <w:tcW w:w="8330" w:type="dxa"/>
          </w:tcPr>
          <w:p w14:paraId="7A3B3A07" w14:textId="77777777" w:rsidR="00AA69E8" w:rsidRDefault="00AA69E8" w:rsidP="00F40C3B">
            <w:pPr>
              <w:spacing w:after="120" w:line="240" w:lineRule="auto"/>
            </w:pPr>
            <w:r>
              <w:t>Mental health condition</w:t>
            </w:r>
          </w:p>
        </w:tc>
        <w:tc>
          <w:tcPr>
            <w:tcW w:w="992" w:type="dxa"/>
          </w:tcPr>
          <w:p w14:paraId="32148CF6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099757C" w14:textId="59707A1B" w:rsidTr="00F40C3B">
        <w:tc>
          <w:tcPr>
            <w:tcW w:w="8330" w:type="dxa"/>
          </w:tcPr>
          <w:p w14:paraId="7BF4276D" w14:textId="77777777" w:rsidR="00AA69E8" w:rsidRDefault="00AA69E8" w:rsidP="00F40C3B">
            <w:pPr>
              <w:spacing w:after="120" w:line="240" w:lineRule="auto"/>
            </w:pPr>
            <w:r>
              <w:t>Learning disability / difficulty</w:t>
            </w:r>
          </w:p>
        </w:tc>
        <w:tc>
          <w:tcPr>
            <w:tcW w:w="992" w:type="dxa"/>
          </w:tcPr>
          <w:p w14:paraId="4B093540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0DC9158" w14:textId="3B4CB11E" w:rsidTr="00F40C3B">
        <w:tc>
          <w:tcPr>
            <w:tcW w:w="8330" w:type="dxa"/>
          </w:tcPr>
          <w:p w14:paraId="7A3CFDAB" w14:textId="77777777" w:rsidR="00AA69E8" w:rsidRDefault="00AA69E8" w:rsidP="00F40C3B">
            <w:pPr>
              <w:spacing w:after="120" w:line="240" w:lineRule="auto"/>
            </w:pPr>
            <w:r>
              <w:t>Long-term medical condition</w:t>
            </w:r>
          </w:p>
        </w:tc>
        <w:tc>
          <w:tcPr>
            <w:tcW w:w="992" w:type="dxa"/>
          </w:tcPr>
          <w:p w14:paraId="08338FB6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FBFA816" w14:textId="3D1CFB5B" w:rsidTr="00F40C3B">
        <w:tc>
          <w:tcPr>
            <w:tcW w:w="8330" w:type="dxa"/>
          </w:tcPr>
          <w:p w14:paraId="78C09922" w14:textId="77777777" w:rsidR="00AA69E8" w:rsidRDefault="00AA69E8" w:rsidP="00F40C3B">
            <w:pPr>
              <w:spacing w:after="120" w:line="240" w:lineRule="auto"/>
            </w:pPr>
            <w:r>
              <w:t>Neurodivergence (e.g., ADHD, autism, dyslexia)</w:t>
            </w:r>
          </w:p>
        </w:tc>
        <w:tc>
          <w:tcPr>
            <w:tcW w:w="992" w:type="dxa"/>
          </w:tcPr>
          <w:p w14:paraId="1BE39B6A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7593518" w14:textId="05CE04AF" w:rsidTr="00F40C3B">
        <w:tc>
          <w:tcPr>
            <w:tcW w:w="8330" w:type="dxa"/>
          </w:tcPr>
          <w:p w14:paraId="46A01BD9" w14:textId="77777777" w:rsidR="00AA69E8" w:rsidRDefault="00AA69E8" w:rsidP="00F40C3B">
            <w:pPr>
              <w:spacing w:after="120" w:line="240" w:lineRule="auto"/>
            </w:pPr>
            <w:r>
              <w:t>Other: __________</w:t>
            </w:r>
          </w:p>
        </w:tc>
        <w:tc>
          <w:tcPr>
            <w:tcW w:w="992" w:type="dxa"/>
          </w:tcPr>
          <w:p w14:paraId="4B965283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0456845B" w14:textId="0CA46A09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5. Sexual Orientation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992"/>
      </w:tblGrid>
      <w:tr w:rsidR="00AA69E8" w14:paraId="21E08409" w14:textId="4BDFCA1F" w:rsidTr="00AA69E8">
        <w:tc>
          <w:tcPr>
            <w:tcW w:w="4219" w:type="dxa"/>
          </w:tcPr>
          <w:p w14:paraId="0620581A" w14:textId="77777777" w:rsidR="00AA69E8" w:rsidRDefault="00AA69E8" w:rsidP="00F40C3B">
            <w:pPr>
              <w:spacing w:after="120" w:line="240" w:lineRule="auto"/>
            </w:pPr>
            <w:r>
              <w:t>Heterosexual / Straight</w:t>
            </w:r>
          </w:p>
        </w:tc>
        <w:tc>
          <w:tcPr>
            <w:tcW w:w="992" w:type="dxa"/>
          </w:tcPr>
          <w:p w14:paraId="6359DE1A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EE96CFA" w14:textId="09AA794B" w:rsidTr="00AA69E8">
        <w:tc>
          <w:tcPr>
            <w:tcW w:w="4219" w:type="dxa"/>
          </w:tcPr>
          <w:p w14:paraId="3D3615A7" w14:textId="77777777" w:rsidR="00AA69E8" w:rsidRDefault="00AA69E8" w:rsidP="00F40C3B">
            <w:pPr>
              <w:spacing w:after="120" w:line="240" w:lineRule="auto"/>
            </w:pPr>
            <w:r>
              <w:t>Gay / Lesbian</w:t>
            </w:r>
          </w:p>
        </w:tc>
        <w:tc>
          <w:tcPr>
            <w:tcW w:w="992" w:type="dxa"/>
          </w:tcPr>
          <w:p w14:paraId="6BFBF0A9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268DFE7" w14:textId="3B4C68FF" w:rsidTr="00AA69E8">
        <w:tc>
          <w:tcPr>
            <w:tcW w:w="4219" w:type="dxa"/>
          </w:tcPr>
          <w:p w14:paraId="3C068D56" w14:textId="77777777" w:rsidR="00AA69E8" w:rsidRDefault="00AA69E8" w:rsidP="00F40C3B">
            <w:pPr>
              <w:spacing w:after="120" w:line="240" w:lineRule="auto"/>
            </w:pPr>
            <w:r>
              <w:t>Bisexual</w:t>
            </w:r>
          </w:p>
        </w:tc>
        <w:tc>
          <w:tcPr>
            <w:tcW w:w="992" w:type="dxa"/>
          </w:tcPr>
          <w:p w14:paraId="7D64E429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92BD4BB" w14:textId="2291FDD2" w:rsidTr="00AA69E8">
        <w:tc>
          <w:tcPr>
            <w:tcW w:w="4219" w:type="dxa"/>
          </w:tcPr>
          <w:p w14:paraId="6C627B94" w14:textId="77777777" w:rsidR="00AA69E8" w:rsidRDefault="00AA69E8" w:rsidP="00F40C3B">
            <w:pPr>
              <w:spacing w:after="120" w:line="240" w:lineRule="auto"/>
            </w:pPr>
            <w:r>
              <w:t>Queer</w:t>
            </w:r>
          </w:p>
        </w:tc>
        <w:tc>
          <w:tcPr>
            <w:tcW w:w="992" w:type="dxa"/>
          </w:tcPr>
          <w:p w14:paraId="55C31DC1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E31837D" w14:textId="3959655B" w:rsidTr="00AA69E8">
        <w:tc>
          <w:tcPr>
            <w:tcW w:w="4219" w:type="dxa"/>
          </w:tcPr>
          <w:p w14:paraId="418CB611" w14:textId="77777777" w:rsidR="00AA69E8" w:rsidRDefault="00AA69E8" w:rsidP="00F40C3B">
            <w:pPr>
              <w:spacing w:after="120" w:line="240" w:lineRule="auto"/>
            </w:pPr>
            <w:r>
              <w:t>Prefer to self-describe: __________</w:t>
            </w:r>
          </w:p>
        </w:tc>
        <w:tc>
          <w:tcPr>
            <w:tcW w:w="992" w:type="dxa"/>
          </w:tcPr>
          <w:p w14:paraId="359231A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83B42C7" w14:textId="44875BC3" w:rsidTr="00AA69E8">
        <w:tc>
          <w:tcPr>
            <w:tcW w:w="4219" w:type="dxa"/>
          </w:tcPr>
          <w:p w14:paraId="5C8E4007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992" w:type="dxa"/>
          </w:tcPr>
          <w:p w14:paraId="17D812FF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747DBE42" w14:textId="3B890202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6. Religion or Belief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992"/>
      </w:tblGrid>
      <w:tr w:rsidR="00AA69E8" w14:paraId="6212485C" w14:textId="03E18F0E" w:rsidTr="00AA69E8">
        <w:tc>
          <w:tcPr>
            <w:tcW w:w="4219" w:type="dxa"/>
          </w:tcPr>
          <w:p w14:paraId="16F8CE62" w14:textId="77777777" w:rsidR="00AA69E8" w:rsidRDefault="00AA69E8" w:rsidP="00F40C3B">
            <w:pPr>
              <w:spacing w:after="120" w:line="240" w:lineRule="auto"/>
            </w:pPr>
            <w:r>
              <w:t>No religion</w:t>
            </w:r>
          </w:p>
        </w:tc>
        <w:tc>
          <w:tcPr>
            <w:tcW w:w="992" w:type="dxa"/>
          </w:tcPr>
          <w:p w14:paraId="7F39ACD3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44F8346" w14:textId="62A82950" w:rsidTr="00AA69E8">
        <w:tc>
          <w:tcPr>
            <w:tcW w:w="4219" w:type="dxa"/>
          </w:tcPr>
          <w:p w14:paraId="726EEB8D" w14:textId="77777777" w:rsidR="00AA69E8" w:rsidRDefault="00AA69E8" w:rsidP="00F40C3B">
            <w:pPr>
              <w:spacing w:after="120" w:line="240" w:lineRule="auto"/>
            </w:pPr>
            <w:r>
              <w:t>Christian</w:t>
            </w:r>
          </w:p>
        </w:tc>
        <w:tc>
          <w:tcPr>
            <w:tcW w:w="992" w:type="dxa"/>
          </w:tcPr>
          <w:p w14:paraId="6845DC45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5ADA732C" w14:textId="5B2026B8" w:rsidTr="00AA69E8">
        <w:tc>
          <w:tcPr>
            <w:tcW w:w="4219" w:type="dxa"/>
          </w:tcPr>
          <w:p w14:paraId="196BE26F" w14:textId="77777777" w:rsidR="00AA69E8" w:rsidRDefault="00AA69E8" w:rsidP="00F40C3B">
            <w:pPr>
              <w:spacing w:after="120" w:line="240" w:lineRule="auto"/>
            </w:pPr>
            <w:r>
              <w:t>Muslim</w:t>
            </w:r>
          </w:p>
        </w:tc>
        <w:tc>
          <w:tcPr>
            <w:tcW w:w="992" w:type="dxa"/>
          </w:tcPr>
          <w:p w14:paraId="7B7A5102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D344AE9" w14:textId="1E82B6B6" w:rsidTr="00AA69E8">
        <w:tc>
          <w:tcPr>
            <w:tcW w:w="4219" w:type="dxa"/>
          </w:tcPr>
          <w:p w14:paraId="09813754" w14:textId="77777777" w:rsidR="00AA69E8" w:rsidRDefault="00AA69E8" w:rsidP="00F40C3B">
            <w:pPr>
              <w:spacing w:after="120" w:line="240" w:lineRule="auto"/>
            </w:pPr>
            <w:r>
              <w:t>Hindu</w:t>
            </w:r>
          </w:p>
        </w:tc>
        <w:tc>
          <w:tcPr>
            <w:tcW w:w="992" w:type="dxa"/>
          </w:tcPr>
          <w:p w14:paraId="17A816B2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20AEBAA" w14:textId="267B7572" w:rsidTr="00AA69E8">
        <w:tc>
          <w:tcPr>
            <w:tcW w:w="4219" w:type="dxa"/>
          </w:tcPr>
          <w:p w14:paraId="1A2AABBB" w14:textId="77777777" w:rsidR="00AA69E8" w:rsidRDefault="00AA69E8" w:rsidP="00F40C3B">
            <w:pPr>
              <w:spacing w:after="120" w:line="240" w:lineRule="auto"/>
            </w:pPr>
            <w:r>
              <w:t>Sikh</w:t>
            </w:r>
          </w:p>
        </w:tc>
        <w:tc>
          <w:tcPr>
            <w:tcW w:w="992" w:type="dxa"/>
          </w:tcPr>
          <w:p w14:paraId="69555487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A254A4B" w14:textId="0998AF24" w:rsidTr="00AA69E8">
        <w:tc>
          <w:tcPr>
            <w:tcW w:w="4219" w:type="dxa"/>
          </w:tcPr>
          <w:p w14:paraId="27FFC495" w14:textId="77777777" w:rsidR="00AA69E8" w:rsidRDefault="00AA69E8" w:rsidP="00F40C3B">
            <w:pPr>
              <w:spacing w:after="120" w:line="240" w:lineRule="auto"/>
            </w:pPr>
            <w:r>
              <w:t>Jewish</w:t>
            </w:r>
          </w:p>
        </w:tc>
        <w:tc>
          <w:tcPr>
            <w:tcW w:w="992" w:type="dxa"/>
          </w:tcPr>
          <w:p w14:paraId="4183A15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79FDB25" w14:textId="71D249D8" w:rsidTr="00AA69E8">
        <w:tc>
          <w:tcPr>
            <w:tcW w:w="4219" w:type="dxa"/>
          </w:tcPr>
          <w:p w14:paraId="239FE1A2" w14:textId="77777777" w:rsidR="00AA69E8" w:rsidRDefault="00AA69E8" w:rsidP="00F40C3B">
            <w:pPr>
              <w:spacing w:after="120" w:line="240" w:lineRule="auto"/>
            </w:pPr>
            <w:r>
              <w:t>Buddhist</w:t>
            </w:r>
          </w:p>
        </w:tc>
        <w:tc>
          <w:tcPr>
            <w:tcW w:w="992" w:type="dxa"/>
          </w:tcPr>
          <w:p w14:paraId="2B67D43D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FBA3990" w14:textId="4945E9DF" w:rsidTr="00AA69E8">
        <w:tc>
          <w:tcPr>
            <w:tcW w:w="4219" w:type="dxa"/>
          </w:tcPr>
          <w:p w14:paraId="5AA6E55E" w14:textId="77777777" w:rsidR="00AA69E8" w:rsidRDefault="00AA69E8" w:rsidP="00F40C3B">
            <w:pPr>
              <w:spacing w:after="120" w:line="240" w:lineRule="auto"/>
            </w:pPr>
            <w:r>
              <w:t>Other religion or belief: __________</w:t>
            </w:r>
          </w:p>
        </w:tc>
        <w:tc>
          <w:tcPr>
            <w:tcW w:w="992" w:type="dxa"/>
          </w:tcPr>
          <w:p w14:paraId="1A29F551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14DE8A8" w14:textId="56B4EE14" w:rsidTr="00AA69E8">
        <w:tc>
          <w:tcPr>
            <w:tcW w:w="4219" w:type="dxa"/>
            <w:tcBorders>
              <w:bottom w:val="dotted" w:sz="4" w:space="0" w:color="416780"/>
            </w:tcBorders>
          </w:tcPr>
          <w:p w14:paraId="363F312A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992" w:type="dxa"/>
            <w:tcBorders>
              <w:bottom w:val="dotted" w:sz="4" w:space="0" w:color="416780"/>
            </w:tcBorders>
          </w:tcPr>
          <w:p w14:paraId="761E644E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14E34B0D" w14:textId="4E14D7A2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7. Caring Responsibilities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992"/>
      </w:tblGrid>
      <w:tr w:rsidR="00AA69E8" w14:paraId="48E2048A" w14:textId="2730C403" w:rsidTr="00AA69E8">
        <w:tc>
          <w:tcPr>
            <w:tcW w:w="4219" w:type="dxa"/>
          </w:tcPr>
          <w:p w14:paraId="6EC2F947" w14:textId="77777777" w:rsidR="00AA69E8" w:rsidRDefault="00AA69E8" w:rsidP="00F40C3B">
            <w:pPr>
              <w:spacing w:after="120" w:line="240" w:lineRule="auto"/>
            </w:pPr>
            <w:r>
              <w:t>Primary carer of a child/children</w:t>
            </w:r>
          </w:p>
        </w:tc>
        <w:tc>
          <w:tcPr>
            <w:tcW w:w="992" w:type="dxa"/>
          </w:tcPr>
          <w:p w14:paraId="14DC73BF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3FE43AF" w14:textId="68512147" w:rsidTr="00AA69E8">
        <w:tc>
          <w:tcPr>
            <w:tcW w:w="4219" w:type="dxa"/>
          </w:tcPr>
          <w:p w14:paraId="21D503C4" w14:textId="77777777" w:rsidR="00AA69E8" w:rsidRDefault="00AA69E8" w:rsidP="00F40C3B">
            <w:pPr>
              <w:spacing w:after="120" w:line="240" w:lineRule="auto"/>
            </w:pPr>
            <w:r>
              <w:t>Primary carer of a disabled adult</w:t>
            </w:r>
          </w:p>
        </w:tc>
        <w:tc>
          <w:tcPr>
            <w:tcW w:w="992" w:type="dxa"/>
          </w:tcPr>
          <w:p w14:paraId="0B769828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156C448E" w14:textId="5FB7F791" w:rsidTr="00AA69E8">
        <w:tc>
          <w:tcPr>
            <w:tcW w:w="4219" w:type="dxa"/>
          </w:tcPr>
          <w:p w14:paraId="4C773D02" w14:textId="77777777" w:rsidR="00AA69E8" w:rsidRDefault="00AA69E8" w:rsidP="00F40C3B">
            <w:pPr>
              <w:spacing w:after="120" w:line="240" w:lineRule="auto"/>
            </w:pPr>
            <w:r>
              <w:t>Primary carer of an older person</w:t>
            </w:r>
          </w:p>
        </w:tc>
        <w:tc>
          <w:tcPr>
            <w:tcW w:w="992" w:type="dxa"/>
          </w:tcPr>
          <w:p w14:paraId="2FA168FE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7E5D44CA" w14:textId="5E45A0A7" w:rsidTr="00AA69E8">
        <w:tc>
          <w:tcPr>
            <w:tcW w:w="4219" w:type="dxa"/>
          </w:tcPr>
          <w:p w14:paraId="758EB25B" w14:textId="77777777" w:rsidR="00AA69E8" w:rsidRDefault="00AA69E8" w:rsidP="00F40C3B">
            <w:pPr>
              <w:spacing w:after="120" w:line="240" w:lineRule="auto"/>
            </w:pPr>
            <w:r>
              <w:t>Secondary / shared carer</w:t>
            </w:r>
          </w:p>
        </w:tc>
        <w:tc>
          <w:tcPr>
            <w:tcW w:w="992" w:type="dxa"/>
          </w:tcPr>
          <w:p w14:paraId="30311257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60EAFA7" w14:textId="65996E1E" w:rsidTr="00AA69E8">
        <w:tc>
          <w:tcPr>
            <w:tcW w:w="4219" w:type="dxa"/>
          </w:tcPr>
          <w:p w14:paraId="5B2503C6" w14:textId="77777777" w:rsidR="00AA69E8" w:rsidRDefault="00AA69E8" w:rsidP="00F40C3B">
            <w:pPr>
              <w:spacing w:after="120" w:line="240" w:lineRule="auto"/>
            </w:pPr>
            <w:r>
              <w:t>None</w:t>
            </w:r>
          </w:p>
        </w:tc>
        <w:tc>
          <w:tcPr>
            <w:tcW w:w="992" w:type="dxa"/>
          </w:tcPr>
          <w:p w14:paraId="4A225EEC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E5650FF" w14:textId="23A05E66" w:rsidTr="00AA69E8">
        <w:tc>
          <w:tcPr>
            <w:tcW w:w="4219" w:type="dxa"/>
          </w:tcPr>
          <w:p w14:paraId="6C7562A5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992" w:type="dxa"/>
          </w:tcPr>
          <w:p w14:paraId="5A5240A6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6578F15C" w14:textId="77777777" w:rsidR="00F40C3B" w:rsidRDefault="00F40C3B">
      <w:pPr>
        <w:rPr>
          <w:b/>
          <w:color w:val="416780"/>
          <w:sz w:val="24"/>
        </w:rPr>
      </w:pPr>
      <w:r>
        <w:rPr>
          <w:b/>
          <w:color w:val="416780"/>
          <w:sz w:val="24"/>
        </w:rPr>
        <w:br w:type="page"/>
      </w:r>
    </w:p>
    <w:p w14:paraId="006E26A0" w14:textId="39B4BB0F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8. Socio-economic background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345"/>
        <w:gridCol w:w="1134"/>
      </w:tblGrid>
      <w:tr w:rsidR="00AA69E8" w14:paraId="69DCE991" w14:textId="142D9E8B" w:rsidTr="00F40C3B">
        <w:tc>
          <w:tcPr>
            <w:tcW w:w="6345" w:type="dxa"/>
          </w:tcPr>
          <w:p w14:paraId="1CCC6F77" w14:textId="77777777" w:rsidR="00AA69E8" w:rsidRDefault="00AA69E8" w:rsidP="00F40C3B">
            <w:pPr>
              <w:spacing w:after="120" w:line="240" w:lineRule="auto"/>
            </w:pPr>
            <w:r>
              <w:t>Parent/guardian in a professional or managerial occupation</w:t>
            </w:r>
          </w:p>
        </w:tc>
        <w:tc>
          <w:tcPr>
            <w:tcW w:w="1134" w:type="dxa"/>
          </w:tcPr>
          <w:p w14:paraId="3527F34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A1870F3" w14:textId="58AD51F2" w:rsidTr="00F40C3B">
        <w:tc>
          <w:tcPr>
            <w:tcW w:w="6345" w:type="dxa"/>
          </w:tcPr>
          <w:p w14:paraId="5AF95400" w14:textId="77777777" w:rsidR="00AA69E8" w:rsidRDefault="00AA69E8" w:rsidP="00F40C3B">
            <w:pPr>
              <w:spacing w:after="120" w:line="240" w:lineRule="auto"/>
            </w:pPr>
            <w:r>
              <w:t>Parent/guardian in a routine or manual occupation</w:t>
            </w:r>
          </w:p>
        </w:tc>
        <w:tc>
          <w:tcPr>
            <w:tcW w:w="1134" w:type="dxa"/>
          </w:tcPr>
          <w:p w14:paraId="0C2D989E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ECA6FCD" w14:textId="4C44A7DC" w:rsidTr="00F40C3B">
        <w:tc>
          <w:tcPr>
            <w:tcW w:w="6345" w:type="dxa"/>
          </w:tcPr>
          <w:p w14:paraId="06B1D1CE" w14:textId="77777777" w:rsidR="00AA69E8" w:rsidRDefault="00AA69E8" w:rsidP="00F40C3B">
            <w:pPr>
              <w:spacing w:after="120" w:line="240" w:lineRule="auto"/>
            </w:pPr>
            <w:r>
              <w:t>Parent/guardian was long-term unemployed</w:t>
            </w:r>
          </w:p>
        </w:tc>
        <w:tc>
          <w:tcPr>
            <w:tcW w:w="1134" w:type="dxa"/>
          </w:tcPr>
          <w:p w14:paraId="00E88130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490F365" w14:textId="72B0AEE1" w:rsidTr="00F40C3B">
        <w:tc>
          <w:tcPr>
            <w:tcW w:w="6345" w:type="dxa"/>
          </w:tcPr>
          <w:p w14:paraId="672FEC81" w14:textId="77777777" w:rsidR="00AA69E8" w:rsidRDefault="00AA69E8" w:rsidP="00F40C3B">
            <w:pPr>
              <w:spacing w:after="120" w:line="240" w:lineRule="auto"/>
            </w:pPr>
            <w:r>
              <w:t>I was eligible for free school meals</w:t>
            </w:r>
          </w:p>
        </w:tc>
        <w:tc>
          <w:tcPr>
            <w:tcW w:w="1134" w:type="dxa"/>
          </w:tcPr>
          <w:p w14:paraId="7F31E087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117B385" w14:textId="377F8AE9" w:rsidTr="00F40C3B">
        <w:tc>
          <w:tcPr>
            <w:tcW w:w="6345" w:type="dxa"/>
          </w:tcPr>
          <w:p w14:paraId="37D63E10" w14:textId="77777777" w:rsidR="00AA69E8" w:rsidRDefault="00AA69E8" w:rsidP="00F40C3B">
            <w:pPr>
              <w:spacing w:after="120" w:line="240" w:lineRule="auto"/>
            </w:pPr>
            <w:r>
              <w:t>Don't know / not sure</w:t>
            </w:r>
          </w:p>
        </w:tc>
        <w:tc>
          <w:tcPr>
            <w:tcW w:w="1134" w:type="dxa"/>
          </w:tcPr>
          <w:p w14:paraId="3300EDD4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6A73EE74" w14:textId="45B0A80B" w:rsidTr="00F40C3B">
        <w:tc>
          <w:tcPr>
            <w:tcW w:w="6345" w:type="dxa"/>
            <w:tcBorders>
              <w:bottom w:val="dotted" w:sz="4" w:space="0" w:color="416780"/>
            </w:tcBorders>
          </w:tcPr>
          <w:p w14:paraId="754EC8A2" w14:textId="77777777" w:rsidR="00AA69E8" w:rsidRDefault="00AA69E8" w:rsidP="00F40C3B">
            <w:pPr>
              <w:spacing w:after="120" w:line="240" w:lineRule="auto"/>
            </w:pPr>
            <w:r>
              <w:t>Prefer not to say</w:t>
            </w:r>
          </w:p>
        </w:tc>
        <w:tc>
          <w:tcPr>
            <w:tcW w:w="1134" w:type="dxa"/>
            <w:tcBorders>
              <w:bottom w:val="dotted" w:sz="4" w:space="0" w:color="416780"/>
            </w:tcBorders>
          </w:tcPr>
          <w:p w14:paraId="252B9985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7C8FBEDD" w14:textId="11254117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9. Pregnancy / Maternity (optional)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4077"/>
        <w:gridCol w:w="5245"/>
      </w:tblGrid>
      <w:tr w:rsidR="00AA69E8" w14:paraId="01A1BF4C" w14:textId="5ADE9AB4" w:rsidTr="00F40C3B">
        <w:tc>
          <w:tcPr>
            <w:tcW w:w="9322" w:type="dxa"/>
            <w:gridSpan w:val="2"/>
          </w:tcPr>
          <w:p w14:paraId="28E1E347" w14:textId="0032736E" w:rsidR="00AA69E8" w:rsidRDefault="00AA69E8" w:rsidP="00F40C3B">
            <w:pPr>
              <w:spacing w:after="120" w:line="240" w:lineRule="auto"/>
            </w:pPr>
            <w:r>
              <w:t>Are you currently pregnant or have you taken maternity leave in the last year?</w:t>
            </w:r>
          </w:p>
        </w:tc>
      </w:tr>
      <w:tr w:rsidR="00AA69E8" w14:paraId="37BE20DE" w14:textId="7CD8E63E" w:rsidTr="00F40C3B">
        <w:tc>
          <w:tcPr>
            <w:tcW w:w="4077" w:type="dxa"/>
            <w:tcBorders>
              <w:bottom w:val="dotted" w:sz="4" w:space="0" w:color="416780"/>
            </w:tcBorders>
          </w:tcPr>
          <w:p w14:paraId="3534701F" w14:textId="77777777" w:rsidR="00AA69E8" w:rsidRDefault="00AA69E8" w:rsidP="00F40C3B">
            <w:pPr>
              <w:spacing w:after="120" w:line="240" w:lineRule="auto"/>
            </w:pPr>
            <w:r>
              <w:t>Yes / No / Prefer not to say</w:t>
            </w:r>
          </w:p>
        </w:tc>
        <w:tc>
          <w:tcPr>
            <w:tcW w:w="5245" w:type="dxa"/>
            <w:tcBorders>
              <w:bottom w:val="dotted" w:sz="4" w:space="0" w:color="416780"/>
            </w:tcBorders>
          </w:tcPr>
          <w:p w14:paraId="2805D55B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13FFAE32" w14:textId="77777777" w:rsidR="0024491B" w:rsidRDefault="00F40C3B" w:rsidP="00AA69E8">
      <w:pPr>
        <w:spacing w:before="120" w:after="120"/>
      </w:pPr>
      <w:r>
        <w:rPr>
          <w:b/>
          <w:color w:val="416780"/>
          <w:sz w:val="24"/>
        </w:rPr>
        <w:t>10. How did you hear about this role?</w:t>
      </w:r>
    </w:p>
    <w:tbl>
      <w:tblPr>
        <w:tblW w:w="0" w:type="auto"/>
        <w:tblBorders>
          <w:bottom w:val="dotted" w:sz="4" w:space="0" w:color="416780"/>
        </w:tblBorders>
        <w:tblLook w:val="04A0" w:firstRow="1" w:lastRow="0" w:firstColumn="1" w:lastColumn="0" w:noHBand="0" w:noVBand="1"/>
      </w:tblPr>
      <w:tblGrid>
        <w:gridCol w:w="3936"/>
        <w:gridCol w:w="1134"/>
      </w:tblGrid>
      <w:tr w:rsidR="00AA69E8" w14:paraId="38B1FEDD" w14:textId="107A0BB0" w:rsidTr="00F40C3B">
        <w:tc>
          <w:tcPr>
            <w:tcW w:w="3936" w:type="dxa"/>
          </w:tcPr>
          <w:p w14:paraId="52CA5F2C" w14:textId="77777777" w:rsidR="00AA69E8" w:rsidRDefault="00AA69E8" w:rsidP="00F40C3B">
            <w:pPr>
              <w:spacing w:after="120" w:line="240" w:lineRule="auto"/>
            </w:pPr>
            <w:proofErr w:type="spellStart"/>
            <w:r>
              <w:t>CharityJob</w:t>
            </w:r>
            <w:proofErr w:type="spellEnd"/>
          </w:p>
        </w:tc>
        <w:tc>
          <w:tcPr>
            <w:tcW w:w="1134" w:type="dxa"/>
          </w:tcPr>
          <w:p w14:paraId="351F25F8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72ECF68" w14:textId="28572C98" w:rsidTr="00F40C3B">
        <w:tc>
          <w:tcPr>
            <w:tcW w:w="3936" w:type="dxa"/>
          </w:tcPr>
          <w:p w14:paraId="60C6D6E4" w14:textId="77777777" w:rsidR="00AA69E8" w:rsidRDefault="00AA69E8" w:rsidP="00F40C3B">
            <w:pPr>
              <w:spacing w:after="120" w:line="240" w:lineRule="auto"/>
            </w:pPr>
            <w:r>
              <w:t>Healthwatch England</w:t>
            </w:r>
          </w:p>
        </w:tc>
        <w:tc>
          <w:tcPr>
            <w:tcW w:w="1134" w:type="dxa"/>
          </w:tcPr>
          <w:p w14:paraId="3356908C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0E9AF58D" w14:textId="1AF40FB9" w:rsidTr="00F40C3B">
        <w:tc>
          <w:tcPr>
            <w:tcW w:w="3936" w:type="dxa"/>
          </w:tcPr>
          <w:p w14:paraId="69D795CE" w14:textId="77777777" w:rsidR="00AA69E8" w:rsidRDefault="00AA69E8" w:rsidP="00F40C3B">
            <w:pPr>
              <w:spacing w:after="120" w:line="240" w:lineRule="auto"/>
            </w:pPr>
            <w:r>
              <w:t>Local Voice website</w:t>
            </w:r>
          </w:p>
        </w:tc>
        <w:tc>
          <w:tcPr>
            <w:tcW w:w="1134" w:type="dxa"/>
          </w:tcPr>
          <w:p w14:paraId="200BDCEA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27830E09" w14:textId="0226B309" w:rsidTr="00F40C3B">
        <w:tc>
          <w:tcPr>
            <w:tcW w:w="3936" w:type="dxa"/>
          </w:tcPr>
          <w:p w14:paraId="69CAE368" w14:textId="77777777" w:rsidR="00AA69E8" w:rsidRDefault="00AA69E8" w:rsidP="00F40C3B">
            <w:pPr>
              <w:spacing w:after="120" w:line="240" w:lineRule="auto"/>
            </w:pPr>
            <w:r>
              <w:t>Word of mouth</w:t>
            </w:r>
          </w:p>
        </w:tc>
        <w:tc>
          <w:tcPr>
            <w:tcW w:w="1134" w:type="dxa"/>
          </w:tcPr>
          <w:p w14:paraId="21AF1253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402D9534" w14:textId="545EBA84" w:rsidTr="00F40C3B">
        <w:tc>
          <w:tcPr>
            <w:tcW w:w="3936" w:type="dxa"/>
          </w:tcPr>
          <w:p w14:paraId="69BE2F68" w14:textId="77777777" w:rsidR="00AA69E8" w:rsidRDefault="00AA69E8" w:rsidP="00F40C3B">
            <w:pPr>
              <w:spacing w:after="120" w:line="240" w:lineRule="auto"/>
            </w:pPr>
            <w:r>
              <w:t>Social media: __________</w:t>
            </w:r>
          </w:p>
        </w:tc>
        <w:tc>
          <w:tcPr>
            <w:tcW w:w="1134" w:type="dxa"/>
          </w:tcPr>
          <w:p w14:paraId="51264BEB" w14:textId="77777777" w:rsidR="00AA69E8" w:rsidRDefault="00AA69E8" w:rsidP="00F40C3B">
            <w:pPr>
              <w:spacing w:after="120" w:line="240" w:lineRule="auto"/>
            </w:pPr>
          </w:p>
        </w:tc>
      </w:tr>
      <w:tr w:rsidR="00AA69E8" w14:paraId="36D71399" w14:textId="453B5AC6" w:rsidTr="00F40C3B">
        <w:tc>
          <w:tcPr>
            <w:tcW w:w="3936" w:type="dxa"/>
          </w:tcPr>
          <w:p w14:paraId="2FC1BF5D" w14:textId="77777777" w:rsidR="00AA69E8" w:rsidRDefault="00AA69E8" w:rsidP="00F40C3B">
            <w:pPr>
              <w:spacing w:after="120" w:line="240" w:lineRule="auto"/>
            </w:pPr>
            <w:r>
              <w:t>Other: __________</w:t>
            </w:r>
          </w:p>
        </w:tc>
        <w:tc>
          <w:tcPr>
            <w:tcW w:w="1134" w:type="dxa"/>
          </w:tcPr>
          <w:p w14:paraId="1116470F" w14:textId="77777777" w:rsidR="00AA69E8" w:rsidRDefault="00AA69E8" w:rsidP="00F40C3B">
            <w:pPr>
              <w:spacing w:after="120" w:line="240" w:lineRule="auto"/>
            </w:pPr>
          </w:p>
        </w:tc>
      </w:tr>
    </w:tbl>
    <w:p w14:paraId="7417B2FD" w14:textId="77777777" w:rsidR="00F40C3B" w:rsidRDefault="00F40C3B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7059443">
    <w:abstractNumId w:val="8"/>
  </w:num>
  <w:num w:numId="2" w16cid:durableId="1478377003">
    <w:abstractNumId w:val="6"/>
  </w:num>
  <w:num w:numId="3" w16cid:durableId="422335208">
    <w:abstractNumId w:val="5"/>
  </w:num>
  <w:num w:numId="4" w16cid:durableId="144780014">
    <w:abstractNumId w:val="4"/>
  </w:num>
  <w:num w:numId="5" w16cid:durableId="553809163">
    <w:abstractNumId w:val="7"/>
  </w:num>
  <w:num w:numId="6" w16cid:durableId="1808473784">
    <w:abstractNumId w:val="3"/>
  </w:num>
  <w:num w:numId="7" w16cid:durableId="1026560966">
    <w:abstractNumId w:val="2"/>
  </w:num>
  <w:num w:numId="8" w16cid:durableId="1376660616">
    <w:abstractNumId w:val="1"/>
  </w:num>
  <w:num w:numId="9" w16cid:durableId="2118452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491B"/>
    <w:rsid w:val="0029639D"/>
    <w:rsid w:val="00326F90"/>
    <w:rsid w:val="00AA1D8D"/>
    <w:rsid w:val="00AA69E8"/>
    <w:rsid w:val="00B47730"/>
    <w:rsid w:val="00CB0664"/>
    <w:rsid w:val="00F40C3B"/>
    <w:rsid w:val="00FC693F"/>
    <w:rsid w:val="00FE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F0E46C"/>
  <w14:defaultImageDpi w14:val="300"/>
  <w15:docId w15:val="{B444DA24-7DEF-46F9-9291-03EEF950D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Poppins" w:hAnsi="Poppi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DFFCD9739C2A45B2667C39EE6451C8" ma:contentTypeVersion="18" ma:contentTypeDescription="Create a new document." ma:contentTypeScope="" ma:versionID="f0088f2fb92ee574cd6508509b663edd">
  <xsd:schema xmlns:xsd="http://www.w3.org/2001/XMLSchema" xmlns:xs="http://www.w3.org/2001/XMLSchema" xmlns:p="http://schemas.microsoft.com/office/2006/metadata/properties" xmlns:ns2="8f23e452-21b8-422d-b3ba-252cdd7fe119" xmlns:ns3="60dd31df-cef7-4bea-9713-d2c7a61bd9e6" xmlns:ns4="764977a3-7316-499f-8db5-c889d1e95734" targetNamespace="http://schemas.microsoft.com/office/2006/metadata/properties" ma:root="true" ma:fieldsID="1204367b22b0f6640aea9c753c006390" ns2:_="" ns3:_="" ns4:_="">
    <xsd:import namespace="8f23e452-21b8-422d-b3ba-252cdd7fe119"/>
    <xsd:import namespace="60dd31df-cef7-4bea-9713-d2c7a61bd9e6"/>
    <xsd:import namespace="764977a3-7316-499f-8db5-c889d1e957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23e452-21b8-422d-b3ba-252cdd7fe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bca4fbc-e066-4c74-89d4-2048b13e2f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dd31df-cef7-4bea-9713-d2c7a61bd9e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977a3-7316-499f-8db5-c889d1e95734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171325fd-9017-4d2f-8574-7834211763b2}" ma:internalName="TaxCatchAll" ma:showField="CatchAllData" ma:web="764977a3-7316-499f-8db5-c889d1e957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23e452-21b8-422d-b3ba-252cdd7fe119">
      <Terms xmlns="http://schemas.microsoft.com/office/infopath/2007/PartnerControls"/>
    </lcf76f155ced4ddcb4097134ff3c332f>
    <TaxCatchAll xmlns="764977a3-7316-499f-8db5-c889d1e95734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E3F1EA5-36A0-4092-B21A-A4340C39BF8A}"/>
</file>

<file path=customXml/itemProps3.xml><?xml version="1.0" encoding="utf-8"?>
<ds:datastoreItem xmlns:ds="http://schemas.openxmlformats.org/officeDocument/2006/customXml" ds:itemID="{D7E25032-6808-4020-AB52-74CFE2496485}"/>
</file>

<file path=customXml/itemProps4.xml><?xml version="1.0" encoding="utf-8"?>
<ds:datastoreItem xmlns:ds="http://schemas.openxmlformats.org/officeDocument/2006/customXml" ds:itemID="{BC1565D6-9C76-4DF7-80AB-EF0C388F2C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Dianne Barham</cp:lastModifiedBy>
  <cp:revision>2</cp:revision>
  <dcterms:created xsi:type="dcterms:W3CDTF">2025-12-11T17:06:00Z</dcterms:created>
  <dcterms:modified xsi:type="dcterms:W3CDTF">2025-12-11T17:06:00Z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0x0101007CDFFCD9739C2A45B2667C39EE6451C8</vt:lpwstr>
  </property>
</Properties>
</file>