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BA5C0" w14:textId="625BBECB" w:rsidR="00694C36" w:rsidRDefault="003A19B0" w:rsidP="008D765D">
      <w:pPr>
        <w:pStyle w:val="Heading1"/>
        <w:spacing w:line="240" w:lineRule="auto"/>
        <w:contextualSpacing/>
        <w:mirrorIndents/>
      </w:pPr>
      <w:r>
        <w:t xml:space="preserve">Communications Officer </w:t>
      </w:r>
      <w:proofErr w:type="spellStart"/>
      <w:r w:rsidR="008D765D">
        <w:t>Ickleton</w:t>
      </w:r>
      <w:proofErr w:type="spellEnd"/>
      <w:r w:rsidR="008D765D">
        <w:t xml:space="preserve"> Cricket Club </w:t>
      </w:r>
      <w:r>
        <w:t>— Job Description</w:t>
      </w:r>
    </w:p>
    <w:p w14:paraId="1DC44FEB" w14:textId="1095E4C7" w:rsidR="00694C36" w:rsidRDefault="003A19B0" w:rsidP="00714BC2">
      <w:pPr>
        <w:spacing w:line="240" w:lineRule="auto"/>
        <w:contextualSpacing/>
        <w:mirrorIndents/>
      </w:pPr>
      <w:r>
        <w:t>Start date: March</w:t>
      </w:r>
      <w:r w:rsidR="00473723">
        <w:t xml:space="preserve"> / April</w:t>
      </w:r>
      <w:r>
        <w:t xml:space="preserve"> 2026</w:t>
      </w:r>
    </w:p>
    <w:p w14:paraId="0F3ABCB8" w14:textId="06E30805" w:rsidR="00694C36" w:rsidRDefault="003A19B0" w:rsidP="00714BC2">
      <w:pPr>
        <w:spacing w:line="240" w:lineRule="auto"/>
        <w:contextualSpacing/>
        <w:mirrorIndents/>
      </w:pPr>
      <w:r>
        <w:t>Role type:</w:t>
      </w:r>
      <w:r w:rsidR="00473723">
        <w:t xml:space="preserve"> Paid (fee to be negotiated depending on experience)</w:t>
      </w:r>
    </w:p>
    <w:p w14:paraId="5B66AA38" w14:textId="77777777" w:rsidR="00694C36" w:rsidRDefault="00694C36" w:rsidP="00714BC2">
      <w:pPr>
        <w:spacing w:line="240" w:lineRule="auto"/>
        <w:contextualSpacing/>
        <w:mirrorIndents/>
      </w:pPr>
    </w:p>
    <w:p w14:paraId="0C9D1C36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1. Role Purpose (High-Level Summary)</w:t>
      </w:r>
    </w:p>
    <w:p w14:paraId="4F2C17E2" w14:textId="1FCD68DD" w:rsidR="00694C36" w:rsidRDefault="003A19B0" w:rsidP="00714BC2">
      <w:pPr>
        <w:spacing w:line="240" w:lineRule="auto"/>
        <w:contextualSpacing/>
        <w:mirrorIndents/>
      </w:pPr>
      <w:r>
        <w:t>The Communications Officer leads how the club presents itself to members, the local community, and the wider cricketing world. The role supports the club’s long-term development strategy by helping grow membership</w:t>
      </w:r>
      <w:r w:rsidR="00AF2435">
        <w:t xml:space="preserve"> (particularly in girl’s cricket)</w:t>
      </w:r>
      <w:r>
        <w:t>, strengthen community ties</w:t>
      </w:r>
      <w:r w:rsidR="00AF2435">
        <w:t xml:space="preserve"> (particularly with the new Genome housing development)</w:t>
      </w:r>
      <w:r>
        <w:t xml:space="preserve">, enhance our reputation, and ensure that </w:t>
      </w:r>
      <w:proofErr w:type="spellStart"/>
      <w:r>
        <w:t>Ickleton</w:t>
      </w:r>
      <w:proofErr w:type="spellEnd"/>
      <w:r>
        <w:t xml:space="preserve"> CC is </w:t>
      </w:r>
      <w:proofErr w:type="spellStart"/>
      <w:r>
        <w:t>recognised</w:t>
      </w:r>
      <w:proofErr w:type="spellEnd"/>
      <w:r>
        <w:t xml:space="preserve"> as an ambitious, friendly and welcoming cricket hub.</w:t>
      </w:r>
    </w:p>
    <w:p w14:paraId="7DC1244A" w14:textId="77777777" w:rsidR="00714BC2" w:rsidRDefault="00714BC2" w:rsidP="00714BC2">
      <w:pPr>
        <w:spacing w:line="240" w:lineRule="auto"/>
        <w:contextualSpacing/>
        <w:mirrorIndents/>
      </w:pPr>
    </w:p>
    <w:p w14:paraId="699D205A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2. Key Responsibilities (High-Level)</w:t>
      </w:r>
    </w:p>
    <w:p w14:paraId="2EA1DBD3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A. Strategic Communications Leadership</w:t>
      </w:r>
    </w:p>
    <w:p w14:paraId="127AF30A" w14:textId="77777777" w:rsidR="00694C36" w:rsidRDefault="003A19B0" w:rsidP="00714BC2">
      <w:pPr>
        <w:spacing w:line="240" w:lineRule="auto"/>
        <w:contextualSpacing/>
        <w:mirrorIndents/>
      </w:pPr>
      <w:r>
        <w:t>- Develop, lead and maintain the club’s overall communications strategy.</w:t>
      </w:r>
    </w:p>
    <w:p w14:paraId="11CA81C1" w14:textId="77777777" w:rsidR="00694C36" w:rsidRDefault="003A19B0" w:rsidP="00714BC2">
      <w:pPr>
        <w:spacing w:line="240" w:lineRule="auto"/>
        <w:contextualSpacing/>
        <w:mirrorIndents/>
      </w:pPr>
      <w:r>
        <w:t xml:space="preserve">- Position the club as a prominent, ambitious, inclusive and community-focused sports </w:t>
      </w:r>
      <w:proofErr w:type="spellStart"/>
      <w:r>
        <w:t>organisation</w:t>
      </w:r>
      <w:proofErr w:type="spellEnd"/>
      <w:r>
        <w:t>.</w:t>
      </w:r>
    </w:p>
    <w:p w14:paraId="20E088A8" w14:textId="77777777" w:rsidR="00694C36" w:rsidRDefault="003A19B0" w:rsidP="00714BC2">
      <w:pPr>
        <w:spacing w:line="240" w:lineRule="auto"/>
        <w:contextualSpacing/>
        <w:mirrorIndents/>
      </w:pPr>
      <w:r>
        <w:t>- Support the club’s long-term development plan and ensure communications align with club values, growth priorities and reputation-building goals.</w:t>
      </w:r>
    </w:p>
    <w:p w14:paraId="60E749B4" w14:textId="6CDDF5B6" w:rsidR="00694C36" w:rsidRDefault="003A19B0" w:rsidP="00714BC2">
      <w:pPr>
        <w:spacing w:line="240" w:lineRule="auto"/>
        <w:contextualSpacing/>
        <w:mirrorIndents/>
      </w:pPr>
      <w:r>
        <w:t>- Work with the Committee to guide the club through a period of expansion.</w:t>
      </w:r>
    </w:p>
    <w:p w14:paraId="77F1A71B" w14:textId="3361AEAD" w:rsidR="009A7485" w:rsidRDefault="009A7485" w:rsidP="008D765D">
      <w:pPr>
        <w:spacing w:line="240" w:lineRule="auto"/>
        <w:contextualSpacing/>
        <w:mirrorIndents/>
      </w:pPr>
      <w:r>
        <w:t xml:space="preserve">- Oversee club communications channels including website, social media, printed media, </w:t>
      </w:r>
      <w:r w:rsidR="008D765D" w:rsidRPr="008D765D">
        <w:t>&amp;</w:t>
      </w:r>
      <w:r w:rsidRPr="008D765D">
        <w:t xml:space="preserve"> </w:t>
      </w:r>
      <w:r>
        <w:t>newsletters.</w:t>
      </w:r>
    </w:p>
    <w:p w14:paraId="0CA4A435" w14:textId="77777777" w:rsidR="009A7485" w:rsidRDefault="009A7485" w:rsidP="009A7485">
      <w:pPr>
        <w:spacing w:line="240" w:lineRule="auto"/>
        <w:contextualSpacing/>
        <w:mirrorIndents/>
      </w:pPr>
      <w:r>
        <w:t>- Ensure messaging is consistent, positive, and aligned with the club’s values.</w:t>
      </w:r>
    </w:p>
    <w:p w14:paraId="240372D5" w14:textId="77777777" w:rsidR="00694C36" w:rsidRDefault="00694C36" w:rsidP="00714BC2">
      <w:pPr>
        <w:spacing w:line="240" w:lineRule="auto"/>
        <w:contextualSpacing/>
        <w:mirrorIndents/>
      </w:pPr>
    </w:p>
    <w:p w14:paraId="33591332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B. Membership Growth &amp; Recruitment Communications</w:t>
      </w:r>
    </w:p>
    <w:p w14:paraId="7B423961" w14:textId="2CE0FF53" w:rsidR="00694C36" w:rsidRDefault="003A19B0" w:rsidP="00714BC2">
      <w:pPr>
        <w:spacing w:line="240" w:lineRule="auto"/>
        <w:contextualSpacing/>
        <w:mirrorIndents/>
      </w:pPr>
      <w:r>
        <w:t xml:space="preserve">- Design and deliver a recruitment plan for </w:t>
      </w:r>
      <w:r w:rsidR="00AF2435">
        <w:t xml:space="preserve">girls, </w:t>
      </w:r>
      <w:r>
        <w:t>youth, women &amp; senior cricket.</w:t>
      </w:r>
    </w:p>
    <w:p w14:paraId="36A044BC" w14:textId="77777777" w:rsidR="00694C36" w:rsidRDefault="003A19B0" w:rsidP="00714BC2">
      <w:pPr>
        <w:spacing w:line="240" w:lineRule="auto"/>
        <w:contextualSpacing/>
        <w:mirrorIndents/>
      </w:pPr>
      <w:r>
        <w:t>- Promote the club’s pathways and opportunities locally.</w:t>
      </w:r>
    </w:p>
    <w:p w14:paraId="3D79BBEF" w14:textId="77777777" w:rsidR="00694C36" w:rsidRDefault="003A19B0" w:rsidP="00714BC2">
      <w:pPr>
        <w:spacing w:line="240" w:lineRule="auto"/>
        <w:contextualSpacing/>
        <w:mirrorIndents/>
      </w:pPr>
      <w:r>
        <w:t>- Communicate clearly how new and existing members can integrate into an ambitious, growing club.</w:t>
      </w:r>
    </w:p>
    <w:p w14:paraId="76A776C3" w14:textId="12D92BAA" w:rsidR="00714BC2" w:rsidRPr="00714BC2" w:rsidRDefault="00714BC2" w:rsidP="00714BC2">
      <w:pPr>
        <w:spacing w:line="240" w:lineRule="auto"/>
        <w:contextualSpacing/>
        <w:mirrorIndents/>
      </w:pPr>
      <w:r>
        <w:t>- Recruit non cricketing (business) members for the committee</w:t>
      </w:r>
    </w:p>
    <w:p w14:paraId="022B9F49" w14:textId="77777777" w:rsidR="00694C36" w:rsidRDefault="00694C36" w:rsidP="00714BC2">
      <w:pPr>
        <w:spacing w:line="240" w:lineRule="auto"/>
        <w:contextualSpacing/>
        <w:mirrorIndents/>
      </w:pPr>
    </w:p>
    <w:p w14:paraId="5E8A76BB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C. Community Engagement &amp; Visibility</w:t>
      </w:r>
    </w:p>
    <w:p w14:paraId="00F9BB28" w14:textId="77777777" w:rsidR="00694C36" w:rsidRDefault="003A19B0" w:rsidP="00714BC2">
      <w:pPr>
        <w:spacing w:line="240" w:lineRule="auto"/>
        <w:contextualSpacing/>
        <w:mirrorIndents/>
      </w:pPr>
      <w:r>
        <w:t xml:space="preserve">- Strengthen the club’s presence within </w:t>
      </w:r>
      <w:proofErr w:type="spellStart"/>
      <w:r>
        <w:t>Ickleton</w:t>
      </w:r>
      <w:proofErr w:type="spellEnd"/>
      <w:r>
        <w:t xml:space="preserve"> and surrounding villages.</w:t>
      </w:r>
    </w:p>
    <w:p w14:paraId="7B11A6B3" w14:textId="0240773D" w:rsidR="00AF2435" w:rsidRDefault="00AF2435" w:rsidP="00714BC2">
      <w:pPr>
        <w:spacing w:line="240" w:lineRule="auto"/>
        <w:contextualSpacing/>
        <w:mirrorIndents/>
      </w:pPr>
      <w:r>
        <w:t xml:space="preserve">- </w:t>
      </w:r>
      <w:r w:rsidR="009A7485" w:rsidRPr="009A7485">
        <w:t xml:space="preserve">Engage with the expanding Genome development in </w:t>
      </w:r>
      <w:proofErr w:type="spellStart"/>
      <w:r w:rsidR="009A7485" w:rsidRPr="009A7485">
        <w:t>Hinxton</w:t>
      </w:r>
      <w:proofErr w:type="spellEnd"/>
      <w:r w:rsidR="009A7485" w:rsidRPr="009A7485">
        <w:t xml:space="preserve"> to ensure the club attracts new residents as players, members and supporters as hundreds of new homes are built.</w:t>
      </w:r>
    </w:p>
    <w:p w14:paraId="078DA222" w14:textId="77777777" w:rsidR="00694C36" w:rsidRDefault="003A19B0" w:rsidP="00714BC2">
      <w:pPr>
        <w:spacing w:line="240" w:lineRule="auto"/>
        <w:contextualSpacing/>
        <w:mirrorIndents/>
      </w:pPr>
      <w:r>
        <w:t>- Build relationships with local groups, schools, councils, and community partners.</w:t>
      </w:r>
    </w:p>
    <w:p w14:paraId="191858E5" w14:textId="77777777" w:rsidR="00694C36" w:rsidRDefault="00694C36" w:rsidP="00714BC2">
      <w:pPr>
        <w:spacing w:line="240" w:lineRule="auto"/>
        <w:contextualSpacing/>
        <w:mirrorIndents/>
      </w:pPr>
    </w:p>
    <w:p w14:paraId="4AE23E0D" w14:textId="759A2084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3. Detailed Responsibilities (Operational)</w:t>
      </w:r>
    </w:p>
    <w:p w14:paraId="64735A5A" w14:textId="19F28552" w:rsidR="00694C36" w:rsidRPr="00714BC2" w:rsidRDefault="00714BC2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A</w:t>
      </w:r>
      <w:r>
        <w:rPr>
          <w:b/>
          <w:bCs/>
        </w:rPr>
        <w:t>.</w:t>
      </w:r>
      <w:r w:rsidRPr="00714BC2">
        <w:rPr>
          <w:b/>
          <w:bCs/>
        </w:rPr>
        <w:t xml:space="preserve"> Communications Delivery</w:t>
      </w:r>
    </w:p>
    <w:p w14:paraId="385E2289" w14:textId="77777777" w:rsidR="00694C36" w:rsidRDefault="003A19B0" w:rsidP="00714BC2">
      <w:pPr>
        <w:spacing w:line="240" w:lineRule="auto"/>
        <w:contextualSpacing/>
        <w:mirrorIndents/>
      </w:pPr>
      <w:r>
        <w:t>- Produce regular updates for members.</w:t>
      </w:r>
    </w:p>
    <w:p w14:paraId="0E5FB492" w14:textId="77777777" w:rsidR="00694C36" w:rsidRDefault="003A19B0" w:rsidP="00714BC2">
      <w:pPr>
        <w:spacing w:line="240" w:lineRule="auto"/>
        <w:contextualSpacing/>
        <w:mirrorIndents/>
      </w:pPr>
      <w:r>
        <w:t>- Create engaging content showcasing achievements and club life.</w:t>
      </w:r>
    </w:p>
    <w:p w14:paraId="089EED81" w14:textId="77777777" w:rsidR="00694C36" w:rsidRDefault="003A19B0" w:rsidP="00714BC2">
      <w:pPr>
        <w:spacing w:line="240" w:lineRule="auto"/>
        <w:contextualSpacing/>
        <w:mirrorIndents/>
      </w:pPr>
      <w:r>
        <w:t>- Schedule posts and manage information flow.</w:t>
      </w:r>
    </w:p>
    <w:p w14:paraId="3C93E230" w14:textId="77777777" w:rsidR="00473723" w:rsidRDefault="00473723" w:rsidP="00473723">
      <w:pPr>
        <w:spacing w:line="240" w:lineRule="auto"/>
        <w:contextualSpacing/>
        <w:mirrorIndents/>
      </w:pPr>
      <w:r>
        <w:t>- Keep the club website up to date.</w:t>
      </w:r>
    </w:p>
    <w:p w14:paraId="6F44E9BC" w14:textId="0859B02B" w:rsidR="00473723" w:rsidRDefault="00473723" w:rsidP="00714BC2">
      <w:pPr>
        <w:spacing w:line="240" w:lineRule="auto"/>
        <w:contextualSpacing/>
        <w:mirrorIndents/>
      </w:pPr>
      <w:r>
        <w:t>- Manage media galleries and club information.</w:t>
      </w:r>
    </w:p>
    <w:p w14:paraId="342DE83C" w14:textId="77777777" w:rsidR="00473723" w:rsidRDefault="00473723" w:rsidP="00473723">
      <w:pPr>
        <w:spacing w:line="240" w:lineRule="auto"/>
        <w:contextualSpacing/>
        <w:mirrorIndents/>
      </w:pPr>
      <w:r>
        <w:t>- Maintain consistent tone, visuals and branding.</w:t>
      </w:r>
    </w:p>
    <w:p w14:paraId="60330855" w14:textId="77777777" w:rsidR="00473723" w:rsidRDefault="00473723" w:rsidP="00473723">
      <w:pPr>
        <w:spacing w:line="240" w:lineRule="auto"/>
        <w:contextualSpacing/>
        <w:mirrorIndents/>
      </w:pPr>
      <w:r>
        <w:t xml:space="preserve">- Develop a </w:t>
      </w:r>
      <w:proofErr w:type="spellStart"/>
      <w:r>
        <w:t>recognisable</w:t>
      </w:r>
      <w:proofErr w:type="spellEnd"/>
      <w:r>
        <w:t>, positive club identity.</w:t>
      </w:r>
    </w:p>
    <w:p w14:paraId="1906E608" w14:textId="77777777" w:rsidR="00473723" w:rsidRDefault="00473723" w:rsidP="00473723">
      <w:pPr>
        <w:spacing w:line="240" w:lineRule="auto"/>
        <w:contextualSpacing/>
        <w:mirrorIndents/>
      </w:pPr>
      <w:r>
        <w:t>- Provide communication support for club projects.</w:t>
      </w:r>
    </w:p>
    <w:p w14:paraId="38B3889D" w14:textId="77777777" w:rsidR="00473723" w:rsidRDefault="00473723" w:rsidP="00473723">
      <w:pPr>
        <w:spacing w:line="240" w:lineRule="auto"/>
        <w:contextualSpacing/>
        <w:mirrorIndents/>
      </w:pPr>
      <w:r>
        <w:t>- Work with key committee roles to ensure cohesive messaging.</w:t>
      </w:r>
    </w:p>
    <w:p w14:paraId="72088BF5" w14:textId="77777777" w:rsidR="00694C36" w:rsidRDefault="00694C36" w:rsidP="00714BC2">
      <w:pPr>
        <w:spacing w:line="240" w:lineRule="auto"/>
        <w:contextualSpacing/>
        <w:mirrorIndents/>
      </w:pPr>
    </w:p>
    <w:p w14:paraId="4CEE366E" w14:textId="3E412089" w:rsidR="00694C36" w:rsidRPr="00714BC2" w:rsidRDefault="00714BC2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C. Recruitment &amp; Outreach</w:t>
      </w:r>
    </w:p>
    <w:p w14:paraId="69AB0089" w14:textId="77777777" w:rsidR="00694C36" w:rsidRDefault="003A19B0" w:rsidP="00714BC2">
      <w:pPr>
        <w:spacing w:line="240" w:lineRule="auto"/>
        <w:contextualSpacing/>
        <w:mirrorIndents/>
      </w:pPr>
      <w:r>
        <w:t>- Create targeted campaigns for open days and recruitment drives.</w:t>
      </w:r>
    </w:p>
    <w:p w14:paraId="33A06913" w14:textId="757833B7" w:rsidR="00694C36" w:rsidRDefault="003A19B0" w:rsidP="00714BC2">
      <w:pPr>
        <w:spacing w:line="240" w:lineRule="auto"/>
        <w:contextualSpacing/>
        <w:mirrorIndents/>
      </w:pPr>
      <w:r>
        <w:t>- Assist coaches and captains with advertising opportunities</w:t>
      </w:r>
      <w:r w:rsidR="00473723">
        <w:t>.</w:t>
      </w:r>
    </w:p>
    <w:p w14:paraId="0FDDE099" w14:textId="77777777" w:rsidR="00694C36" w:rsidRDefault="003A19B0" w:rsidP="00714BC2">
      <w:pPr>
        <w:spacing w:line="240" w:lineRule="auto"/>
        <w:contextualSpacing/>
        <w:mirrorIndents/>
      </w:pPr>
      <w:r>
        <w:t>- Liaise with parish newsletters and local media.</w:t>
      </w:r>
    </w:p>
    <w:p w14:paraId="4DFDFBF6" w14:textId="77777777" w:rsidR="00694C36" w:rsidRDefault="003A19B0" w:rsidP="00714BC2">
      <w:pPr>
        <w:spacing w:line="240" w:lineRule="auto"/>
        <w:contextualSpacing/>
        <w:mirrorIndents/>
      </w:pPr>
      <w:r>
        <w:t>- Promote partnership opportunities with sponsors and businesses.</w:t>
      </w:r>
    </w:p>
    <w:p w14:paraId="66522E41" w14:textId="77777777" w:rsidR="00694C36" w:rsidRDefault="00694C36" w:rsidP="00714BC2">
      <w:pPr>
        <w:spacing w:line="240" w:lineRule="auto"/>
        <w:contextualSpacing/>
        <w:mirrorIndents/>
      </w:pPr>
    </w:p>
    <w:p w14:paraId="3A08E286" w14:textId="77777777" w:rsidR="00694C36" w:rsidRPr="00714BC2" w:rsidRDefault="003A19B0" w:rsidP="00714BC2">
      <w:pPr>
        <w:spacing w:line="240" w:lineRule="auto"/>
        <w:contextualSpacing/>
        <w:mirrorIndents/>
        <w:rPr>
          <w:b/>
          <w:bCs/>
        </w:rPr>
      </w:pPr>
      <w:r w:rsidRPr="00714BC2">
        <w:rPr>
          <w:b/>
          <w:bCs/>
        </w:rPr>
        <w:t>6. Reporting</w:t>
      </w:r>
    </w:p>
    <w:p w14:paraId="01E70560" w14:textId="77777777" w:rsidR="00694C36" w:rsidRDefault="003A19B0" w:rsidP="00714BC2">
      <w:pPr>
        <w:spacing w:line="240" w:lineRule="auto"/>
        <w:contextualSpacing/>
        <w:mirrorIndents/>
      </w:pPr>
      <w:r>
        <w:t>- Reports to: Club Chair / Club Committee</w:t>
      </w:r>
    </w:p>
    <w:p w14:paraId="16C5ED6C" w14:textId="07F156E3" w:rsidR="00694C36" w:rsidRDefault="003A19B0" w:rsidP="00714BC2">
      <w:pPr>
        <w:spacing w:line="240" w:lineRule="auto"/>
        <w:contextualSpacing/>
        <w:mirrorIndents/>
      </w:pPr>
      <w:r>
        <w:t>- Works closely with: Youth Lead, Women &amp; Girls Lead, Captains, Secretary, Events Team</w:t>
      </w:r>
    </w:p>
    <w:p w14:paraId="0E3B5174" w14:textId="77777777" w:rsidR="0091512D" w:rsidRDefault="0091512D" w:rsidP="00714BC2">
      <w:pPr>
        <w:spacing w:line="240" w:lineRule="auto"/>
        <w:contextualSpacing/>
        <w:mirrorIndents/>
      </w:pPr>
    </w:p>
    <w:sectPr w:rsidR="0091512D" w:rsidSect="008D765D">
      <w:pgSz w:w="12240" w:h="15840"/>
      <w:pgMar w:top="264" w:right="1084" w:bottom="690" w:left="137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40046980">
    <w:abstractNumId w:val="8"/>
  </w:num>
  <w:num w:numId="2" w16cid:durableId="559289682">
    <w:abstractNumId w:val="6"/>
  </w:num>
  <w:num w:numId="3" w16cid:durableId="2070952589">
    <w:abstractNumId w:val="5"/>
  </w:num>
  <w:num w:numId="4" w16cid:durableId="1423720315">
    <w:abstractNumId w:val="4"/>
  </w:num>
  <w:num w:numId="5" w16cid:durableId="648293907">
    <w:abstractNumId w:val="7"/>
  </w:num>
  <w:num w:numId="6" w16cid:durableId="1316374345">
    <w:abstractNumId w:val="3"/>
  </w:num>
  <w:num w:numId="7" w16cid:durableId="2011179060">
    <w:abstractNumId w:val="2"/>
  </w:num>
  <w:num w:numId="8" w16cid:durableId="1663699487">
    <w:abstractNumId w:val="1"/>
  </w:num>
  <w:num w:numId="9" w16cid:durableId="18491004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3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2185"/>
    <w:rsid w:val="0006063C"/>
    <w:rsid w:val="0015074B"/>
    <w:rsid w:val="0029639D"/>
    <w:rsid w:val="002D6D28"/>
    <w:rsid w:val="00326F90"/>
    <w:rsid w:val="003A19B0"/>
    <w:rsid w:val="00436076"/>
    <w:rsid w:val="00473723"/>
    <w:rsid w:val="00694C36"/>
    <w:rsid w:val="006D3004"/>
    <w:rsid w:val="00714BC2"/>
    <w:rsid w:val="007C5095"/>
    <w:rsid w:val="008D765D"/>
    <w:rsid w:val="0091512D"/>
    <w:rsid w:val="009A7485"/>
    <w:rsid w:val="00AA1D8D"/>
    <w:rsid w:val="00AF2435"/>
    <w:rsid w:val="00B47730"/>
    <w:rsid w:val="00C74391"/>
    <w:rsid w:val="00CB045B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E8494FF"/>
  <w14:defaultImageDpi w14:val="300"/>
  <w15:docId w15:val="{DCA07DA2-705C-C245-BE39-EFCA3B938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Revision">
    <w:name w:val="Revision"/>
    <w:hidden/>
    <w:uiPriority w:val="99"/>
    <w:semiHidden/>
    <w:rsid w:val="0005218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521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521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521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521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5218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Edmund Harcourt</cp:lastModifiedBy>
  <cp:revision>5</cp:revision>
  <dcterms:created xsi:type="dcterms:W3CDTF">2026-02-17T21:49:00Z</dcterms:created>
  <dcterms:modified xsi:type="dcterms:W3CDTF">2026-02-27T13:52:00Z</dcterms:modified>
  <cp:category/>
</cp:coreProperties>
</file>