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BF8E5" w14:textId="77777777" w:rsidR="00F94564" w:rsidRDefault="00000000">
      <w:pPr>
        <w:jc w:val="center"/>
      </w:pPr>
      <w:r>
        <w:rPr>
          <w:b/>
          <w:color w:val="1F4E79"/>
          <w:sz w:val="24"/>
        </w:rPr>
        <w:t>BETHLEHEM CARE &amp; HOSPICE TRUST</w:t>
      </w:r>
    </w:p>
    <w:p w14:paraId="07C845BB" w14:textId="77777777" w:rsidR="00F94564" w:rsidRDefault="00000000">
      <w:pPr>
        <w:jc w:val="center"/>
      </w:pPr>
      <w:r>
        <w:rPr>
          <w:b/>
          <w:sz w:val="40"/>
        </w:rPr>
        <w:t>Recruitment Pack</w:t>
      </w:r>
    </w:p>
    <w:p w14:paraId="2927D6ED" w14:textId="77777777" w:rsidR="00F94564" w:rsidRDefault="00000000">
      <w:pPr>
        <w:jc w:val="center"/>
      </w:pPr>
      <w:r>
        <w:rPr>
          <w:b/>
          <w:color w:val="2F5597"/>
          <w:sz w:val="44"/>
        </w:rPr>
        <w:t>Community &amp; Individual Giving Fundraiser</w:t>
      </w:r>
    </w:p>
    <w:p w14:paraId="786CFA37" w14:textId="77777777" w:rsidR="00F94564" w:rsidRDefault="00000000">
      <w:pPr>
        <w:jc w:val="center"/>
      </w:pPr>
      <w:r>
        <w:rPr>
          <w:i/>
          <w:sz w:val="22"/>
        </w:rPr>
        <w:t>Formal post title: Community &amp; Individual Giving Fundraising Officer</w:t>
      </w:r>
    </w:p>
    <w:p w14:paraId="07C8120F" w14:textId="77777777" w:rsidR="00F94564" w:rsidRDefault="00F94564"/>
    <w:tbl>
      <w:tblPr>
        <w:tblW w:w="0" w:type="auto"/>
        <w:jc w:val="center"/>
        <w:tblLayout w:type="fixed"/>
        <w:tblLook w:val="04A0" w:firstRow="1" w:lastRow="0" w:firstColumn="1" w:lastColumn="0" w:noHBand="0" w:noVBand="1"/>
      </w:tblPr>
      <w:tblGrid>
        <w:gridCol w:w="2088"/>
        <w:gridCol w:w="8208"/>
      </w:tblGrid>
      <w:tr w:rsidR="00F94564" w14:paraId="26EB1997" w14:textId="77777777">
        <w:trPr>
          <w:jc w:val="center"/>
        </w:trPr>
        <w:tc>
          <w:tcPr>
            <w:tcW w:w="2088" w:type="dxa"/>
            <w:shd w:val="clear" w:color="auto" w:fill="EAF2F8"/>
            <w:tcMar>
              <w:top w:w="80" w:type="dxa"/>
              <w:left w:w="100" w:type="dxa"/>
              <w:bottom w:w="80" w:type="dxa"/>
              <w:right w:w="100" w:type="dxa"/>
            </w:tcMar>
          </w:tcPr>
          <w:p w14:paraId="21698984" w14:textId="77777777" w:rsidR="00F94564" w:rsidRDefault="00000000">
            <w:r>
              <w:rPr>
                <w:b/>
                <w:sz w:val="19"/>
              </w:rPr>
              <w:t>Hours</w:t>
            </w:r>
          </w:p>
        </w:tc>
        <w:tc>
          <w:tcPr>
            <w:tcW w:w="8208" w:type="dxa"/>
            <w:shd w:val="clear" w:color="auto" w:fill="F7FAFC"/>
            <w:tcMar>
              <w:top w:w="80" w:type="dxa"/>
              <w:left w:w="100" w:type="dxa"/>
              <w:bottom w:w="80" w:type="dxa"/>
              <w:right w:w="100" w:type="dxa"/>
            </w:tcMar>
          </w:tcPr>
          <w:p w14:paraId="68CD4C0A" w14:textId="77777777" w:rsidR="00F94564" w:rsidRDefault="00000000">
            <w:r>
              <w:rPr>
                <w:sz w:val="19"/>
              </w:rPr>
              <w:t>0.4-0.6 FTE (14.8-22.2 hours per week)</w:t>
            </w:r>
          </w:p>
        </w:tc>
      </w:tr>
      <w:tr w:rsidR="00F94564" w14:paraId="5CF490B2" w14:textId="77777777">
        <w:trPr>
          <w:jc w:val="center"/>
        </w:trPr>
        <w:tc>
          <w:tcPr>
            <w:tcW w:w="2088" w:type="dxa"/>
            <w:tcMar>
              <w:top w:w="80" w:type="dxa"/>
              <w:left w:w="100" w:type="dxa"/>
              <w:bottom w:w="80" w:type="dxa"/>
              <w:right w:w="100" w:type="dxa"/>
            </w:tcMar>
          </w:tcPr>
          <w:p w14:paraId="2441764C" w14:textId="77777777" w:rsidR="00F94564" w:rsidRDefault="00000000">
            <w:r>
              <w:rPr>
                <w:b/>
                <w:sz w:val="19"/>
              </w:rPr>
              <w:t>Salary</w:t>
            </w:r>
          </w:p>
        </w:tc>
        <w:tc>
          <w:tcPr>
            <w:tcW w:w="8208" w:type="dxa"/>
            <w:tcMar>
              <w:top w:w="80" w:type="dxa"/>
              <w:left w:w="100" w:type="dxa"/>
              <w:bottom w:w="80" w:type="dxa"/>
              <w:right w:w="100" w:type="dxa"/>
            </w:tcMar>
          </w:tcPr>
          <w:p w14:paraId="7E63FD2D" w14:textId="77777777" w:rsidR="00F94564" w:rsidRDefault="00000000">
            <w:r>
              <w:rPr>
                <w:sz w:val="19"/>
              </w:rPr>
              <w:t>£34,000-£40,000 FTE, pro rata depending on experience</w:t>
            </w:r>
          </w:p>
        </w:tc>
      </w:tr>
      <w:tr w:rsidR="00F94564" w14:paraId="11261B83" w14:textId="77777777">
        <w:trPr>
          <w:jc w:val="center"/>
        </w:trPr>
        <w:tc>
          <w:tcPr>
            <w:tcW w:w="2088" w:type="dxa"/>
            <w:shd w:val="clear" w:color="auto" w:fill="EAF2F8"/>
            <w:tcMar>
              <w:top w:w="80" w:type="dxa"/>
              <w:left w:w="100" w:type="dxa"/>
              <w:bottom w:w="80" w:type="dxa"/>
              <w:right w:w="100" w:type="dxa"/>
            </w:tcMar>
          </w:tcPr>
          <w:p w14:paraId="2D5FE557" w14:textId="77777777" w:rsidR="00F94564" w:rsidRDefault="00000000">
            <w:r>
              <w:rPr>
                <w:b/>
                <w:sz w:val="19"/>
              </w:rPr>
              <w:t>Actual salary</w:t>
            </w:r>
          </w:p>
        </w:tc>
        <w:tc>
          <w:tcPr>
            <w:tcW w:w="8208" w:type="dxa"/>
            <w:shd w:val="clear" w:color="auto" w:fill="F7FAFC"/>
            <w:tcMar>
              <w:top w:w="80" w:type="dxa"/>
              <w:left w:w="100" w:type="dxa"/>
              <w:bottom w:w="80" w:type="dxa"/>
              <w:right w:w="100" w:type="dxa"/>
            </w:tcMar>
          </w:tcPr>
          <w:p w14:paraId="52EE0AEE" w14:textId="77777777" w:rsidR="00F94564" w:rsidRDefault="00000000">
            <w:r>
              <w:rPr>
                <w:sz w:val="19"/>
              </w:rPr>
              <w:t>£13,600-£24,000 depending on hours and experience</w:t>
            </w:r>
          </w:p>
        </w:tc>
      </w:tr>
      <w:tr w:rsidR="00F94564" w14:paraId="4C6205FB" w14:textId="77777777">
        <w:trPr>
          <w:jc w:val="center"/>
        </w:trPr>
        <w:tc>
          <w:tcPr>
            <w:tcW w:w="2088" w:type="dxa"/>
            <w:tcMar>
              <w:top w:w="80" w:type="dxa"/>
              <w:left w:w="100" w:type="dxa"/>
              <w:bottom w:w="80" w:type="dxa"/>
              <w:right w:w="100" w:type="dxa"/>
            </w:tcMar>
          </w:tcPr>
          <w:p w14:paraId="7DFA3C44" w14:textId="77777777" w:rsidR="00F94564" w:rsidRDefault="00000000">
            <w:r>
              <w:rPr>
                <w:b/>
                <w:sz w:val="19"/>
              </w:rPr>
              <w:t>Location</w:t>
            </w:r>
          </w:p>
        </w:tc>
        <w:tc>
          <w:tcPr>
            <w:tcW w:w="8208" w:type="dxa"/>
            <w:tcMar>
              <w:top w:w="80" w:type="dxa"/>
              <w:left w:w="100" w:type="dxa"/>
              <w:bottom w:w="80" w:type="dxa"/>
              <w:right w:w="100" w:type="dxa"/>
            </w:tcMar>
          </w:tcPr>
          <w:p w14:paraId="03E6E814" w14:textId="77777777" w:rsidR="00F94564" w:rsidRDefault="00000000">
            <w:r>
              <w:rPr>
                <w:sz w:val="19"/>
              </w:rPr>
              <w:t>Home-based; applicants must be based in Yorkshire</w:t>
            </w:r>
          </w:p>
        </w:tc>
      </w:tr>
      <w:tr w:rsidR="00F94564" w14:paraId="614C8FB9" w14:textId="77777777">
        <w:trPr>
          <w:jc w:val="center"/>
        </w:trPr>
        <w:tc>
          <w:tcPr>
            <w:tcW w:w="2088" w:type="dxa"/>
            <w:shd w:val="clear" w:color="auto" w:fill="EAF2F8"/>
            <w:tcMar>
              <w:top w:w="80" w:type="dxa"/>
              <w:left w:w="100" w:type="dxa"/>
              <w:bottom w:w="80" w:type="dxa"/>
              <w:right w:w="100" w:type="dxa"/>
            </w:tcMar>
          </w:tcPr>
          <w:p w14:paraId="678C494B" w14:textId="77777777" w:rsidR="00F94564" w:rsidRDefault="00000000">
            <w:r>
              <w:rPr>
                <w:b/>
                <w:sz w:val="19"/>
              </w:rPr>
              <w:t>Contract</w:t>
            </w:r>
          </w:p>
        </w:tc>
        <w:tc>
          <w:tcPr>
            <w:tcW w:w="8208" w:type="dxa"/>
            <w:shd w:val="clear" w:color="auto" w:fill="F7FAFC"/>
            <w:tcMar>
              <w:top w:w="80" w:type="dxa"/>
              <w:left w:w="100" w:type="dxa"/>
              <w:bottom w:w="80" w:type="dxa"/>
              <w:right w:w="100" w:type="dxa"/>
            </w:tcMar>
          </w:tcPr>
          <w:p w14:paraId="0BE4BDA8" w14:textId="77777777" w:rsidR="00F94564" w:rsidRDefault="00000000">
            <w:r>
              <w:rPr>
                <w:sz w:val="19"/>
              </w:rPr>
              <w:t>12-month fixed-term contract initially, with a view to extension subject to funding and performance</w:t>
            </w:r>
          </w:p>
        </w:tc>
      </w:tr>
      <w:tr w:rsidR="00F94564" w14:paraId="07FD7BF9" w14:textId="77777777">
        <w:trPr>
          <w:jc w:val="center"/>
        </w:trPr>
        <w:tc>
          <w:tcPr>
            <w:tcW w:w="2088" w:type="dxa"/>
            <w:tcMar>
              <w:top w:w="80" w:type="dxa"/>
              <w:left w:w="100" w:type="dxa"/>
              <w:bottom w:w="80" w:type="dxa"/>
              <w:right w:w="100" w:type="dxa"/>
            </w:tcMar>
          </w:tcPr>
          <w:p w14:paraId="5132A72A" w14:textId="77777777" w:rsidR="00F94564" w:rsidRDefault="00000000">
            <w:r>
              <w:rPr>
                <w:b/>
                <w:sz w:val="19"/>
              </w:rPr>
              <w:t>Annual leave</w:t>
            </w:r>
          </w:p>
        </w:tc>
        <w:tc>
          <w:tcPr>
            <w:tcW w:w="8208" w:type="dxa"/>
            <w:tcMar>
              <w:top w:w="80" w:type="dxa"/>
              <w:left w:w="100" w:type="dxa"/>
              <w:bottom w:w="80" w:type="dxa"/>
              <w:right w:w="100" w:type="dxa"/>
            </w:tcMar>
          </w:tcPr>
          <w:p w14:paraId="1F43D2DF" w14:textId="77777777" w:rsidR="00F94564" w:rsidRDefault="00000000">
            <w:r>
              <w:rPr>
                <w:sz w:val="19"/>
              </w:rPr>
              <w:t>25 days per annum plus UK public/bank holidays, pro rata for part-time employees</w:t>
            </w:r>
          </w:p>
        </w:tc>
      </w:tr>
      <w:tr w:rsidR="00F94564" w14:paraId="4C4A62C3" w14:textId="77777777">
        <w:trPr>
          <w:jc w:val="center"/>
        </w:trPr>
        <w:tc>
          <w:tcPr>
            <w:tcW w:w="2088" w:type="dxa"/>
            <w:shd w:val="clear" w:color="auto" w:fill="EAF2F8"/>
            <w:tcMar>
              <w:top w:w="80" w:type="dxa"/>
              <w:left w:w="100" w:type="dxa"/>
              <w:bottom w:w="80" w:type="dxa"/>
              <w:right w:w="100" w:type="dxa"/>
            </w:tcMar>
          </w:tcPr>
          <w:p w14:paraId="2289B376" w14:textId="77777777" w:rsidR="00F94564" w:rsidRDefault="00000000">
            <w:r>
              <w:rPr>
                <w:b/>
                <w:sz w:val="19"/>
              </w:rPr>
              <w:t>Pension</w:t>
            </w:r>
          </w:p>
        </w:tc>
        <w:tc>
          <w:tcPr>
            <w:tcW w:w="8208" w:type="dxa"/>
            <w:shd w:val="clear" w:color="auto" w:fill="F7FAFC"/>
            <w:tcMar>
              <w:top w:w="80" w:type="dxa"/>
              <w:left w:w="100" w:type="dxa"/>
              <w:bottom w:w="80" w:type="dxa"/>
              <w:right w:w="100" w:type="dxa"/>
            </w:tcMar>
          </w:tcPr>
          <w:p w14:paraId="17B66B98" w14:textId="77777777" w:rsidR="00F94564" w:rsidRDefault="00000000">
            <w:r>
              <w:rPr>
                <w:sz w:val="19"/>
              </w:rPr>
              <w:t>Workplace pension scheme with a 5% employer contribution, subject to the rules of the scheme</w:t>
            </w:r>
          </w:p>
        </w:tc>
      </w:tr>
      <w:tr w:rsidR="00F94564" w14:paraId="3E7BF49D" w14:textId="77777777">
        <w:trPr>
          <w:jc w:val="center"/>
        </w:trPr>
        <w:tc>
          <w:tcPr>
            <w:tcW w:w="2088" w:type="dxa"/>
            <w:tcMar>
              <w:top w:w="80" w:type="dxa"/>
              <w:left w:w="100" w:type="dxa"/>
              <w:bottom w:w="80" w:type="dxa"/>
              <w:right w:w="100" w:type="dxa"/>
            </w:tcMar>
          </w:tcPr>
          <w:p w14:paraId="5CBBA3B0" w14:textId="77777777" w:rsidR="00F94564" w:rsidRDefault="00000000">
            <w:r>
              <w:rPr>
                <w:b/>
                <w:sz w:val="19"/>
              </w:rPr>
              <w:t>Start</w:t>
            </w:r>
          </w:p>
        </w:tc>
        <w:tc>
          <w:tcPr>
            <w:tcW w:w="8208" w:type="dxa"/>
            <w:tcMar>
              <w:top w:w="80" w:type="dxa"/>
              <w:left w:w="100" w:type="dxa"/>
              <w:bottom w:w="80" w:type="dxa"/>
              <w:right w:w="100" w:type="dxa"/>
            </w:tcMar>
          </w:tcPr>
          <w:p w14:paraId="25837067" w14:textId="77777777" w:rsidR="00F94564" w:rsidRDefault="00000000">
            <w:r>
              <w:rPr>
                <w:sz w:val="19"/>
              </w:rPr>
              <w:t>As soon as possible by agreement</w:t>
            </w:r>
          </w:p>
        </w:tc>
      </w:tr>
    </w:tbl>
    <w:p w14:paraId="3463F2AB" w14:textId="77777777" w:rsidR="00F94564" w:rsidRDefault="00000000">
      <w:pPr>
        <w:spacing w:before="280"/>
        <w:jc w:val="center"/>
      </w:pPr>
      <w:r>
        <w:rPr>
          <w:b/>
          <w:color w:val="1F4E79"/>
          <w:sz w:val="26"/>
        </w:rPr>
        <w:t>Build the community of supporters who will sustain Palestine's first and only licensed palliative care service.</w:t>
      </w:r>
    </w:p>
    <w:p w14:paraId="79615678" w14:textId="77777777" w:rsidR="00F94564" w:rsidRDefault="00000000">
      <w:r>
        <w:br w:type="page"/>
      </w:r>
    </w:p>
    <w:p w14:paraId="263F3D52" w14:textId="77777777" w:rsidR="00F94564" w:rsidRDefault="00000000">
      <w:pPr>
        <w:pStyle w:val="Heading1"/>
      </w:pPr>
      <w:r>
        <w:lastRenderedPageBreak/>
        <w:t>Welcome from the Chair of Trustees</w:t>
      </w:r>
    </w:p>
    <w:p w14:paraId="632032B3" w14:textId="77777777" w:rsidR="00F94564" w:rsidRDefault="00000000">
      <w:r>
        <w:t>Thank you for your interest in Bethlehem Care &amp; Hospice Trust (BCHT). This recruitment pack is intended to give you a clear picture of who we are, why our work matters, and why these new fundraising posts are so important to the future of the charity.</w:t>
      </w:r>
    </w:p>
    <w:p w14:paraId="6545FAE8" w14:textId="77777777" w:rsidR="00F94564" w:rsidRDefault="00000000">
      <w:r>
        <w:t>BCHT was established with a simple but ambitious vision: that people facing life-limiting illness in Palestine should have access to compassionate, professional palliative care in their own homes. In August 2023 that vision became a reality when the service we support was licensed and launched in Bethlehem.</w:t>
      </w:r>
    </w:p>
    <w:p w14:paraId="48B7761D" w14:textId="77777777" w:rsidR="00F94564" w:rsidRDefault="00000000">
      <w:r>
        <w:t>Since then, our nurses have supported more than 350 patients and their families and delivered more than 5,000 patient home visits. Every day they provide practical support, symptom management, emotional care and dignity to people facing some of the most difficult circumstances imaginable. The service remains the first and only licensed palliative care service in Palestine.</w:t>
      </w:r>
    </w:p>
    <w:p w14:paraId="413B1C96" w14:textId="77777777" w:rsidR="00F94564" w:rsidRDefault="00000000">
      <w:r>
        <w:t>We are proud of what has been achieved, but we recognise that the next challenge is sustainability and, thereafter, growth to help the hundreds who still have no access to end-of-life care. BCHT has grown from a largely volunteer-led fundraising model into an organisation that now needs professional fundraising capacity. The successful candidate will help us build the funding base required to sustain and strengthen this unique service for years to come.</w:t>
      </w:r>
    </w:p>
    <w:p w14:paraId="13C48F78" w14:textId="77777777" w:rsidR="00F94564" w:rsidRDefault="00000000">
      <w:r>
        <w:t>This post is central to building a wider community of supporters for BCHT. As Community &amp; Individual Giving Fundraiser, you will help turn awareness into lasting relationships, recurring giving and practical support.</w:t>
      </w:r>
    </w:p>
    <w:p w14:paraId="76C0B46D" w14:textId="77777777" w:rsidR="00F94564" w:rsidRDefault="00000000">
      <w:r>
        <w:t>If you are looking for a role where your work can have direct, measurable and human impact, we would be delighted to hear from you.</w:t>
      </w:r>
    </w:p>
    <w:p w14:paraId="59D69E86" w14:textId="77777777" w:rsidR="00F94564" w:rsidRDefault="00000000">
      <w:r>
        <w:rPr>
          <w:b/>
        </w:rPr>
        <w:t>Professor Philip Hopkins</w:t>
      </w:r>
    </w:p>
    <w:p w14:paraId="198C6E4C" w14:textId="77777777" w:rsidR="00F94564" w:rsidRDefault="00000000">
      <w:r>
        <w:t>Chair of Trustees</w:t>
      </w:r>
      <w:r>
        <w:br/>
        <w:t>Bethlehem Care &amp; Hospice Trust</w:t>
      </w:r>
    </w:p>
    <w:p w14:paraId="3B701780" w14:textId="77777777" w:rsidR="00F94564" w:rsidRDefault="00000000">
      <w:pPr>
        <w:pStyle w:val="Heading1"/>
      </w:pPr>
      <w:r>
        <w:t>About Bethlehem Care &amp; Hospice Trust</w:t>
      </w:r>
    </w:p>
    <w:p w14:paraId="564264B0" w14:textId="77777777" w:rsidR="00F94564" w:rsidRDefault="00000000">
      <w:r>
        <w:t>Bethlehem Care &amp; Hospice Trust is a UK-registered charity supporting the development of specialist palliative and hospice care services in Palestine. We work alongside our Palestinian partner organisation to support a nurse-led community service presently operating throughout Bethlehem Governorate.</w:t>
      </w:r>
    </w:p>
    <w:p w14:paraId="4C1D8FF3" w14:textId="77777777" w:rsidR="00F94564" w:rsidRDefault="00000000">
      <w:r>
        <w:t>The service provides care to patients with advanced cancer and other life-limiting illnesses in their own homes, helping them remain close to their families and communities during periods of serious illness. Our work is inspired by Christian values of compassion, dignity and service, but care is provided regardless of faith, ethnicity, background or ability to pay.</w:t>
      </w:r>
    </w:p>
    <w:p w14:paraId="25283937" w14:textId="77777777" w:rsidR="00F94564" w:rsidRDefault="00000000">
      <w:pPr>
        <w:pStyle w:val="Heading2"/>
      </w:pPr>
      <w:r>
        <w:t>Key facts</w:t>
      </w:r>
    </w:p>
    <w:p w14:paraId="1327C7F4" w14:textId="77777777" w:rsidR="00F94564" w:rsidRDefault="00000000">
      <w:pPr>
        <w:pStyle w:val="BCHTBullet"/>
      </w:pPr>
      <w:r>
        <w:rPr>
          <w:b/>
        </w:rPr>
        <w:t xml:space="preserve">• </w:t>
      </w:r>
      <w:r>
        <w:t>First licensed palliative care service in Palestine, and still the only licensed service.</w:t>
      </w:r>
    </w:p>
    <w:p w14:paraId="782E8E5D" w14:textId="77777777" w:rsidR="00F94564" w:rsidRDefault="00000000">
      <w:pPr>
        <w:pStyle w:val="BCHTBullet"/>
      </w:pPr>
      <w:r>
        <w:rPr>
          <w:b/>
        </w:rPr>
        <w:t xml:space="preserve">• </w:t>
      </w:r>
      <w:r>
        <w:t>Service launched in August 2023.</w:t>
      </w:r>
    </w:p>
    <w:p w14:paraId="2D1884DD" w14:textId="77777777" w:rsidR="00F94564" w:rsidRDefault="00000000">
      <w:pPr>
        <w:pStyle w:val="BCHTBullet"/>
      </w:pPr>
      <w:r>
        <w:rPr>
          <w:b/>
        </w:rPr>
        <w:t xml:space="preserve">• </w:t>
      </w:r>
      <w:r>
        <w:t>More than 350 patients and families supported.</w:t>
      </w:r>
    </w:p>
    <w:p w14:paraId="20ADEE86" w14:textId="77777777" w:rsidR="00F94564" w:rsidRDefault="00000000">
      <w:pPr>
        <w:pStyle w:val="BCHTBullet"/>
      </w:pPr>
      <w:r>
        <w:rPr>
          <w:b/>
        </w:rPr>
        <w:t xml:space="preserve">• </w:t>
      </w:r>
      <w:r>
        <w:t>More than 5,000 patient home visits delivered.</w:t>
      </w:r>
    </w:p>
    <w:p w14:paraId="4BA45528" w14:textId="77777777" w:rsidR="00F94564" w:rsidRDefault="00000000">
      <w:pPr>
        <w:pStyle w:val="BCHTBullet"/>
      </w:pPr>
      <w:r>
        <w:rPr>
          <w:b/>
        </w:rPr>
        <w:t xml:space="preserve">• </w:t>
      </w:r>
      <w:r>
        <w:t>Specialist nurse-led model of care.</w:t>
      </w:r>
    </w:p>
    <w:p w14:paraId="7A63CE7F" w14:textId="77777777" w:rsidR="00F94564" w:rsidRDefault="00000000">
      <w:pPr>
        <w:pStyle w:val="BCHTBullet"/>
      </w:pPr>
      <w:r>
        <w:rPr>
          <w:b/>
        </w:rPr>
        <w:t xml:space="preserve">• </w:t>
      </w:r>
      <w:r>
        <w:t>Care provided regardless of faith, ethnicity, background or ability to pay.</w:t>
      </w:r>
    </w:p>
    <w:p w14:paraId="61F5DEB6" w14:textId="77777777" w:rsidR="00F94564" w:rsidRDefault="00000000">
      <w:pPr>
        <w:pStyle w:val="BCHTBullet"/>
      </w:pPr>
      <w:r>
        <w:rPr>
          <w:b/>
        </w:rPr>
        <w:t xml:space="preserve">• </w:t>
      </w:r>
      <w:r>
        <w:t>Supported by donors, churches, communities and partners in the UK and internationally.</w:t>
      </w:r>
    </w:p>
    <w:p w14:paraId="306DE0A2" w14:textId="77777777" w:rsidR="00F94564" w:rsidRDefault="00000000">
      <w:pPr>
        <w:pStyle w:val="Heading1"/>
      </w:pPr>
      <w:r>
        <w:t>Why palliative care matters in Palestine</w:t>
      </w:r>
    </w:p>
    <w:p w14:paraId="024F6BA4" w14:textId="77777777" w:rsidR="00F94564" w:rsidRDefault="00000000">
      <w:r>
        <w:t>Palliative care remains underdeveloped across much of the Middle East and is particularly limited in Palestine. Patients with advanced cancer and other serious illnesses often face substantial barriers in accessing healthcare. Hospital services are under pressure, and many families wish to care for their loved ones at home but lack the support and expertise required.</w:t>
      </w:r>
    </w:p>
    <w:p w14:paraId="3BE11C50" w14:textId="77777777" w:rsidR="00F94564" w:rsidRDefault="00000000">
      <w:r>
        <w:lastRenderedPageBreak/>
        <w:t>BCHT helps bridge this gap by supporting specialist care in patients' homes. The work improves symptom control, reduces avoidable hospital attendance, supports family carers, promotes dignity and enables patients to remain close to those they love whenever possible.</w:t>
      </w:r>
    </w:p>
    <w:p w14:paraId="46080993" w14:textId="77777777" w:rsidR="00F94564" w:rsidRDefault="00000000">
      <w:r>
        <w:t>The impact extends beyond individual patients. A single home visit may support a whole household: children, spouses, parents and wider family members who are trying to cope with serious illness, uncertainty and grief.</w:t>
      </w:r>
    </w:p>
    <w:p w14:paraId="3D641515" w14:textId="77777777" w:rsidR="00F94564" w:rsidRDefault="00000000">
      <w:pPr>
        <w:pStyle w:val="Heading1"/>
      </w:pPr>
      <w:r>
        <w:t>Why BCHT is recruiting now</w:t>
      </w:r>
    </w:p>
    <w:p w14:paraId="4389A7D0" w14:textId="77777777" w:rsidR="00F94564" w:rsidRDefault="00000000">
      <w:r>
        <w:t>The service has demonstrated impact and established a strong reputation. However, the charity now faces a new and urgent challenge: sustainability.</w:t>
      </w:r>
    </w:p>
    <w:p w14:paraId="12F7A098" w14:textId="77777777" w:rsidR="00F94564" w:rsidRDefault="00000000">
      <w:r>
        <w:t>Current fundraising activity generates approximately £60,000-£80,000 per annum against an annual operating requirement of approximately £150,000. Trustees have therefore approved investment in professional fundraising capacity to strengthen BCHT's long-term financial base and reduce reliance on a small number of donors and volunteer-led fundraising.</w:t>
      </w:r>
    </w:p>
    <w:p w14:paraId="40D8AC61" w14:textId="77777777" w:rsidR="00F94564" w:rsidRDefault="00000000">
      <w:r>
        <w:t>These appointments are not primarily about expansion. They are about securing the core service already established in Bethlehem and giving the charity the fundraising infrastructure it needs for the future.</w:t>
      </w:r>
    </w:p>
    <w:p w14:paraId="5359D1D0" w14:textId="77777777" w:rsidR="00F94564" w:rsidRDefault="00000000">
      <w:pPr>
        <w:pStyle w:val="Heading1"/>
      </w:pPr>
      <w:r>
        <w:t>Terms and conditions</w:t>
      </w:r>
    </w:p>
    <w:tbl>
      <w:tblPr>
        <w:tblW w:w="0" w:type="auto"/>
        <w:jc w:val="center"/>
        <w:tblLayout w:type="fixed"/>
        <w:tblLook w:val="04A0" w:firstRow="1" w:lastRow="0" w:firstColumn="1" w:lastColumn="0" w:noHBand="0" w:noVBand="1"/>
      </w:tblPr>
      <w:tblGrid>
        <w:gridCol w:w="2088"/>
        <w:gridCol w:w="8208"/>
      </w:tblGrid>
      <w:tr w:rsidR="00F94564" w14:paraId="32EEC31A" w14:textId="77777777">
        <w:trPr>
          <w:jc w:val="center"/>
        </w:trPr>
        <w:tc>
          <w:tcPr>
            <w:tcW w:w="2088" w:type="dxa"/>
            <w:shd w:val="clear" w:color="auto" w:fill="EAF2F8"/>
            <w:tcMar>
              <w:top w:w="80" w:type="dxa"/>
              <w:left w:w="100" w:type="dxa"/>
              <w:bottom w:w="80" w:type="dxa"/>
              <w:right w:w="100" w:type="dxa"/>
            </w:tcMar>
          </w:tcPr>
          <w:p w14:paraId="37D30AD4" w14:textId="77777777" w:rsidR="00F94564" w:rsidRDefault="00000000">
            <w:r>
              <w:rPr>
                <w:b/>
                <w:sz w:val="19"/>
              </w:rPr>
              <w:t>Hours</w:t>
            </w:r>
          </w:p>
        </w:tc>
        <w:tc>
          <w:tcPr>
            <w:tcW w:w="8208" w:type="dxa"/>
            <w:shd w:val="clear" w:color="auto" w:fill="F7FAFC"/>
            <w:tcMar>
              <w:top w:w="80" w:type="dxa"/>
              <w:left w:w="100" w:type="dxa"/>
              <w:bottom w:w="80" w:type="dxa"/>
              <w:right w:w="100" w:type="dxa"/>
            </w:tcMar>
          </w:tcPr>
          <w:p w14:paraId="365340EE" w14:textId="77777777" w:rsidR="00F94564" w:rsidRDefault="00000000">
            <w:r>
              <w:rPr>
                <w:sz w:val="19"/>
              </w:rPr>
              <w:t>0.4-0.6 FTE (14.8-22.2 hours per week)</w:t>
            </w:r>
          </w:p>
        </w:tc>
      </w:tr>
      <w:tr w:rsidR="00F94564" w14:paraId="10E535DD" w14:textId="77777777">
        <w:trPr>
          <w:jc w:val="center"/>
        </w:trPr>
        <w:tc>
          <w:tcPr>
            <w:tcW w:w="2088" w:type="dxa"/>
            <w:tcMar>
              <w:top w:w="80" w:type="dxa"/>
              <w:left w:w="100" w:type="dxa"/>
              <w:bottom w:w="80" w:type="dxa"/>
              <w:right w:w="100" w:type="dxa"/>
            </w:tcMar>
          </w:tcPr>
          <w:p w14:paraId="0CBF91B8" w14:textId="77777777" w:rsidR="00F94564" w:rsidRDefault="00000000">
            <w:r>
              <w:rPr>
                <w:b/>
                <w:sz w:val="19"/>
              </w:rPr>
              <w:t>Salary</w:t>
            </w:r>
          </w:p>
        </w:tc>
        <w:tc>
          <w:tcPr>
            <w:tcW w:w="8208" w:type="dxa"/>
            <w:tcMar>
              <w:top w:w="80" w:type="dxa"/>
              <w:left w:w="100" w:type="dxa"/>
              <w:bottom w:w="80" w:type="dxa"/>
              <w:right w:w="100" w:type="dxa"/>
            </w:tcMar>
          </w:tcPr>
          <w:p w14:paraId="2C45E815" w14:textId="77777777" w:rsidR="00F94564" w:rsidRDefault="00000000">
            <w:r>
              <w:rPr>
                <w:sz w:val="19"/>
              </w:rPr>
              <w:t>£34,000-£40,000 FTE, pro rata depending on experience</w:t>
            </w:r>
          </w:p>
        </w:tc>
      </w:tr>
      <w:tr w:rsidR="00F94564" w14:paraId="4B57C14B" w14:textId="77777777">
        <w:trPr>
          <w:jc w:val="center"/>
        </w:trPr>
        <w:tc>
          <w:tcPr>
            <w:tcW w:w="2088" w:type="dxa"/>
            <w:shd w:val="clear" w:color="auto" w:fill="EAF2F8"/>
            <w:tcMar>
              <w:top w:w="80" w:type="dxa"/>
              <w:left w:w="100" w:type="dxa"/>
              <w:bottom w:w="80" w:type="dxa"/>
              <w:right w:w="100" w:type="dxa"/>
            </w:tcMar>
          </w:tcPr>
          <w:p w14:paraId="445016A8" w14:textId="77777777" w:rsidR="00F94564" w:rsidRDefault="00000000">
            <w:r>
              <w:rPr>
                <w:b/>
                <w:sz w:val="19"/>
              </w:rPr>
              <w:t>Actual salary</w:t>
            </w:r>
          </w:p>
        </w:tc>
        <w:tc>
          <w:tcPr>
            <w:tcW w:w="8208" w:type="dxa"/>
            <w:shd w:val="clear" w:color="auto" w:fill="F7FAFC"/>
            <w:tcMar>
              <w:top w:w="80" w:type="dxa"/>
              <w:left w:w="100" w:type="dxa"/>
              <w:bottom w:w="80" w:type="dxa"/>
              <w:right w:w="100" w:type="dxa"/>
            </w:tcMar>
          </w:tcPr>
          <w:p w14:paraId="4F820DC9" w14:textId="77777777" w:rsidR="00F94564" w:rsidRDefault="00000000">
            <w:r>
              <w:rPr>
                <w:sz w:val="19"/>
              </w:rPr>
              <w:t>£13,600-£24,000 depending on hours and experience</w:t>
            </w:r>
          </w:p>
        </w:tc>
      </w:tr>
      <w:tr w:rsidR="00F94564" w14:paraId="61941EAB" w14:textId="77777777">
        <w:trPr>
          <w:jc w:val="center"/>
        </w:trPr>
        <w:tc>
          <w:tcPr>
            <w:tcW w:w="2088" w:type="dxa"/>
            <w:tcMar>
              <w:top w:w="80" w:type="dxa"/>
              <w:left w:w="100" w:type="dxa"/>
              <w:bottom w:w="80" w:type="dxa"/>
              <w:right w:w="100" w:type="dxa"/>
            </w:tcMar>
          </w:tcPr>
          <w:p w14:paraId="009F3BF5" w14:textId="77777777" w:rsidR="00F94564" w:rsidRDefault="00000000">
            <w:r>
              <w:rPr>
                <w:b/>
                <w:sz w:val="19"/>
              </w:rPr>
              <w:t>Location</w:t>
            </w:r>
          </w:p>
        </w:tc>
        <w:tc>
          <w:tcPr>
            <w:tcW w:w="8208" w:type="dxa"/>
            <w:tcMar>
              <w:top w:w="80" w:type="dxa"/>
              <w:left w:w="100" w:type="dxa"/>
              <w:bottom w:w="80" w:type="dxa"/>
              <w:right w:w="100" w:type="dxa"/>
            </w:tcMar>
          </w:tcPr>
          <w:p w14:paraId="77CBD415" w14:textId="77777777" w:rsidR="00F94564" w:rsidRDefault="00000000">
            <w:r>
              <w:rPr>
                <w:sz w:val="19"/>
              </w:rPr>
              <w:t>Home-based; applicants must be based in Yorkshire</w:t>
            </w:r>
          </w:p>
        </w:tc>
      </w:tr>
      <w:tr w:rsidR="00F94564" w14:paraId="604079B5" w14:textId="77777777">
        <w:trPr>
          <w:jc w:val="center"/>
        </w:trPr>
        <w:tc>
          <w:tcPr>
            <w:tcW w:w="2088" w:type="dxa"/>
            <w:shd w:val="clear" w:color="auto" w:fill="EAF2F8"/>
            <w:tcMar>
              <w:top w:w="80" w:type="dxa"/>
              <w:left w:w="100" w:type="dxa"/>
              <w:bottom w:w="80" w:type="dxa"/>
              <w:right w:w="100" w:type="dxa"/>
            </w:tcMar>
          </w:tcPr>
          <w:p w14:paraId="0A6960DD" w14:textId="77777777" w:rsidR="00F94564" w:rsidRDefault="00000000">
            <w:r>
              <w:rPr>
                <w:b/>
                <w:sz w:val="19"/>
              </w:rPr>
              <w:t>Contract</w:t>
            </w:r>
          </w:p>
        </w:tc>
        <w:tc>
          <w:tcPr>
            <w:tcW w:w="8208" w:type="dxa"/>
            <w:shd w:val="clear" w:color="auto" w:fill="F7FAFC"/>
            <w:tcMar>
              <w:top w:w="80" w:type="dxa"/>
              <w:left w:w="100" w:type="dxa"/>
              <w:bottom w:w="80" w:type="dxa"/>
              <w:right w:w="100" w:type="dxa"/>
            </w:tcMar>
          </w:tcPr>
          <w:p w14:paraId="07B5B07E" w14:textId="77777777" w:rsidR="00F94564" w:rsidRDefault="00000000">
            <w:r>
              <w:rPr>
                <w:sz w:val="19"/>
              </w:rPr>
              <w:t>12-month fixed-term contract initially, with a view to extension subject to funding and performance</w:t>
            </w:r>
          </w:p>
        </w:tc>
      </w:tr>
      <w:tr w:rsidR="00F94564" w14:paraId="7761969F" w14:textId="77777777">
        <w:trPr>
          <w:jc w:val="center"/>
        </w:trPr>
        <w:tc>
          <w:tcPr>
            <w:tcW w:w="2088" w:type="dxa"/>
            <w:tcMar>
              <w:top w:w="80" w:type="dxa"/>
              <w:left w:w="100" w:type="dxa"/>
              <w:bottom w:w="80" w:type="dxa"/>
              <w:right w:w="100" w:type="dxa"/>
            </w:tcMar>
          </w:tcPr>
          <w:p w14:paraId="248A0DD7" w14:textId="77777777" w:rsidR="00F94564" w:rsidRDefault="00000000">
            <w:r>
              <w:rPr>
                <w:b/>
                <w:sz w:val="19"/>
              </w:rPr>
              <w:t>Annual leave</w:t>
            </w:r>
          </w:p>
        </w:tc>
        <w:tc>
          <w:tcPr>
            <w:tcW w:w="8208" w:type="dxa"/>
            <w:tcMar>
              <w:top w:w="80" w:type="dxa"/>
              <w:left w:w="100" w:type="dxa"/>
              <w:bottom w:w="80" w:type="dxa"/>
              <w:right w:w="100" w:type="dxa"/>
            </w:tcMar>
          </w:tcPr>
          <w:p w14:paraId="5F41B8F6" w14:textId="77777777" w:rsidR="00F94564" w:rsidRDefault="00000000">
            <w:r>
              <w:rPr>
                <w:sz w:val="19"/>
              </w:rPr>
              <w:t>25 days per annum plus UK public/bank holidays, pro rata for part-time employees</w:t>
            </w:r>
          </w:p>
        </w:tc>
      </w:tr>
      <w:tr w:rsidR="00F94564" w14:paraId="2E2B53A8" w14:textId="77777777">
        <w:trPr>
          <w:jc w:val="center"/>
        </w:trPr>
        <w:tc>
          <w:tcPr>
            <w:tcW w:w="2088" w:type="dxa"/>
            <w:shd w:val="clear" w:color="auto" w:fill="EAF2F8"/>
            <w:tcMar>
              <w:top w:w="80" w:type="dxa"/>
              <w:left w:w="100" w:type="dxa"/>
              <w:bottom w:w="80" w:type="dxa"/>
              <w:right w:w="100" w:type="dxa"/>
            </w:tcMar>
          </w:tcPr>
          <w:p w14:paraId="75DC491F" w14:textId="77777777" w:rsidR="00F94564" w:rsidRDefault="00000000">
            <w:r>
              <w:rPr>
                <w:b/>
                <w:sz w:val="19"/>
              </w:rPr>
              <w:t>Pension</w:t>
            </w:r>
          </w:p>
        </w:tc>
        <w:tc>
          <w:tcPr>
            <w:tcW w:w="8208" w:type="dxa"/>
            <w:shd w:val="clear" w:color="auto" w:fill="F7FAFC"/>
            <w:tcMar>
              <w:top w:w="80" w:type="dxa"/>
              <w:left w:w="100" w:type="dxa"/>
              <w:bottom w:w="80" w:type="dxa"/>
              <w:right w:w="100" w:type="dxa"/>
            </w:tcMar>
          </w:tcPr>
          <w:p w14:paraId="1EEE11BD" w14:textId="77777777" w:rsidR="00F94564" w:rsidRDefault="00000000">
            <w:r>
              <w:rPr>
                <w:sz w:val="19"/>
              </w:rPr>
              <w:t>Workplace pension scheme with a 5% employer contribution, subject to the rules of the scheme</w:t>
            </w:r>
          </w:p>
        </w:tc>
      </w:tr>
      <w:tr w:rsidR="00F94564" w14:paraId="5E318B48" w14:textId="77777777">
        <w:trPr>
          <w:jc w:val="center"/>
        </w:trPr>
        <w:tc>
          <w:tcPr>
            <w:tcW w:w="2088" w:type="dxa"/>
            <w:tcMar>
              <w:top w:w="80" w:type="dxa"/>
              <w:left w:w="100" w:type="dxa"/>
              <w:bottom w:w="80" w:type="dxa"/>
              <w:right w:w="100" w:type="dxa"/>
            </w:tcMar>
          </w:tcPr>
          <w:p w14:paraId="4F351F42" w14:textId="77777777" w:rsidR="00F94564" w:rsidRDefault="00000000">
            <w:r>
              <w:rPr>
                <w:b/>
                <w:sz w:val="19"/>
              </w:rPr>
              <w:t>Start</w:t>
            </w:r>
          </w:p>
        </w:tc>
        <w:tc>
          <w:tcPr>
            <w:tcW w:w="8208" w:type="dxa"/>
            <w:tcMar>
              <w:top w:w="80" w:type="dxa"/>
              <w:left w:w="100" w:type="dxa"/>
              <w:bottom w:w="80" w:type="dxa"/>
              <w:right w:w="100" w:type="dxa"/>
            </w:tcMar>
          </w:tcPr>
          <w:p w14:paraId="43FD0EE7" w14:textId="77777777" w:rsidR="00F94564" w:rsidRDefault="00000000">
            <w:r>
              <w:rPr>
                <w:sz w:val="19"/>
              </w:rPr>
              <w:t>As soon as possible by agreement</w:t>
            </w:r>
          </w:p>
        </w:tc>
      </w:tr>
      <w:tr w:rsidR="00F94564" w14:paraId="65F439B2" w14:textId="77777777">
        <w:trPr>
          <w:jc w:val="center"/>
        </w:trPr>
        <w:tc>
          <w:tcPr>
            <w:tcW w:w="2088" w:type="dxa"/>
            <w:shd w:val="clear" w:color="auto" w:fill="EAF2F8"/>
            <w:tcMar>
              <w:top w:w="80" w:type="dxa"/>
              <w:left w:w="100" w:type="dxa"/>
              <w:bottom w:w="80" w:type="dxa"/>
              <w:right w:w="100" w:type="dxa"/>
            </w:tcMar>
          </w:tcPr>
          <w:p w14:paraId="2DB9416B" w14:textId="77777777" w:rsidR="00F94564" w:rsidRDefault="00000000">
            <w:r>
              <w:rPr>
                <w:b/>
                <w:sz w:val="19"/>
              </w:rPr>
              <w:t>Travel</w:t>
            </w:r>
          </w:p>
        </w:tc>
        <w:tc>
          <w:tcPr>
            <w:tcW w:w="8208" w:type="dxa"/>
            <w:shd w:val="clear" w:color="auto" w:fill="F7FAFC"/>
            <w:tcMar>
              <w:top w:w="80" w:type="dxa"/>
              <w:left w:w="100" w:type="dxa"/>
              <w:bottom w:w="80" w:type="dxa"/>
              <w:right w:w="100" w:type="dxa"/>
            </w:tcMar>
          </w:tcPr>
          <w:p w14:paraId="370F6DCE" w14:textId="77777777" w:rsidR="00F94564" w:rsidRDefault="00000000">
            <w:r>
              <w:rPr>
                <w:sz w:val="19"/>
              </w:rPr>
              <w:t>Regular travel within Yorkshire and occasional travel elsewhere in the UK as required by the role</w:t>
            </w:r>
          </w:p>
        </w:tc>
      </w:tr>
      <w:tr w:rsidR="00F94564" w14:paraId="01F4BB19" w14:textId="77777777">
        <w:trPr>
          <w:jc w:val="center"/>
        </w:trPr>
        <w:tc>
          <w:tcPr>
            <w:tcW w:w="2088" w:type="dxa"/>
            <w:tcMar>
              <w:top w:w="80" w:type="dxa"/>
              <w:left w:w="100" w:type="dxa"/>
              <w:bottom w:w="80" w:type="dxa"/>
              <w:right w:w="100" w:type="dxa"/>
            </w:tcMar>
          </w:tcPr>
          <w:p w14:paraId="655654E7" w14:textId="77777777" w:rsidR="00F94564" w:rsidRDefault="00000000">
            <w:r>
              <w:rPr>
                <w:b/>
                <w:sz w:val="19"/>
              </w:rPr>
              <w:t>Reporting to</w:t>
            </w:r>
          </w:p>
        </w:tc>
        <w:tc>
          <w:tcPr>
            <w:tcW w:w="8208" w:type="dxa"/>
            <w:tcMar>
              <w:top w:w="80" w:type="dxa"/>
              <w:left w:w="100" w:type="dxa"/>
              <w:bottom w:w="80" w:type="dxa"/>
              <w:right w:w="100" w:type="dxa"/>
            </w:tcMar>
          </w:tcPr>
          <w:p w14:paraId="3C0409B2" w14:textId="77777777" w:rsidR="00F94564" w:rsidRDefault="00000000">
            <w:r>
              <w:rPr>
                <w:sz w:val="19"/>
              </w:rPr>
              <w:t>Chair of Trustees or delegated Trustee</w:t>
            </w:r>
          </w:p>
        </w:tc>
      </w:tr>
      <w:tr w:rsidR="00F94564" w14:paraId="13FC77B8" w14:textId="77777777">
        <w:trPr>
          <w:jc w:val="center"/>
        </w:trPr>
        <w:tc>
          <w:tcPr>
            <w:tcW w:w="2088" w:type="dxa"/>
            <w:shd w:val="clear" w:color="auto" w:fill="EAF2F8"/>
            <w:tcMar>
              <w:top w:w="80" w:type="dxa"/>
              <w:left w:w="100" w:type="dxa"/>
              <w:bottom w:w="80" w:type="dxa"/>
              <w:right w:w="100" w:type="dxa"/>
            </w:tcMar>
          </w:tcPr>
          <w:p w14:paraId="24BA61DC" w14:textId="77777777" w:rsidR="00F94564" w:rsidRDefault="00000000">
            <w:r>
              <w:rPr>
                <w:b/>
                <w:sz w:val="19"/>
              </w:rPr>
              <w:t>Working pattern</w:t>
            </w:r>
          </w:p>
        </w:tc>
        <w:tc>
          <w:tcPr>
            <w:tcW w:w="8208" w:type="dxa"/>
            <w:shd w:val="clear" w:color="auto" w:fill="F7FAFC"/>
            <w:tcMar>
              <w:top w:w="80" w:type="dxa"/>
              <w:left w:w="100" w:type="dxa"/>
              <w:bottom w:w="80" w:type="dxa"/>
              <w:right w:w="100" w:type="dxa"/>
            </w:tcMar>
          </w:tcPr>
          <w:p w14:paraId="1D48FC1C" w14:textId="77777777" w:rsidR="00F94564" w:rsidRDefault="00000000">
            <w:r>
              <w:rPr>
                <w:sz w:val="19"/>
              </w:rPr>
              <w:t>Flexible working by agreement. Occasional evening or weekend commitments may be required, with time off in lieu by agreement.</w:t>
            </w:r>
          </w:p>
        </w:tc>
      </w:tr>
    </w:tbl>
    <w:p w14:paraId="57899480" w14:textId="77777777" w:rsidR="00F94564" w:rsidRDefault="00000000">
      <w:pPr>
        <w:pStyle w:val="Heading1"/>
      </w:pPr>
      <w:r>
        <w:t>Why this role matters</w:t>
      </w:r>
    </w:p>
    <w:p w14:paraId="5412D75A" w14:textId="77777777" w:rsidR="00F94564" w:rsidRDefault="00000000">
      <w:r>
        <w:t>BCHT needs supporters, not simply donors. The purpose of this post is to build the relationships, awareness, advocacy and regular giving that will sustain the charity over the long term.</w:t>
      </w:r>
    </w:p>
    <w:p w14:paraId="71DC8444" w14:textId="77777777" w:rsidR="00F94564" w:rsidRDefault="00000000">
      <w:r>
        <w:t>In the first phase, BCHT wishes to focus community fundraising in Yorkshire and northern England, where Trustees and existing supporters have networks that can be developed. The postholder will help create a replicable model of local engagement built around churches, schools, community groups, events, digital communications and individual giving.</w:t>
      </w:r>
    </w:p>
    <w:p w14:paraId="33CB061C" w14:textId="77777777" w:rsidR="00F94564" w:rsidRDefault="00000000">
      <w:pPr>
        <w:pStyle w:val="Heading1"/>
      </w:pPr>
      <w:r>
        <w:lastRenderedPageBreak/>
        <w:t>Purpose of the role</w:t>
      </w:r>
    </w:p>
    <w:p w14:paraId="0EB63F1C" w14:textId="77777777" w:rsidR="00F94564" w:rsidRDefault="00000000">
      <w:r>
        <w:t>The Community &amp; Individual Giving Fundraiser will grow BCHT's supporter base, develop community fundraising income, strengthen recurring giving and improve supporter stewardship. The postholder will work closely with Trustees, patrons, volunteers, churches and community organisations to raise awareness and income for BCHT's work.</w:t>
      </w:r>
    </w:p>
    <w:p w14:paraId="009FCDF9" w14:textId="77777777" w:rsidR="00F94564" w:rsidRDefault="00000000">
      <w:pPr>
        <w:pStyle w:val="Heading1"/>
      </w:pPr>
      <w:r>
        <w:t>Key responsibilities</w:t>
      </w:r>
    </w:p>
    <w:p w14:paraId="0DAD70CC" w14:textId="77777777" w:rsidR="00F94564" w:rsidRDefault="00000000">
      <w:pPr>
        <w:pStyle w:val="Heading2"/>
      </w:pPr>
      <w:r>
        <w:t>Community fundraising</w:t>
      </w:r>
    </w:p>
    <w:p w14:paraId="51CD0372" w14:textId="77777777" w:rsidR="00F94564" w:rsidRDefault="00000000">
      <w:pPr>
        <w:pStyle w:val="BCHTBullet"/>
      </w:pPr>
      <w:r>
        <w:rPr>
          <w:b/>
        </w:rPr>
        <w:t xml:space="preserve">• </w:t>
      </w:r>
      <w:r>
        <w:t>Develop and deliver community fundraising initiatives, initially focused on Yorkshire and northern England.</w:t>
      </w:r>
    </w:p>
    <w:p w14:paraId="410A20BE" w14:textId="77777777" w:rsidR="00F94564" w:rsidRDefault="00000000">
      <w:pPr>
        <w:pStyle w:val="BCHTBullet"/>
      </w:pPr>
      <w:r>
        <w:rPr>
          <w:b/>
        </w:rPr>
        <w:t xml:space="preserve">• </w:t>
      </w:r>
      <w:r>
        <w:t>Build relationships with churches, schools, universities, Rotary clubs, community groups, local organisations and local businesses.</w:t>
      </w:r>
    </w:p>
    <w:p w14:paraId="3C96DF9B" w14:textId="77777777" w:rsidR="00F94564" w:rsidRDefault="00000000">
      <w:pPr>
        <w:pStyle w:val="BCHTBullet"/>
      </w:pPr>
      <w:r>
        <w:rPr>
          <w:b/>
        </w:rPr>
        <w:t xml:space="preserve">• </w:t>
      </w:r>
      <w:r>
        <w:t>Support individuals and groups organising fundraising activity on behalf of BCHT.</w:t>
      </w:r>
    </w:p>
    <w:p w14:paraId="030D1B33" w14:textId="77777777" w:rsidR="00F94564" w:rsidRDefault="00000000">
      <w:pPr>
        <w:pStyle w:val="BCHTBullet"/>
      </w:pPr>
      <w:r>
        <w:rPr>
          <w:b/>
        </w:rPr>
        <w:t xml:space="preserve">• </w:t>
      </w:r>
      <w:r>
        <w:t>Coordinate talks, presentations, events and local campaigns.</w:t>
      </w:r>
    </w:p>
    <w:p w14:paraId="28D9177F" w14:textId="77777777" w:rsidR="00F94564" w:rsidRDefault="00000000">
      <w:pPr>
        <w:pStyle w:val="BCHTBullet"/>
      </w:pPr>
      <w:r>
        <w:rPr>
          <w:b/>
        </w:rPr>
        <w:t xml:space="preserve">• </w:t>
      </w:r>
      <w:r>
        <w:t>Prepare practical materials to help supporters fundraise effectively.</w:t>
      </w:r>
    </w:p>
    <w:p w14:paraId="2B671DCF" w14:textId="77777777" w:rsidR="00F94564" w:rsidRDefault="00000000">
      <w:pPr>
        <w:pStyle w:val="Heading2"/>
      </w:pPr>
      <w:r>
        <w:t>Supporter growth and stewardship</w:t>
      </w:r>
    </w:p>
    <w:p w14:paraId="2DEF614C" w14:textId="77777777" w:rsidR="00F94564" w:rsidRDefault="00000000">
      <w:pPr>
        <w:pStyle w:val="BCHTBullet"/>
      </w:pPr>
      <w:r>
        <w:rPr>
          <w:b/>
        </w:rPr>
        <w:t xml:space="preserve">• </w:t>
      </w:r>
      <w:r>
        <w:t>Grow BCHT's supporter database and develop a structured supporter journey.</w:t>
      </w:r>
    </w:p>
    <w:p w14:paraId="537464F1" w14:textId="77777777" w:rsidR="00F94564" w:rsidRDefault="00000000">
      <w:pPr>
        <w:pStyle w:val="BCHTBullet"/>
      </w:pPr>
      <w:r>
        <w:rPr>
          <w:b/>
        </w:rPr>
        <w:t xml:space="preserve">• </w:t>
      </w:r>
      <w:r>
        <w:t>Encourage one-off donors to become regular supporters where appropriate.</w:t>
      </w:r>
    </w:p>
    <w:p w14:paraId="33516491" w14:textId="77777777" w:rsidR="00F94564" w:rsidRDefault="00000000">
      <w:pPr>
        <w:pStyle w:val="BCHTBullet"/>
      </w:pPr>
      <w:r>
        <w:rPr>
          <w:b/>
        </w:rPr>
        <w:t xml:space="preserve">• </w:t>
      </w:r>
      <w:r>
        <w:t>Ensure supporters are thanked promptly and feel valued.</w:t>
      </w:r>
    </w:p>
    <w:p w14:paraId="548BE18C" w14:textId="77777777" w:rsidR="00F94564" w:rsidRDefault="00000000">
      <w:pPr>
        <w:pStyle w:val="BCHTBullet"/>
      </w:pPr>
      <w:r>
        <w:rPr>
          <w:b/>
        </w:rPr>
        <w:t xml:space="preserve">• </w:t>
      </w:r>
      <w:r>
        <w:t>Develop simple stewardship communications that demonstrate impact.</w:t>
      </w:r>
    </w:p>
    <w:p w14:paraId="15588DA8" w14:textId="77777777" w:rsidR="00F94564" w:rsidRDefault="00000000">
      <w:pPr>
        <w:pStyle w:val="BCHTBullet"/>
      </w:pPr>
      <w:r>
        <w:rPr>
          <w:b/>
        </w:rPr>
        <w:t xml:space="preserve">• </w:t>
      </w:r>
      <w:r>
        <w:t>Identify supporters who may have potential to become ambassadors, volunteers, regular donors or major donor prospects.</w:t>
      </w:r>
    </w:p>
    <w:p w14:paraId="013F18B0" w14:textId="77777777" w:rsidR="00F94564" w:rsidRDefault="00000000">
      <w:pPr>
        <w:pStyle w:val="Heading2"/>
      </w:pPr>
      <w:r>
        <w:t>Digital fundraising and communications</w:t>
      </w:r>
    </w:p>
    <w:p w14:paraId="6CA2C352" w14:textId="77777777" w:rsidR="00F94564" w:rsidRDefault="00000000">
      <w:pPr>
        <w:pStyle w:val="BCHTBullet"/>
      </w:pPr>
      <w:r>
        <w:rPr>
          <w:b/>
        </w:rPr>
        <w:t xml:space="preserve">• </w:t>
      </w:r>
      <w:r>
        <w:t>Support email campaigns, online appeals and social media activity.</w:t>
      </w:r>
    </w:p>
    <w:p w14:paraId="3B2C0126" w14:textId="77777777" w:rsidR="00F94564" w:rsidRDefault="00000000">
      <w:pPr>
        <w:pStyle w:val="BCHTBullet"/>
      </w:pPr>
      <w:r>
        <w:rPr>
          <w:b/>
        </w:rPr>
        <w:t xml:space="preserve">• </w:t>
      </w:r>
      <w:r>
        <w:t>Work with Trustees and volunteers to generate stories, updates and impact content.</w:t>
      </w:r>
    </w:p>
    <w:p w14:paraId="2234E473" w14:textId="77777777" w:rsidR="00F94564" w:rsidRDefault="00000000">
      <w:pPr>
        <w:pStyle w:val="BCHTBullet"/>
      </w:pPr>
      <w:r>
        <w:rPr>
          <w:b/>
        </w:rPr>
        <w:t xml:space="preserve">• </w:t>
      </w:r>
      <w:r>
        <w:t>Help maintain consistent and compelling fundraising messages.</w:t>
      </w:r>
    </w:p>
    <w:p w14:paraId="622CDADB" w14:textId="77777777" w:rsidR="00F94564" w:rsidRDefault="00000000">
      <w:pPr>
        <w:pStyle w:val="BCHTBullet"/>
      </w:pPr>
      <w:r>
        <w:rPr>
          <w:b/>
        </w:rPr>
        <w:t xml:space="preserve">• </w:t>
      </w:r>
      <w:r>
        <w:t>Use digital channels to broaden BCHT's reach and convert interest into support.</w:t>
      </w:r>
    </w:p>
    <w:p w14:paraId="6DD4DD8C" w14:textId="77777777" w:rsidR="00F94564" w:rsidRDefault="00000000">
      <w:pPr>
        <w:pStyle w:val="Heading2"/>
      </w:pPr>
      <w:r>
        <w:t>Volunteer and ambassador engagement</w:t>
      </w:r>
    </w:p>
    <w:p w14:paraId="1A442378" w14:textId="77777777" w:rsidR="00F94564" w:rsidRDefault="00000000">
      <w:pPr>
        <w:pStyle w:val="BCHTBullet"/>
      </w:pPr>
      <w:r>
        <w:rPr>
          <w:b/>
        </w:rPr>
        <w:t xml:space="preserve">• </w:t>
      </w:r>
      <w:r>
        <w:t>Identify opportunities to recruit and support fundraising volunteers.</w:t>
      </w:r>
    </w:p>
    <w:p w14:paraId="431183BE" w14:textId="77777777" w:rsidR="00F94564" w:rsidRDefault="00000000">
      <w:pPr>
        <w:pStyle w:val="BCHTBullet"/>
      </w:pPr>
      <w:r>
        <w:rPr>
          <w:b/>
        </w:rPr>
        <w:t xml:space="preserve">• </w:t>
      </w:r>
      <w:r>
        <w:t>Help develop a small network of local ambassadors or parish/community contacts.</w:t>
      </w:r>
    </w:p>
    <w:p w14:paraId="11F7DF00" w14:textId="77777777" w:rsidR="00F94564" w:rsidRDefault="00000000">
      <w:pPr>
        <w:pStyle w:val="BCHTBullet"/>
      </w:pPr>
      <w:r>
        <w:rPr>
          <w:b/>
        </w:rPr>
        <w:t xml:space="preserve">• </w:t>
      </w:r>
      <w:r>
        <w:t>Provide guidance, encouragement and materials for volunteers and supporters.</w:t>
      </w:r>
    </w:p>
    <w:p w14:paraId="6D32C7B5" w14:textId="77777777" w:rsidR="00F94564" w:rsidRDefault="00000000">
      <w:pPr>
        <w:pStyle w:val="BCHTBullet"/>
      </w:pPr>
      <w:r>
        <w:rPr>
          <w:b/>
        </w:rPr>
        <w:t xml:space="preserve">• </w:t>
      </w:r>
      <w:r>
        <w:t>Represent BCHT professionally at community events and meetings.</w:t>
      </w:r>
    </w:p>
    <w:p w14:paraId="50245A3F" w14:textId="77777777" w:rsidR="00F94564" w:rsidRDefault="00000000">
      <w:pPr>
        <w:pStyle w:val="Heading2"/>
      </w:pPr>
      <w:r>
        <w:t>Planning, reporting and compliance</w:t>
      </w:r>
    </w:p>
    <w:p w14:paraId="1DA70785" w14:textId="77777777" w:rsidR="00F94564" w:rsidRDefault="00000000">
      <w:pPr>
        <w:pStyle w:val="BCHTBullet"/>
      </w:pPr>
      <w:r>
        <w:rPr>
          <w:b/>
        </w:rPr>
        <w:t xml:space="preserve">• </w:t>
      </w:r>
      <w:r>
        <w:t>Prepare a simple annual community fundraising and supporter growth plan.</w:t>
      </w:r>
    </w:p>
    <w:p w14:paraId="2BD82A9F" w14:textId="77777777" w:rsidR="00F94564" w:rsidRDefault="00000000">
      <w:pPr>
        <w:pStyle w:val="BCHTBullet"/>
      </w:pPr>
      <w:r>
        <w:rPr>
          <w:b/>
        </w:rPr>
        <w:t xml:space="preserve">• </w:t>
      </w:r>
      <w:r>
        <w:t>Track activity, supporter growth, regular giving and income.</w:t>
      </w:r>
    </w:p>
    <w:p w14:paraId="1EE7DD2C" w14:textId="77777777" w:rsidR="00F94564" w:rsidRDefault="00000000">
      <w:pPr>
        <w:pStyle w:val="BCHTBullet"/>
      </w:pPr>
      <w:r>
        <w:rPr>
          <w:b/>
        </w:rPr>
        <w:t xml:space="preserve">• </w:t>
      </w:r>
      <w:r>
        <w:t>Provide regular progress updates to Trustees.</w:t>
      </w:r>
    </w:p>
    <w:p w14:paraId="401C986E" w14:textId="77777777" w:rsidR="00F94564" w:rsidRDefault="00000000">
      <w:pPr>
        <w:pStyle w:val="BCHTBullet"/>
      </w:pPr>
      <w:r>
        <w:rPr>
          <w:b/>
        </w:rPr>
        <w:t xml:space="preserve">• </w:t>
      </w:r>
      <w:r>
        <w:t>Ensure community fundraising activity is consistent with relevant regulation, good practice and data protection requirements.</w:t>
      </w:r>
    </w:p>
    <w:p w14:paraId="24109DB0" w14:textId="77777777" w:rsidR="00F94564" w:rsidRDefault="00000000">
      <w:pPr>
        <w:pStyle w:val="Heading1"/>
      </w:pPr>
      <w:r>
        <w:t>Success in the first 12 months</w:t>
      </w:r>
    </w:p>
    <w:p w14:paraId="2C7E27BB" w14:textId="77777777" w:rsidR="00F94564" w:rsidRDefault="00000000">
      <w:pPr>
        <w:pStyle w:val="BCHTBullet"/>
      </w:pPr>
      <w:r>
        <w:rPr>
          <w:b/>
        </w:rPr>
        <w:t xml:space="preserve">• </w:t>
      </w:r>
      <w:r>
        <w:t>A clear Yorkshire-focused community fundraising plan is in place.</w:t>
      </w:r>
    </w:p>
    <w:p w14:paraId="7EC6ECA6" w14:textId="77777777" w:rsidR="00F94564" w:rsidRDefault="00000000">
      <w:pPr>
        <w:pStyle w:val="BCHTBullet"/>
      </w:pPr>
      <w:r>
        <w:rPr>
          <w:b/>
        </w:rPr>
        <w:t xml:space="preserve">• </w:t>
      </w:r>
      <w:r>
        <w:t>BCHT has increased its number of active supporters and contacts.</w:t>
      </w:r>
    </w:p>
    <w:p w14:paraId="30719398" w14:textId="77777777" w:rsidR="00F94564" w:rsidRDefault="00000000">
      <w:pPr>
        <w:pStyle w:val="BCHTBullet"/>
      </w:pPr>
      <w:r>
        <w:rPr>
          <w:b/>
        </w:rPr>
        <w:t xml:space="preserve">• </w:t>
      </w:r>
      <w:r>
        <w:t>New church, school and community partnerships have been established.</w:t>
      </w:r>
    </w:p>
    <w:p w14:paraId="1037E84B" w14:textId="77777777" w:rsidR="00F94564" w:rsidRDefault="00000000">
      <w:pPr>
        <w:pStyle w:val="BCHTBullet"/>
      </w:pPr>
      <w:r>
        <w:rPr>
          <w:b/>
        </w:rPr>
        <w:t xml:space="preserve">• </w:t>
      </w:r>
      <w:r>
        <w:t>A simple regular giving proposition has been developed and promoted.</w:t>
      </w:r>
    </w:p>
    <w:p w14:paraId="4BD72FF4" w14:textId="77777777" w:rsidR="00F94564" w:rsidRDefault="00000000">
      <w:pPr>
        <w:pStyle w:val="BCHTBullet"/>
      </w:pPr>
      <w:r>
        <w:rPr>
          <w:b/>
        </w:rPr>
        <w:lastRenderedPageBreak/>
        <w:t xml:space="preserve">• </w:t>
      </w:r>
      <w:r>
        <w:t>Supporter communications are more systematic and consistent.</w:t>
      </w:r>
    </w:p>
    <w:p w14:paraId="19579203" w14:textId="77777777" w:rsidR="00F94564" w:rsidRDefault="00000000">
      <w:pPr>
        <w:pStyle w:val="BCHTBullet"/>
      </w:pPr>
      <w:r>
        <w:rPr>
          <w:b/>
        </w:rPr>
        <w:t xml:space="preserve">• </w:t>
      </w:r>
      <w:r>
        <w:t>A small group of volunteers or ambassadors is beginning to support fundraising activity.</w:t>
      </w:r>
    </w:p>
    <w:p w14:paraId="4F8945EB" w14:textId="77777777" w:rsidR="00F94564" w:rsidRDefault="00000000">
      <w:pPr>
        <w:pStyle w:val="BCHTBullet"/>
      </w:pPr>
      <w:r>
        <w:rPr>
          <w:b/>
        </w:rPr>
        <w:t xml:space="preserve">• </w:t>
      </w:r>
      <w:r>
        <w:t>The postholder has contributed to BCHT's target of generating at least 2x return on annual fundraising investment in Year 1.</w:t>
      </w:r>
    </w:p>
    <w:p w14:paraId="604C377D" w14:textId="77777777" w:rsidR="00F94564" w:rsidRDefault="00000000">
      <w:pPr>
        <w:pStyle w:val="Heading1"/>
      </w:pPr>
      <w:r>
        <w:t>Person specification</w:t>
      </w:r>
    </w:p>
    <w:p w14:paraId="66F99E8F" w14:textId="77777777" w:rsidR="00F94564" w:rsidRDefault="00000000">
      <w:pPr>
        <w:pStyle w:val="Heading2"/>
      </w:pPr>
      <w:r>
        <w:t>Essential</w:t>
      </w:r>
    </w:p>
    <w:p w14:paraId="1144C039" w14:textId="77777777" w:rsidR="00F94564" w:rsidRDefault="00000000">
      <w:pPr>
        <w:pStyle w:val="BCHTBullet"/>
      </w:pPr>
      <w:r>
        <w:rPr>
          <w:b/>
        </w:rPr>
        <w:t xml:space="preserve">• </w:t>
      </w:r>
      <w:r>
        <w:t>Experience in community fundraising, individual giving, marketing, supporter engagement or relationship management.</w:t>
      </w:r>
    </w:p>
    <w:p w14:paraId="158F103E" w14:textId="77777777" w:rsidR="00F94564" w:rsidRDefault="00000000">
      <w:pPr>
        <w:pStyle w:val="BCHTBullet"/>
      </w:pPr>
      <w:r>
        <w:rPr>
          <w:b/>
        </w:rPr>
        <w:t xml:space="preserve">• </w:t>
      </w:r>
      <w:r>
        <w:t>Proven track record of successful fundraising activity.</w:t>
      </w:r>
    </w:p>
    <w:p w14:paraId="2C6EE394" w14:textId="77777777" w:rsidR="00F94564" w:rsidRDefault="00000000">
      <w:pPr>
        <w:pStyle w:val="BCHTBullet"/>
      </w:pPr>
      <w:r>
        <w:rPr>
          <w:b/>
        </w:rPr>
        <w:t xml:space="preserve">• </w:t>
      </w:r>
      <w:r>
        <w:t>Excellent communication, networking and relationship-building skills.</w:t>
      </w:r>
    </w:p>
    <w:p w14:paraId="351D826D" w14:textId="77777777" w:rsidR="00F94564" w:rsidRDefault="00000000">
      <w:pPr>
        <w:pStyle w:val="BCHTBullet"/>
      </w:pPr>
      <w:r>
        <w:rPr>
          <w:b/>
        </w:rPr>
        <w:t xml:space="preserve">• </w:t>
      </w:r>
      <w:r>
        <w:t>Confidence speaking to groups and representing an organisation publicly.</w:t>
      </w:r>
    </w:p>
    <w:p w14:paraId="48216B62" w14:textId="77777777" w:rsidR="00F94564" w:rsidRDefault="00000000">
      <w:pPr>
        <w:pStyle w:val="BCHTBullet"/>
      </w:pPr>
      <w:r>
        <w:rPr>
          <w:b/>
        </w:rPr>
        <w:t xml:space="preserve">• </w:t>
      </w:r>
      <w:r>
        <w:t>Ability to work independently and organise a varied workload.</w:t>
      </w:r>
    </w:p>
    <w:p w14:paraId="45217BFF" w14:textId="77777777" w:rsidR="00F94564" w:rsidRDefault="00000000">
      <w:pPr>
        <w:pStyle w:val="BCHTBullet"/>
      </w:pPr>
      <w:r>
        <w:rPr>
          <w:b/>
        </w:rPr>
        <w:t xml:space="preserve">• </w:t>
      </w:r>
      <w:r>
        <w:t>Experience using digital communications, email campaigns or social media to engage supporters.</w:t>
      </w:r>
    </w:p>
    <w:p w14:paraId="309EC6F8" w14:textId="77777777" w:rsidR="00F94564" w:rsidRDefault="00000000">
      <w:pPr>
        <w:pStyle w:val="BCHTBullet"/>
      </w:pPr>
      <w:r>
        <w:rPr>
          <w:b/>
        </w:rPr>
        <w:t xml:space="preserve">• </w:t>
      </w:r>
      <w:r>
        <w:t>Good IT skills, including Microsoft Office.</w:t>
      </w:r>
    </w:p>
    <w:p w14:paraId="5643F00F" w14:textId="77777777" w:rsidR="00F94564" w:rsidRDefault="00000000">
      <w:pPr>
        <w:pStyle w:val="BCHTBullet"/>
      </w:pPr>
      <w:r>
        <w:rPr>
          <w:b/>
        </w:rPr>
        <w:t xml:space="preserve">• </w:t>
      </w:r>
      <w:r>
        <w:t>Based in Yorkshire and able and willing to travel regularly throughout the region and occasionally elsewhere in the UK.</w:t>
      </w:r>
    </w:p>
    <w:p w14:paraId="075D52BC" w14:textId="77777777" w:rsidR="00F94564" w:rsidRDefault="00000000">
      <w:pPr>
        <w:pStyle w:val="BCHTBullet"/>
      </w:pPr>
      <w:r>
        <w:rPr>
          <w:b/>
        </w:rPr>
        <w:t xml:space="preserve">• </w:t>
      </w:r>
      <w:r>
        <w:t>Sympathy with the Christian values and mission of BCHT.</w:t>
      </w:r>
    </w:p>
    <w:p w14:paraId="223B9D43" w14:textId="77777777" w:rsidR="00F94564" w:rsidRDefault="00000000">
      <w:pPr>
        <w:pStyle w:val="Heading2"/>
      </w:pPr>
      <w:r>
        <w:t>Desirable</w:t>
      </w:r>
    </w:p>
    <w:p w14:paraId="640CD832" w14:textId="77777777" w:rsidR="00F94564" w:rsidRDefault="00000000">
      <w:pPr>
        <w:pStyle w:val="BCHTBullet"/>
      </w:pPr>
      <w:r>
        <w:rPr>
          <w:b/>
        </w:rPr>
        <w:t xml:space="preserve">• </w:t>
      </w:r>
      <w:r>
        <w:t>Experience of church, school, parish or faith-community fundraising.</w:t>
      </w:r>
    </w:p>
    <w:p w14:paraId="5BCEF398" w14:textId="77777777" w:rsidR="00F94564" w:rsidRDefault="00000000">
      <w:pPr>
        <w:pStyle w:val="BCHTBullet"/>
      </w:pPr>
      <w:r>
        <w:rPr>
          <w:b/>
        </w:rPr>
        <w:t xml:space="preserve">• </w:t>
      </w:r>
      <w:r>
        <w:t>Experience of CRM or donor database systems.</w:t>
      </w:r>
    </w:p>
    <w:p w14:paraId="2D63EA9B" w14:textId="77777777" w:rsidR="00F94564" w:rsidRDefault="00000000">
      <w:pPr>
        <w:pStyle w:val="BCHTBullet"/>
      </w:pPr>
      <w:r>
        <w:rPr>
          <w:b/>
        </w:rPr>
        <w:t xml:space="preserve">• </w:t>
      </w:r>
      <w:r>
        <w:t>Experience working with volunteers or ambassadors.</w:t>
      </w:r>
    </w:p>
    <w:p w14:paraId="6D2C14B9" w14:textId="77777777" w:rsidR="00F94564" w:rsidRDefault="00000000">
      <w:pPr>
        <w:pStyle w:val="BCHTBullet"/>
      </w:pPr>
      <w:r>
        <w:rPr>
          <w:b/>
        </w:rPr>
        <w:t xml:space="preserve">• </w:t>
      </w:r>
      <w:r>
        <w:t>Experience developing regular giving or individual giving programmes.</w:t>
      </w:r>
    </w:p>
    <w:p w14:paraId="4F23E3EF" w14:textId="77777777" w:rsidR="00F94564" w:rsidRDefault="00000000">
      <w:pPr>
        <w:pStyle w:val="BCHTBullet"/>
      </w:pPr>
      <w:r>
        <w:rPr>
          <w:b/>
        </w:rPr>
        <w:t xml:space="preserve">• </w:t>
      </w:r>
      <w:r>
        <w:t>Experience in healthcare, hospice, palliative care or international development.</w:t>
      </w:r>
    </w:p>
    <w:p w14:paraId="2EEC22DD" w14:textId="77777777" w:rsidR="00F94564" w:rsidRDefault="00000000">
      <w:pPr>
        <w:pStyle w:val="Heading1"/>
      </w:pPr>
      <w:r>
        <w:t>What BCHT can offer</w:t>
      </w:r>
    </w:p>
    <w:p w14:paraId="3402465D" w14:textId="77777777" w:rsidR="00F94564" w:rsidRDefault="00000000">
      <w:pPr>
        <w:pStyle w:val="BCHTBullet"/>
      </w:pPr>
      <w:r>
        <w:rPr>
          <w:b/>
        </w:rPr>
        <w:t xml:space="preserve">• </w:t>
      </w:r>
      <w:r>
        <w:t>Flexible home-based working.</w:t>
      </w:r>
    </w:p>
    <w:p w14:paraId="56521B9A" w14:textId="77777777" w:rsidR="00F94564" w:rsidRDefault="00000000">
      <w:pPr>
        <w:pStyle w:val="BCHTBullet"/>
      </w:pPr>
      <w:r>
        <w:rPr>
          <w:b/>
        </w:rPr>
        <w:t xml:space="preserve">• </w:t>
      </w:r>
      <w:r>
        <w:t>25 days' annual leave plus UK public/bank holidays, pro rata.</w:t>
      </w:r>
    </w:p>
    <w:p w14:paraId="26F9B72B" w14:textId="77777777" w:rsidR="00F94564" w:rsidRDefault="00000000">
      <w:pPr>
        <w:pStyle w:val="BCHTBullet"/>
      </w:pPr>
      <w:r>
        <w:rPr>
          <w:b/>
        </w:rPr>
        <w:t xml:space="preserve">• </w:t>
      </w:r>
      <w:r>
        <w:t>Workplace pension scheme with a 5% employer contribution, subject to scheme rules.</w:t>
      </w:r>
    </w:p>
    <w:p w14:paraId="54F4A664" w14:textId="77777777" w:rsidR="00F94564" w:rsidRDefault="00000000">
      <w:pPr>
        <w:pStyle w:val="BCHTBullet"/>
      </w:pPr>
      <w:r>
        <w:rPr>
          <w:b/>
        </w:rPr>
        <w:t xml:space="preserve">• </w:t>
      </w:r>
      <w:r>
        <w:t>The opportunity to help shape a developing fundraising programme.</w:t>
      </w:r>
    </w:p>
    <w:p w14:paraId="48A025E4" w14:textId="77777777" w:rsidR="00F94564" w:rsidRDefault="00000000">
      <w:pPr>
        <w:pStyle w:val="BCHTBullet"/>
      </w:pPr>
      <w:r>
        <w:rPr>
          <w:b/>
        </w:rPr>
        <w:t xml:space="preserve">• </w:t>
      </w:r>
      <w:r>
        <w:t>Direct access to Trustees and decision-makers.</w:t>
      </w:r>
    </w:p>
    <w:p w14:paraId="42DA7452" w14:textId="77777777" w:rsidR="00F94564" w:rsidRDefault="00000000">
      <w:pPr>
        <w:pStyle w:val="BCHTBullet"/>
      </w:pPr>
      <w:r>
        <w:rPr>
          <w:b/>
        </w:rPr>
        <w:t xml:space="preserve">• </w:t>
      </w:r>
      <w:r>
        <w:t>A role with meaningful and measurable international healthcare impact.</w:t>
      </w:r>
    </w:p>
    <w:p w14:paraId="51AD351F" w14:textId="77777777" w:rsidR="00F94564" w:rsidRDefault="00000000">
      <w:pPr>
        <w:pStyle w:val="BCHTBullet"/>
      </w:pPr>
      <w:r>
        <w:rPr>
          <w:b/>
        </w:rPr>
        <w:t xml:space="preserve">• </w:t>
      </w:r>
      <w:r>
        <w:t>A supportive and collaborative culture.</w:t>
      </w:r>
    </w:p>
    <w:p w14:paraId="7CDBBD1A" w14:textId="77777777" w:rsidR="00F94564" w:rsidRDefault="00000000">
      <w:pPr>
        <w:pStyle w:val="BCHTBullet"/>
      </w:pPr>
      <w:r>
        <w:rPr>
          <w:b/>
        </w:rPr>
        <w:t xml:space="preserve">• </w:t>
      </w:r>
      <w:r>
        <w:t>Potential contract extension subject to performance and funding.</w:t>
      </w:r>
    </w:p>
    <w:p w14:paraId="14F27C4B" w14:textId="77777777" w:rsidR="00F94564" w:rsidRDefault="00000000">
      <w:pPr>
        <w:pStyle w:val="Heading1"/>
      </w:pPr>
      <w:r>
        <w:t>Christian ethos, equality and inclusion</w:t>
      </w:r>
    </w:p>
    <w:p w14:paraId="359707AA" w14:textId="77777777" w:rsidR="00F94564" w:rsidRDefault="00000000">
      <w:r>
        <w:t>BCHT is inspired by Christian values of compassion, dignity and service. Applicants should be sympathetic to the Christian values and mission of BCHT. The service supported by BCHT is provided regardless of faith, ethnicity, background or ability to pay.</w:t>
      </w:r>
    </w:p>
    <w:p w14:paraId="7E0DC3FE" w14:textId="77777777" w:rsidR="00F94564" w:rsidRDefault="00000000">
      <w:r>
        <w:t>BCHT is committed to creating an inclusive environment where all individuals are treated with dignity and respect. We welcome applications from suitably qualified candidates from all backgrounds and communities. Selection will be based on merit and the requirements of the role.</w:t>
      </w:r>
    </w:p>
    <w:p w14:paraId="7124F329" w14:textId="77777777" w:rsidR="00F94564" w:rsidRDefault="00000000">
      <w:pPr>
        <w:pStyle w:val="Heading1"/>
      </w:pPr>
      <w:r>
        <w:lastRenderedPageBreak/>
        <w:t>Confidentiality, data protection and safeguarding</w:t>
      </w:r>
    </w:p>
    <w:p w14:paraId="319170E5" w14:textId="77777777" w:rsidR="00F94564" w:rsidRDefault="00000000">
      <w:r>
        <w:t>The successful candidate will be required to maintain confidentiality regarding BCHT information, donor information and any sensitive information relating to patients, families, staff, volunteers or partners. The postholder will be expected to comply with relevant UK data protection legislation and BCHT policies.</w:t>
      </w:r>
    </w:p>
    <w:p w14:paraId="33A4C48E" w14:textId="77777777" w:rsidR="00F94564" w:rsidRDefault="00000000">
      <w:r>
        <w:t>All BCHT representatives are expected to act with integrity, professionalism and respect. The postholder will be expected to support BCHT's commitment to safeguarding and to follow relevant policies and procedures.</w:t>
      </w:r>
    </w:p>
    <w:p w14:paraId="53153A60" w14:textId="77777777" w:rsidR="00F94564" w:rsidRDefault="00000000">
      <w:pPr>
        <w:pStyle w:val="Heading1"/>
      </w:pPr>
      <w:r>
        <w:t>How to apply</w:t>
      </w:r>
    </w:p>
    <w:p w14:paraId="706D56F4" w14:textId="77777777" w:rsidR="00F94564" w:rsidRDefault="00000000">
      <w:r>
        <w:t>Please submit a current CV and a covering letter of no more than two pages. Your covering letter should explain why you are interested in the role, how your experience matches the requirements of the post, and why you would like to contribute to BCHT's mission.</w:t>
      </w:r>
    </w:p>
    <w:tbl>
      <w:tblPr>
        <w:tblW w:w="0" w:type="auto"/>
        <w:jc w:val="center"/>
        <w:tblLayout w:type="fixed"/>
        <w:tblLook w:val="04A0" w:firstRow="1" w:lastRow="0" w:firstColumn="1" w:lastColumn="0" w:noHBand="0" w:noVBand="1"/>
      </w:tblPr>
      <w:tblGrid>
        <w:gridCol w:w="2088"/>
        <w:gridCol w:w="8208"/>
      </w:tblGrid>
      <w:tr w:rsidR="00F94564" w14:paraId="4D6E337A" w14:textId="77777777">
        <w:trPr>
          <w:jc w:val="center"/>
        </w:trPr>
        <w:tc>
          <w:tcPr>
            <w:tcW w:w="2088" w:type="dxa"/>
            <w:shd w:val="clear" w:color="auto" w:fill="EAF2F8"/>
            <w:tcMar>
              <w:top w:w="80" w:type="dxa"/>
              <w:left w:w="100" w:type="dxa"/>
              <w:bottom w:w="80" w:type="dxa"/>
              <w:right w:w="100" w:type="dxa"/>
            </w:tcMar>
          </w:tcPr>
          <w:p w14:paraId="2DADC5EE" w14:textId="77777777" w:rsidR="00F94564" w:rsidRDefault="00000000">
            <w:r>
              <w:rPr>
                <w:b/>
                <w:sz w:val="19"/>
              </w:rPr>
              <w:t>Closing date</w:t>
            </w:r>
          </w:p>
        </w:tc>
        <w:tc>
          <w:tcPr>
            <w:tcW w:w="8208" w:type="dxa"/>
            <w:shd w:val="clear" w:color="auto" w:fill="F7FAFC"/>
            <w:tcMar>
              <w:top w:w="80" w:type="dxa"/>
              <w:left w:w="100" w:type="dxa"/>
              <w:bottom w:w="80" w:type="dxa"/>
              <w:right w:w="100" w:type="dxa"/>
            </w:tcMar>
          </w:tcPr>
          <w:p w14:paraId="7E8EF587" w14:textId="77777777" w:rsidR="00F94564" w:rsidRDefault="00000000">
            <w:r>
              <w:rPr>
                <w:sz w:val="19"/>
              </w:rPr>
              <w:t>Friday 25 September 2026</w:t>
            </w:r>
          </w:p>
        </w:tc>
      </w:tr>
      <w:tr w:rsidR="00F94564" w14:paraId="1271F91C" w14:textId="77777777">
        <w:trPr>
          <w:jc w:val="center"/>
        </w:trPr>
        <w:tc>
          <w:tcPr>
            <w:tcW w:w="2088" w:type="dxa"/>
            <w:tcMar>
              <w:top w:w="80" w:type="dxa"/>
              <w:left w:w="100" w:type="dxa"/>
              <w:bottom w:w="80" w:type="dxa"/>
              <w:right w:w="100" w:type="dxa"/>
            </w:tcMar>
          </w:tcPr>
          <w:p w14:paraId="17B9BDB1" w14:textId="77777777" w:rsidR="00F94564" w:rsidRDefault="00000000">
            <w:r>
              <w:rPr>
                <w:b/>
                <w:sz w:val="19"/>
              </w:rPr>
              <w:t>Interviews</w:t>
            </w:r>
          </w:p>
        </w:tc>
        <w:tc>
          <w:tcPr>
            <w:tcW w:w="8208" w:type="dxa"/>
            <w:tcMar>
              <w:top w:w="80" w:type="dxa"/>
              <w:left w:w="100" w:type="dxa"/>
              <w:bottom w:w="80" w:type="dxa"/>
              <w:right w:w="100" w:type="dxa"/>
            </w:tcMar>
          </w:tcPr>
          <w:p w14:paraId="4BAEF821" w14:textId="77777777" w:rsidR="00F94564" w:rsidRDefault="00000000">
            <w:r>
              <w:rPr>
                <w:sz w:val="19"/>
              </w:rPr>
              <w:t>Week commencing 5 October 2026</w:t>
            </w:r>
          </w:p>
        </w:tc>
      </w:tr>
      <w:tr w:rsidR="00F94564" w14:paraId="0CC94854" w14:textId="77777777">
        <w:trPr>
          <w:jc w:val="center"/>
        </w:trPr>
        <w:tc>
          <w:tcPr>
            <w:tcW w:w="2088" w:type="dxa"/>
            <w:shd w:val="clear" w:color="auto" w:fill="EAF2F8"/>
            <w:tcMar>
              <w:top w:w="80" w:type="dxa"/>
              <w:left w:w="100" w:type="dxa"/>
              <w:bottom w:w="80" w:type="dxa"/>
              <w:right w:w="100" w:type="dxa"/>
            </w:tcMar>
          </w:tcPr>
          <w:p w14:paraId="396E68F6" w14:textId="77777777" w:rsidR="00F94564" w:rsidRDefault="00000000">
            <w:r>
              <w:rPr>
                <w:b/>
                <w:sz w:val="19"/>
              </w:rPr>
              <w:t>Proposed start</w:t>
            </w:r>
          </w:p>
        </w:tc>
        <w:tc>
          <w:tcPr>
            <w:tcW w:w="8208" w:type="dxa"/>
            <w:shd w:val="clear" w:color="auto" w:fill="F7FAFC"/>
            <w:tcMar>
              <w:top w:w="80" w:type="dxa"/>
              <w:left w:w="100" w:type="dxa"/>
              <w:bottom w:w="80" w:type="dxa"/>
              <w:right w:w="100" w:type="dxa"/>
            </w:tcMar>
          </w:tcPr>
          <w:p w14:paraId="5BBD6B46" w14:textId="77777777" w:rsidR="00F94564" w:rsidRDefault="00000000">
            <w:r>
              <w:rPr>
                <w:sz w:val="19"/>
              </w:rPr>
              <w:t>As soon as possible by agreement</w:t>
            </w:r>
          </w:p>
        </w:tc>
      </w:tr>
    </w:tbl>
    <w:p w14:paraId="4205FECD" w14:textId="04E34450" w:rsidR="00F94564" w:rsidRDefault="00F94564"/>
    <w:sectPr w:rsidR="00F94564" w:rsidSect="00034616">
      <w:headerReference w:type="default" r:id="rId8"/>
      <w:footerReference w:type="default" r:id="rId9"/>
      <w:pgSz w:w="12240" w:h="15840"/>
      <w:pgMar w:top="893" w:right="1037" w:bottom="893"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5A644" w14:textId="77777777" w:rsidR="00125F9E" w:rsidRDefault="00125F9E">
      <w:pPr>
        <w:spacing w:after="0" w:line="240" w:lineRule="auto"/>
      </w:pPr>
      <w:r>
        <w:separator/>
      </w:r>
    </w:p>
  </w:endnote>
  <w:endnote w:type="continuationSeparator" w:id="0">
    <w:p w14:paraId="6041F310" w14:textId="77777777" w:rsidR="00125F9E" w:rsidRDefault="00125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6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705F" w14:textId="77777777" w:rsidR="00F94564" w:rsidRDefault="00000000">
    <w:pPr>
      <w:pStyle w:val="Footer"/>
      <w:jc w:val="right"/>
    </w:pPr>
    <w:r>
      <w:rPr>
        <w:color w:val="646464"/>
        <w:sz w:val="16"/>
      </w:rPr>
      <w:t xml:space="preserve">BCHT | </w:t>
    </w:r>
    <w:r>
      <w:fldChar w:fldCharType="begin"/>
    </w:r>
    <w:r>
      <w:instrText xml:space="preserve"> PAGE </w:instrText>
    </w:r>
    <w:r>
      <w:fldChar w:fldCharType="separate"/>
    </w:r>
    <w:r w:rsidR="003A50F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8A492" w14:textId="77777777" w:rsidR="00125F9E" w:rsidRDefault="00125F9E">
      <w:pPr>
        <w:spacing w:after="0" w:line="240" w:lineRule="auto"/>
      </w:pPr>
      <w:r>
        <w:separator/>
      </w:r>
    </w:p>
  </w:footnote>
  <w:footnote w:type="continuationSeparator" w:id="0">
    <w:p w14:paraId="18DED4F4" w14:textId="77777777" w:rsidR="00125F9E" w:rsidRDefault="00125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359C5" w14:textId="77777777" w:rsidR="00F94564" w:rsidRDefault="00000000">
    <w:r>
      <w:rPr>
        <w:color w:val="646464"/>
        <w:sz w:val="16"/>
      </w:rPr>
      <w:t>Bethlehem Care &amp; Hospice Trust | Recruitment Pack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87145824">
    <w:abstractNumId w:val="8"/>
  </w:num>
  <w:num w:numId="2" w16cid:durableId="1496720887">
    <w:abstractNumId w:val="6"/>
  </w:num>
  <w:num w:numId="3" w16cid:durableId="1911116614">
    <w:abstractNumId w:val="5"/>
  </w:num>
  <w:num w:numId="4" w16cid:durableId="766460511">
    <w:abstractNumId w:val="4"/>
  </w:num>
  <w:num w:numId="5" w16cid:durableId="2063405530">
    <w:abstractNumId w:val="7"/>
  </w:num>
  <w:num w:numId="6" w16cid:durableId="1784106653">
    <w:abstractNumId w:val="3"/>
  </w:num>
  <w:num w:numId="7" w16cid:durableId="137117891">
    <w:abstractNumId w:val="2"/>
  </w:num>
  <w:num w:numId="8" w16cid:durableId="486408243">
    <w:abstractNumId w:val="1"/>
  </w:num>
  <w:num w:numId="9" w16cid:durableId="459343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EE1302"/>
  <w14:defaultImageDpi w14:val="300"/>
  <w15:docId w15:val="{DF40D95D-99C3-2C4A-B503-DD5399C02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2F5597"/>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60" w:after="80"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CHTBullet">
    <w:name w:val="BCHT Bullet"/>
    <w:basedOn w:val="Normal"/>
    <w:pPr>
      <w:spacing w:after="40"/>
      <w:ind w:left="288" w:hanging="17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